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0342" w:rsidRDefault="006D7FE4" w:rsidP="001151AA">
      <w:pPr>
        <w:spacing w:after="0" w:line="240" w:lineRule="auto"/>
        <w:rPr>
          <w:rFonts w:ascii="Times New Roman" w:eastAsia="Times New Roman" w:hAnsi="Times New Roman"/>
          <w:b/>
          <w:color w:val="000000"/>
          <w:sz w:val="24"/>
          <w:lang w:val="ru-RU"/>
        </w:rPr>
      </w:pPr>
      <w:r>
        <w:rPr>
          <w:rFonts w:ascii="Times New Roman" w:eastAsia="Times New Roman" w:hAnsi="Times New Roman"/>
          <w:b/>
          <w:color w:val="000000"/>
          <w:sz w:val="24"/>
          <w:lang w:val="ru-RU"/>
        </w:rPr>
        <w:t xml:space="preserve">  </w:t>
      </w:r>
    </w:p>
    <w:p w:rsidR="009C0342" w:rsidRDefault="0052465F" w:rsidP="001151AA">
      <w:pPr>
        <w:spacing w:after="0" w:line="240" w:lineRule="auto"/>
        <w:rPr>
          <w:rFonts w:ascii="Times New Roman" w:eastAsia="Times New Roman" w:hAnsi="Times New Roman"/>
          <w:b/>
          <w:color w:val="000000"/>
          <w:sz w:val="24"/>
          <w:lang w:val="ru-RU"/>
        </w:rPr>
      </w:pPr>
      <w:r>
        <w:rPr>
          <w:rFonts w:ascii="Times New Roman" w:eastAsia="Times New Roman" w:hAnsi="Times New Roman"/>
          <w:b/>
          <w:noProof/>
          <w:color w:val="000000"/>
          <w:sz w:val="24"/>
          <w:lang w:val="ru-RU" w:eastAsia="ru-RU"/>
        </w:rPr>
        <w:drawing>
          <wp:inline distT="0" distB="0" distL="0" distR="0">
            <wp:extent cx="6598285" cy="9150944"/>
            <wp:effectExtent l="0" t="0" r="0" b="0"/>
            <wp:docPr id="1" name="Рисунок 1" descr="D:\Рабочий стол\скан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скан 9.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98285" cy="9150944"/>
                    </a:xfrm>
                    <a:prstGeom prst="rect">
                      <a:avLst/>
                    </a:prstGeom>
                    <a:noFill/>
                    <a:ln>
                      <a:noFill/>
                    </a:ln>
                  </pic:spPr>
                </pic:pic>
              </a:graphicData>
            </a:graphic>
          </wp:inline>
        </w:drawing>
      </w:r>
      <w:bookmarkStart w:id="0" w:name="_GoBack"/>
      <w:bookmarkEnd w:id="0"/>
    </w:p>
    <w:p w:rsidR="009C0342" w:rsidRDefault="009C0342" w:rsidP="001151AA">
      <w:pPr>
        <w:spacing w:after="0" w:line="240" w:lineRule="auto"/>
        <w:rPr>
          <w:rFonts w:ascii="Times New Roman" w:eastAsia="Times New Roman" w:hAnsi="Times New Roman"/>
          <w:b/>
          <w:color w:val="000000"/>
          <w:sz w:val="24"/>
          <w:lang w:val="ru-RU"/>
        </w:rPr>
      </w:pPr>
    </w:p>
    <w:p w:rsidR="009C0342" w:rsidRDefault="009C0342" w:rsidP="001151AA">
      <w:pPr>
        <w:spacing w:after="0" w:line="240" w:lineRule="auto"/>
        <w:rPr>
          <w:rFonts w:ascii="Times New Roman" w:eastAsia="Times New Roman" w:hAnsi="Times New Roman"/>
          <w:b/>
          <w:color w:val="000000"/>
          <w:sz w:val="24"/>
          <w:lang w:val="ru-RU"/>
        </w:rPr>
      </w:pPr>
    </w:p>
    <w:p w:rsidR="009C0342" w:rsidRDefault="009C0342" w:rsidP="001151AA">
      <w:pPr>
        <w:spacing w:after="0" w:line="240" w:lineRule="auto"/>
        <w:rPr>
          <w:rFonts w:ascii="Times New Roman" w:eastAsia="Times New Roman" w:hAnsi="Times New Roman"/>
          <w:b/>
          <w:color w:val="000000"/>
          <w:sz w:val="24"/>
          <w:lang w:val="ru-RU"/>
        </w:rPr>
      </w:pPr>
    </w:p>
    <w:p w:rsidR="009C0342" w:rsidRDefault="009C0342" w:rsidP="001151AA">
      <w:pPr>
        <w:spacing w:after="0" w:line="240" w:lineRule="auto"/>
        <w:rPr>
          <w:rFonts w:ascii="Times New Roman" w:eastAsia="Times New Roman" w:hAnsi="Times New Roman"/>
          <w:b/>
          <w:color w:val="000000"/>
          <w:sz w:val="24"/>
          <w:lang w:val="ru-RU"/>
        </w:rPr>
      </w:pPr>
    </w:p>
    <w:p w:rsidR="009C0342" w:rsidRDefault="009C0342" w:rsidP="001151AA">
      <w:pPr>
        <w:spacing w:after="0" w:line="240" w:lineRule="auto"/>
        <w:rPr>
          <w:rFonts w:ascii="Times New Roman" w:eastAsia="Times New Roman" w:hAnsi="Times New Roman"/>
          <w:b/>
          <w:color w:val="000000"/>
          <w:sz w:val="24"/>
          <w:lang w:val="ru-RU"/>
        </w:rPr>
      </w:pPr>
    </w:p>
    <w:p w:rsidR="005353D2" w:rsidRPr="001151AA" w:rsidRDefault="001B6E67" w:rsidP="001151AA">
      <w:pPr>
        <w:spacing w:after="0" w:line="240" w:lineRule="auto"/>
        <w:rPr>
          <w:rFonts w:ascii="Times New Roman" w:eastAsia="Times New Roman" w:hAnsi="Times New Roman" w:cs="Times New Roman"/>
          <w:lang w:val="ru-RU" w:eastAsia="ru-RU"/>
        </w:rPr>
      </w:pPr>
      <w:r w:rsidRPr="001B6E67">
        <w:rPr>
          <w:rFonts w:ascii="Times New Roman" w:eastAsia="Times New Roman" w:hAnsi="Times New Roman"/>
          <w:b/>
          <w:color w:val="000000"/>
          <w:sz w:val="24"/>
          <w:lang w:val="ru-RU"/>
        </w:rPr>
        <w:lastRenderedPageBreak/>
        <w:t>ПОЯСНИТЕЛЬНАЯ ЗАПИСКА</w:t>
      </w:r>
    </w:p>
    <w:p w:rsidR="005353D2" w:rsidRPr="001B6E67" w:rsidRDefault="001B6E67" w:rsidP="006A6FAF">
      <w:pPr>
        <w:autoSpaceDE w:val="0"/>
        <w:autoSpaceDN w:val="0"/>
        <w:spacing w:before="346" w:after="0" w:line="240" w:lineRule="auto"/>
        <w:ind w:left="426" w:firstLine="141"/>
        <w:rPr>
          <w:lang w:val="ru-RU"/>
        </w:rPr>
      </w:pPr>
      <w:r w:rsidRPr="001B6E67">
        <w:rPr>
          <w:rFonts w:ascii="Times New Roman" w:eastAsia="Times New Roman" w:hAnsi="Times New Roman"/>
          <w:b/>
          <w:color w:val="000000"/>
          <w:sz w:val="24"/>
          <w:lang w:val="ru-RU"/>
        </w:rPr>
        <w:t>ОБЩАЯ ХАРАКТЕРИСТИКА УЧЕБНОГО ПРЕДМЕТА «ФИЗИЧЕСКАЯ КУЛЬТУРА»</w:t>
      </w:r>
    </w:p>
    <w:p w:rsidR="005353D2" w:rsidRPr="001B6E67" w:rsidRDefault="001B6E67" w:rsidP="006A6FAF">
      <w:pPr>
        <w:autoSpaceDE w:val="0"/>
        <w:autoSpaceDN w:val="0"/>
        <w:spacing w:before="190" w:after="0" w:line="240" w:lineRule="auto"/>
        <w:ind w:left="426" w:firstLine="141"/>
        <w:rPr>
          <w:lang w:val="ru-RU"/>
        </w:rPr>
      </w:pPr>
      <w:r w:rsidRPr="001B6E67">
        <w:rPr>
          <w:rFonts w:ascii="Times New Roman" w:eastAsia="Times New Roman" w:hAnsi="Times New Roman"/>
          <w:color w:val="000000"/>
          <w:sz w:val="24"/>
          <w:lang w:val="ru-RU"/>
        </w:rPr>
        <w:t>При создании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rsidR="005353D2" w:rsidRPr="001B6E67" w:rsidRDefault="001B6E67" w:rsidP="006A6FAF">
      <w:pPr>
        <w:autoSpaceDE w:val="0"/>
        <w:autoSpaceDN w:val="0"/>
        <w:spacing w:before="72" w:after="0" w:line="240" w:lineRule="auto"/>
        <w:ind w:left="426" w:firstLine="141"/>
        <w:rPr>
          <w:lang w:val="ru-RU"/>
        </w:rPr>
      </w:pPr>
      <w:r w:rsidRPr="001B6E67">
        <w:rPr>
          <w:rFonts w:ascii="Times New Roman" w:eastAsia="Times New Roman" w:hAnsi="Times New Roman"/>
          <w:color w:val="000000"/>
          <w:sz w:val="24"/>
          <w:lang w:val="ru-RU"/>
        </w:rPr>
        <w:t xml:space="preserve">В своей социально-ценностной ориентации рабочая программа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укрепления их здоровья, повышения функциональных и </w:t>
      </w:r>
      <w:r w:rsidRPr="001B6E67">
        <w:rPr>
          <w:lang w:val="ru-RU"/>
        </w:rPr>
        <w:br/>
      </w:r>
      <w:r w:rsidRPr="001B6E67">
        <w:rPr>
          <w:rFonts w:ascii="Times New Roman" w:eastAsia="Times New Roman" w:hAnsi="Times New Roman"/>
          <w:color w:val="000000"/>
          <w:sz w:val="24"/>
          <w:lang w:val="ru-RU"/>
        </w:rPr>
        <w:t>адаптивных возможностей систем организма, развития жизненно важных физических качеств.</w:t>
      </w:r>
    </w:p>
    <w:p w:rsidR="005353D2" w:rsidRPr="001B6E67" w:rsidRDefault="001B6E67" w:rsidP="006A6FAF">
      <w:pPr>
        <w:autoSpaceDE w:val="0"/>
        <w:autoSpaceDN w:val="0"/>
        <w:spacing w:before="70" w:after="0" w:line="240" w:lineRule="auto"/>
        <w:ind w:left="426" w:right="288" w:firstLine="141"/>
        <w:rPr>
          <w:lang w:val="ru-RU"/>
        </w:rPr>
      </w:pPr>
      <w:r w:rsidRPr="001B6E67">
        <w:rPr>
          <w:rFonts w:ascii="Times New Roman" w:eastAsia="Times New Roman" w:hAnsi="Times New Roman"/>
          <w:color w:val="000000"/>
          <w:sz w:val="24"/>
          <w:lang w:val="ru-RU"/>
        </w:rPr>
        <w:t>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учащихся к выполнению нормативов «Президентских состязаний» и «Всероссийского физкультурно-спортивного комплекса ГТО».</w:t>
      </w:r>
    </w:p>
    <w:p w:rsidR="005353D2" w:rsidRPr="001B6E67" w:rsidRDefault="001B6E67" w:rsidP="006A6FAF">
      <w:pPr>
        <w:tabs>
          <w:tab w:val="left" w:pos="180"/>
        </w:tabs>
        <w:autoSpaceDE w:val="0"/>
        <w:autoSpaceDN w:val="0"/>
        <w:spacing w:before="190" w:after="0" w:line="240" w:lineRule="auto"/>
        <w:ind w:left="426" w:firstLine="141"/>
        <w:rPr>
          <w:lang w:val="ru-RU"/>
        </w:rPr>
      </w:pPr>
      <w:r w:rsidRPr="001B6E67">
        <w:rPr>
          <w:lang w:val="ru-RU"/>
        </w:rPr>
        <w:tab/>
      </w:r>
      <w:r w:rsidRPr="001B6E67">
        <w:rPr>
          <w:rFonts w:ascii="Times New Roman" w:eastAsia="Times New Roman" w:hAnsi="Times New Roman"/>
          <w:b/>
          <w:color w:val="000000"/>
          <w:sz w:val="24"/>
          <w:lang w:val="ru-RU"/>
        </w:rPr>
        <w:t>ЦЕЛИ ИЗУЧЕНИЯ УЧЕБНОГО ПРЕДМЕТА «ФИЗИЧЕСКАЯ КУЛЬТУРА»</w:t>
      </w:r>
      <w:r w:rsidRPr="001B6E67">
        <w:rPr>
          <w:lang w:val="ru-RU"/>
        </w:rPr>
        <w:br/>
      </w:r>
      <w:r w:rsidRPr="001B6E67">
        <w:rPr>
          <w:lang w:val="ru-RU"/>
        </w:rPr>
        <w:tab/>
      </w:r>
      <w:r w:rsidRPr="001B6E67">
        <w:rPr>
          <w:rFonts w:ascii="Times New Roman" w:eastAsia="Times New Roman" w:hAnsi="Times New Roman"/>
          <w:color w:val="000000"/>
          <w:sz w:val="24"/>
          <w:lang w:val="ru-RU"/>
        </w:rPr>
        <w:t xml:space="preserve">Общей целью школьного образования по физической культуре является формирование </w:t>
      </w:r>
      <w:r w:rsidRPr="001B6E67">
        <w:rPr>
          <w:lang w:val="ru-RU"/>
        </w:rPr>
        <w:br/>
      </w:r>
      <w:r w:rsidRPr="001B6E67">
        <w:rPr>
          <w:rFonts w:ascii="Times New Roman" w:eastAsia="Times New Roman" w:hAnsi="Times New Roman"/>
          <w:color w:val="000000"/>
          <w:sz w:val="24"/>
          <w:lang w:val="ru-RU"/>
        </w:rPr>
        <w:t xml:space="preserve">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рабочей </w:t>
      </w:r>
      <w:r w:rsidR="0052465F">
        <w:rPr>
          <w:rFonts w:ascii="Times New Roman" w:eastAsia="Times New Roman" w:hAnsi="Times New Roman"/>
          <w:color w:val="000000"/>
          <w:sz w:val="24"/>
          <w:lang w:val="ru-RU"/>
        </w:rPr>
        <w:t>программе для 9</w:t>
      </w:r>
      <w:r w:rsidRPr="001B6E67">
        <w:rPr>
          <w:rFonts w:ascii="Times New Roman" w:eastAsia="Times New Roman" w:hAnsi="Times New Roman"/>
          <w:color w:val="000000"/>
          <w:sz w:val="24"/>
          <w:lang w:val="ru-RU"/>
        </w:rPr>
        <w:t xml:space="preserve"> класса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w:t>
      </w:r>
      <w:r w:rsidRPr="001B6E67">
        <w:rPr>
          <w:lang w:val="ru-RU"/>
        </w:rPr>
        <w:br/>
      </w:r>
      <w:r w:rsidRPr="001B6E67">
        <w:rPr>
          <w:rFonts w:ascii="Times New Roman" w:eastAsia="Times New Roman" w:hAnsi="Times New Roman"/>
          <w:color w:val="000000"/>
          <w:sz w:val="24"/>
          <w:lang w:val="ru-RU"/>
        </w:rPr>
        <w:t>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5353D2" w:rsidRPr="001B6E67" w:rsidRDefault="001B6E67" w:rsidP="006A6FAF">
      <w:pPr>
        <w:autoSpaceDE w:val="0"/>
        <w:autoSpaceDN w:val="0"/>
        <w:spacing w:before="70" w:after="0" w:line="240" w:lineRule="auto"/>
        <w:ind w:left="426" w:firstLine="141"/>
        <w:rPr>
          <w:lang w:val="ru-RU"/>
        </w:rPr>
      </w:pPr>
      <w:r w:rsidRPr="001B6E67">
        <w:rPr>
          <w:rFonts w:ascii="Times New Roman" w:eastAsia="Times New Roman" w:hAnsi="Times New Roman"/>
          <w:color w:val="000000"/>
          <w:sz w:val="24"/>
          <w:lang w:val="ru-RU"/>
        </w:rPr>
        <w:t xml:space="preserve">Развивающая направленность рабочей программы определяется вектором развития физических качеств и функциональных возможностей организма занимающихся, являющихся основой </w:t>
      </w:r>
      <w:r w:rsidRPr="001B6E67">
        <w:rPr>
          <w:lang w:val="ru-RU"/>
        </w:rPr>
        <w:br/>
      </w:r>
      <w:r w:rsidRPr="001B6E67">
        <w:rPr>
          <w:rFonts w:ascii="Times New Roman" w:eastAsia="Times New Roman" w:hAnsi="Times New Roman"/>
          <w:color w:val="000000"/>
          <w:sz w:val="24"/>
          <w:lang w:val="ru-RU"/>
        </w:rPr>
        <w:t xml:space="preserve">укрепления их здоровья, повышения надёжности и активности адаптивных процессов. Существенным достижением данной ориентации является приобретение школьниками знаний и умений в </w:t>
      </w:r>
      <w:r w:rsidRPr="001B6E67">
        <w:rPr>
          <w:lang w:val="ru-RU"/>
        </w:rPr>
        <w:br/>
      </w:r>
      <w:r w:rsidRPr="001B6E67">
        <w:rPr>
          <w:rFonts w:ascii="Times New Roman" w:eastAsia="Times New Roman" w:hAnsi="Times New Roman"/>
          <w:color w:val="000000"/>
          <w:sz w:val="24"/>
          <w:lang w:val="ru-RU"/>
        </w:rPr>
        <w:t xml:space="preserve">организации самостоятельных форм занятий оздоровительной, спортивной и </w:t>
      </w:r>
      <w:proofErr w:type="spellStart"/>
      <w:r w:rsidRPr="001B6E67">
        <w:rPr>
          <w:rFonts w:ascii="Times New Roman" w:eastAsia="Times New Roman" w:hAnsi="Times New Roman"/>
          <w:color w:val="000000"/>
          <w:sz w:val="24"/>
          <w:lang w:val="ru-RU"/>
        </w:rPr>
        <w:t>прикладно</w:t>
      </w:r>
      <w:proofErr w:type="spellEnd"/>
      <w:r w:rsidRPr="001B6E67">
        <w:rPr>
          <w:rFonts w:ascii="Times New Roman" w:eastAsia="Times New Roman" w:hAnsi="Times New Roman"/>
          <w:color w:val="000000"/>
          <w:sz w:val="24"/>
          <w:lang w:val="ru-RU"/>
        </w:rPr>
        <w:t>-</w:t>
      </w:r>
      <w:r w:rsidRPr="001B6E67">
        <w:rPr>
          <w:lang w:val="ru-RU"/>
        </w:rPr>
        <w:br/>
      </w:r>
      <w:r w:rsidRPr="001B6E67">
        <w:rPr>
          <w:rFonts w:ascii="Times New Roman" w:eastAsia="Times New Roman" w:hAnsi="Times New Roman"/>
          <w:color w:val="000000"/>
          <w:sz w:val="24"/>
          <w:lang w:val="ru-RU"/>
        </w:rPr>
        <w:t>ориентированной физической культурой, возможностью познания своих физических способностей и их целенаправленного развития.</w:t>
      </w:r>
    </w:p>
    <w:p w:rsidR="005353D2" w:rsidRPr="001B6E67" w:rsidRDefault="001B6E67" w:rsidP="006A6FAF">
      <w:pPr>
        <w:autoSpaceDE w:val="0"/>
        <w:autoSpaceDN w:val="0"/>
        <w:spacing w:before="70" w:after="0" w:line="240" w:lineRule="auto"/>
        <w:ind w:left="426" w:right="288" w:firstLine="141"/>
        <w:rPr>
          <w:lang w:val="ru-RU"/>
        </w:rPr>
      </w:pPr>
      <w:r w:rsidRPr="001B6E67">
        <w:rPr>
          <w:rFonts w:ascii="Times New Roman" w:eastAsia="Times New Roman" w:hAnsi="Times New Roman"/>
          <w:color w:val="000000"/>
          <w:sz w:val="24"/>
          <w:lang w:val="ru-RU"/>
        </w:rPr>
        <w:t>Воспитывающее значение рабочей программы заключается в содействии активной социализации школьников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w:t>
      </w:r>
      <w:proofErr w:type="spellStart"/>
      <w:r w:rsidRPr="001B6E67">
        <w:rPr>
          <w:rFonts w:ascii="Times New Roman" w:eastAsia="Times New Roman" w:hAnsi="Times New Roman"/>
          <w:color w:val="000000"/>
          <w:sz w:val="24"/>
          <w:lang w:val="ru-RU"/>
        </w:rPr>
        <w:t>мирование</w:t>
      </w:r>
      <w:proofErr w:type="spellEnd"/>
      <w:r w:rsidRPr="001B6E67">
        <w:rPr>
          <w:rFonts w:ascii="Times New Roman" w:eastAsia="Times New Roman" w:hAnsi="Times New Roman"/>
          <w:color w:val="000000"/>
          <w:sz w:val="24"/>
          <w:lang w:val="ru-RU"/>
        </w:rPr>
        <w:t xml:space="preserve">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5353D2" w:rsidRPr="001B6E67" w:rsidRDefault="001B6E67" w:rsidP="006A6FAF">
      <w:pPr>
        <w:autoSpaceDE w:val="0"/>
        <w:autoSpaceDN w:val="0"/>
        <w:spacing w:before="70" w:after="0" w:line="240" w:lineRule="auto"/>
        <w:ind w:left="426" w:firstLine="141"/>
        <w:rPr>
          <w:lang w:val="ru-RU"/>
        </w:rPr>
      </w:pPr>
      <w:r w:rsidRPr="001B6E67">
        <w:rPr>
          <w:rFonts w:ascii="Times New Roman" w:eastAsia="Times New Roman" w:hAnsi="Times New Roman"/>
          <w:color w:val="000000"/>
          <w:sz w:val="24"/>
          <w:lang w:val="ru-RU"/>
        </w:rPr>
        <w:t xml:space="preserve">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w:t>
      </w:r>
      <w:r w:rsidRPr="001B6E67">
        <w:rPr>
          <w:lang w:val="ru-RU"/>
        </w:rPr>
        <w:br/>
      </w:r>
      <w:r w:rsidRPr="001B6E67">
        <w:rPr>
          <w:rFonts w:ascii="Times New Roman" w:eastAsia="Times New Roman" w:hAnsi="Times New Roman"/>
          <w:color w:val="000000"/>
          <w:sz w:val="24"/>
          <w:lang w:val="ru-RU"/>
        </w:rPr>
        <w:t>представляется двигательной деятельностью с её базовыми компонентами: информационным (знания</w:t>
      </w:r>
    </w:p>
    <w:p w:rsidR="005353D2" w:rsidRPr="001B6E67" w:rsidRDefault="005353D2" w:rsidP="006A6FAF">
      <w:pPr>
        <w:spacing w:line="240" w:lineRule="auto"/>
        <w:rPr>
          <w:lang w:val="ru-RU"/>
        </w:rPr>
        <w:sectPr w:rsidR="005353D2" w:rsidRPr="001B6E67" w:rsidSect="00462A12">
          <w:pgSz w:w="11900" w:h="16840"/>
          <w:pgMar w:top="298" w:right="843" w:bottom="338" w:left="666" w:header="720" w:footer="720" w:gutter="0"/>
          <w:cols w:space="720" w:equalWidth="0">
            <w:col w:w="10391" w:space="0"/>
          </w:cols>
          <w:docGrid w:linePitch="360"/>
        </w:sectPr>
      </w:pPr>
    </w:p>
    <w:p w:rsidR="005353D2" w:rsidRPr="001B6E67" w:rsidRDefault="005353D2" w:rsidP="006A6FAF">
      <w:pPr>
        <w:autoSpaceDE w:val="0"/>
        <w:autoSpaceDN w:val="0"/>
        <w:spacing w:after="66" w:line="240" w:lineRule="auto"/>
        <w:rPr>
          <w:lang w:val="ru-RU"/>
        </w:rPr>
      </w:pPr>
    </w:p>
    <w:p w:rsidR="005353D2" w:rsidRPr="001B6E67" w:rsidRDefault="006A6FAF" w:rsidP="006A6FAF">
      <w:pPr>
        <w:autoSpaceDE w:val="0"/>
        <w:autoSpaceDN w:val="0"/>
        <w:spacing w:after="0" w:line="240" w:lineRule="auto"/>
        <w:ind w:left="426" w:hanging="426"/>
        <w:rPr>
          <w:lang w:val="ru-RU"/>
        </w:rPr>
      </w:pPr>
      <w:r>
        <w:rPr>
          <w:rFonts w:ascii="Times New Roman" w:eastAsia="Times New Roman" w:hAnsi="Times New Roman"/>
          <w:color w:val="000000"/>
          <w:sz w:val="24"/>
          <w:lang w:val="ru-RU"/>
        </w:rPr>
        <w:t xml:space="preserve">      </w:t>
      </w:r>
      <w:r w:rsidR="001B6E67" w:rsidRPr="001B6E67">
        <w:rPr>
          <w:rFonts w:ascii="Times New Roman" w:eastAsia="Times New Roman" w:hAnsi="Times New Roman"/>
          <w:color w:val="000000"/>
          <w:sz w:val="24"/>
          <w:lang w:val="ru-RU"/>
        </w:rPr>
        <w:t xml:space="preserve">о физической культуре), </w:t>
      </w:r>
      <w:proofErr w:type="spellStart"/>
      <w:r w:rsidR="001B6E67" w:rsidRPr="001B6E67">
        <w:rPr>
          <w:rFonts w:ascii="Times New Roman" w:eastAsia="Times New Roman" w:hAnsi="Times New Roman"/>
          <w:color w:val="000000"/>
          <w:sz w:val="24"/>
          <w:lang w:val="ru-RU"/>
        </w:rPr>
        <w:t>операциональным</w:t>
      </w:r>
      <w:proofErr w:type="spellEnd"/>
      <w:r w:rsidR="001B6E67" w:rsidRPr="001B6E67">
        <w:rPr>
          <w:rFonts w:ascii="Times New Roman" w:eastAsia="Times New Roman" w:hAnsi="Times New Roman"/>
          <w:color w:val="000000"/>
          <w:sz w:val="24"/>
          <w:lang w:val="ru-RU"/>
        </w:rPr>
        <w:t xml:space="preserve"> (способы </w:t>
      </w:r>
      <w:r>
        <w:rPr>
          <w:rFonts w:ascii="Times New Roman" w:eastAsia="Times New Roman" w:hAnsi="Times New Roman"/>
          <w:color w:val="000000"/>
          <w:sz w:val="24"/>
          <w:lang w:val="ru-RU"/>
        </w:rPr>
        <w:t xml:space="preserve">самостоятельной деятельности) </w:t>
      </w:r>
      <w:proofErr w:type="spellStart"/>
      <w:r>
        <w:rPr>
          <w:rFonts w:ascii="Times New Roman" w:eastAsia="Times New Roman" w:hAnsi="Times New Roman"/>
          <w:color w:val="000000"/>
          <w:sz w:val="24"/>
          <w:lang w:val="ru-RU"/>
        </w:rPr>
        <w:t>и</w:t>
      </w:r>
      <w:r w:rsidR="001B6E67" w:rsidRPr="001B6E67">
        <w:rPr>
          <w:rFonts w:ascii="Times New Roman" w:eastAsia="Times New Roman" w:hAnsi="Times New Roman"/>
          <w:color w:val="000000"/>
          <w:sz w:val="24"/>
          <w:lang w:val="ru-RU"/>
        </w:rPr>
        <w:t>мотивационно</w:t>
      </w:r>
      <w:proofErr w:type="spellEnd"/>
      <w:r w:rsidR="001B6E67" w:rsidRPr="001B6E67">
        <w:rPr>
          <w:rFonts w:ascii="Times New Roman" w:eastAsia="Times New Roman" w:hAnsi="Times New Roman"/>
          <w:color w:val="000000"/>
          <w:sz w:val="24"/>
          <w:lang w:val="ru-RU"/>
        </w:rPr>
        <w:t>-процессуальным (физическое совершенствование).В целях усиления мотивационной составляющей учебного предмета, придания ей личностно значимого смысла, содержание рабочей программы представляется системой модулей, которые входят структурными компонентами в раздел</w:t>
      </w:r>
      <w:r w:rsidR="001B6E67" w:rsidRPr="001B6E67">
        <w:rPr>
          <w:lang w:val="ru-RU"/>
        </w:rPr>
        <w:br/>
      </w:r>
      <w:r w:rsidR="001B6E67" w:rsidRPr="001B6E67">
        <w:rPr>
          <w:rFonts w:ascii="Times New Roman" w:eastAsia="Times New Roman" w:hAnsi="Times New Roman"/>
          <w:color w:val="000000"/>
          <w:sz w:val="24"/>
          <w:lang w:val="ru-RU"/>
        </w:rPr>
        <w:t>«Физическое совершенствование».</w:t>
      </w:r>
    </w:p>
    <w:p w:rsidR="005353D2" w:rsidRPr="001B6E67" w:rsidRDefault="001B6E67" w:rsidP="006A6FAF">
      <w:pPr>
        <w:tabs>
          <w:tab w:val="left" w:pos="180"/>
        </w:tabs>
        <w:autoSpaceDE w:val="0"/>
        <w:autoSpaceDN w:val="0"/>
        <w:spacing w:before="70" w:after="0" w:line="240" w:lineRule="auto"/>
        <w:ind w:left="426" w:right="576" w:hanging="426"/>
        <w:rPr>
          <w:lang w:val="ru-RU"/>
        </w:rPr>
      </w:pPr>
      <w:r w:rsidRPr="001B6E67">
        <w:rPr>
          <w:lang w:val="ru-RU"/>
        </w:rPr>
        <w:tab/>
      </w:r>
      <w:r w:rsidR="006A6FAF">
        <w:rPr>
          <w:lang w:val="ru-RU"/>
        </w:rPr>
        <w:t xml:space="preserve">   </w:t>
      </w:r>
      <w:r w:rsidRPr="001B6E67">
        <w:rPr>
          <w:rFonts w:ascii="Times New Roman" w:eastAsia="Times New Roman" w:hAnsi="Times New Roman"/>
          <w:i/>
          <w:color w:val="000000"/>
          <w:sz w:val="24"/>
          <w:lang w:val="ru-RU"/>
        </w:rPr>
        <w:t xml:space="preserve">Инвариантные модули </w:t>
      </w:r>
      <w:r w:rsidRPr="001B6E67">
        <w:rPr>
          <w:rFonts w:ascii="Times New Roman" w:eastAsia="Times New Roman" w:hAnsi="Times New Roman"/>
          <w:color w:val="000000"/>
          <w:sz w:val="24"/>
          <w:lang w:val="ru-RU"/>
        </w:rPr>
        <w:t>включают в себя содержание базовых видов спорта: гимнастика, лёгкая атлетика, зимние виды спорта (на примере лыжной подготовки[1]), спортивные игры, плавание.</w:t>
      </w:r>
    </w:p>
    <w:p w:rsidR="005353D2" w:rsidRPr="001B6E67" w:rsidRDefault="006A6FAF" w:rsidP="006A6FAF">
      <w:pPr>
        <w:autoSpaceDE w:val="0"/>
        <w:autoSpaceDN w:val="0"/>
        <w:spacing w:before="70" w:after="0" w:line="240" w:lineRule="auto"/>
        <w:ind w:left="426" w:right="576" w:hanging="426"/>
        <w:rPr>
          <w:lang w:val="ru-RU"/>
        </w:rPr>
      </w:pPr>
      <w:r>
        <w:rPr>
          <w:rFonts w:ascii="Times New Roman" w:eastAsia="Times New Roman" w:hAnsi="Times New Roman"/>
          <w:color w:val="000000"/>
          <w:sz w:val="24"/>
          <w:lang w:val="ru-RU"/>
        </w:rPr>
        <w:t xml:space="preserve">     </w:t>
      </w:r>
      <w:r w:rsidR="001B6E67" w:rsidRPr="001B6E67">
        <w:rPr>
          <w:rFonts w:ascii="Times New Roman" w:eastAsia="Times New Roman" w:hAnsi="Times New Roman"/>
          <w:color w:val="000000"/>
          <w:sz w:val="24"/>
          <w:lang w:val="ru-RU"/>
        </w:rPr>
        <w:t>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rsidR="005353D2" w:rsidRPr="001B6E67" w:rsidRDefault="006A6FAF" w:rsidP="006A6FAF">
      <w:pPr>
        <w:autoSpaceDE w:val="0"/>
        <w:autoSpaceDN w:val="0"/>
        <w:spacing w:before="72" w:after="0" w:line="240" w:lineRule="auto"/>
        <w:ind w:left="426" w:right="432" w:hanging="426"/>
        <w:rPr>
          <w:lang w:val="ru-RU"/>
        </w:rPr>
      </w:pPr>
      <w:r>
        <w:rPr>
          <w:rFonts w:ascii="Times New Roman" w:eastAsia="Times New Roman" w:hAnsi="Times New Roman"/>
          <w:i/>
          <w:color w:val="000000"/>
          <w:sz w:val="24"/>
          <w:lang w:val="ru-RU"/>
        </w:rPr>
        <w:t xml:space="preserve">      </w:t>
      </w:r>
      <w:r w:rsidR="001B6E67" w:rsidRPr="001B6E67">
        <w:rPr>
          <w:rFonts w:ascii="Times New Roman" w:eastAsia="Times New Roman" w:hAnsi="Times New Roman"/>
          <w:i/>
          <w:color w:val="000000"/>
          <w:sz w:val="24"/>
          <w:lang w:val="ru-RU"/>
        </w:rPr>
        <w:t xml:space="preserve">Вариативные модули </w:t>
      </w:r>
      <w:r w:rsidR="001B6E67" w:rsidRPr="001B6E67">
        <w:rPr>
          <w:rFonts w:ascii="Times New Roman" w:eastAsia="Times New Roman" w:hAnsi="Times New Roman"/>
          <w:color w:val="000000"/>
          <w:sz w:val="24"/>
          <w:lang w:val="ru-RU"/>
        </w:rPr>
        <w:t>объединены в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5353D2" w:rsidRPr="001B6E67" w:rsidRDefault="006A6FAF" w:rsidP="006A6FAF">
      <w:pPr>
        <w:autoSpaceDE w:val="0"/>
        <w:autoSpaceDN w:val="0"/>
        <w:spacing w:before="70" w:after="0" w:line="240" w:lineRule="auto"/>
        <w:ind w:left="426" w:hanging="426"/>
        <w:rPr>
          <w:lang w:val="ru-RU"/>
        </w:rPr>
      </w:pPr>
      <w:r>
        <w:rPr>
          <w:rFonts w:ascii="Times New Roman" w:eastAsia="Times New Roman" w:hAnsi="Times New Roman"/>
          <w:color w:val="000000"/>
          <w:sz w:val="24"/>
          <w:lang w:val="ru-RU"/>
        </w:rPr>
        <w:t xml:space="preserve">       </w:t>
      </w:r>
      <w:r w:rsidR="001B6E67" w:rsidRPr="001B6E67">
        <w:rPr>
          <w:rFonts w:ascii="Times New Roman" w:eastAsia="Times New Roman" w:hAnsi="Times New Roman"/>
          <w:color w:val="000000"/>
          <w:sz w:val="24"/>
          <w:lang w:val="ru-RU"/>
        </w:rPr>
        <w:t>Исходя из интересов учащихся,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рабочей программе в помощь учителям физической культуры в рамках данного модуля, представлено примерное содержание «Базовой физической подготовки».</w:t>
      </w:r>
    </w:p>
    <w:p w:rsidR="005353D2" w:rsidRPr="001B6E67" w:rsidRDefault="006A6FAF" w:rsidP="006A6FAF">
      <w:pPr>
        <w:autoSpaceDE w:val="0"/>
        <w:autoSpaceDN w:val="0"/>
        <w:spacing w:before="70" w:after="0" w:line="240" w:lineRule="auto"/>
        <w:ind w:left="426" w:hanging="426"/>
        <w:rPr>
          <w:lang w:val="ru-RU"/>
        </w:rPr>
      </w:pPr>
      <w:r>
        <w:rPr>
          <w:rFonts w:ascii="Times New Roman" w:eastAsia="Times New Roman" w:hAnsi="Times New Roman"/>
          <w:color w:val="000000"/>
          <w:sz w:val="24"/>
          <w:lang w:val="ru-RU"/>
        </w:rPr>
        <w:t xml:space="preserve">      </w:t>
      </w:r>
      <w:r w:rsidR="001B6E67" w:rsidRPr="001B6E67">
        <w:rPr>
          <w:rFonts w:ascii="Times New Roman" w:eastAsia="Times New Roman" w:hAnsi="Times New Roman"/>
          <w:color w:val="000000"/>
          <w:sz w:val="24"/>
          <w:lang w:val="ru-RU"/>
        </w:rPr>
        <w:t>В программе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школьников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5353D2" w:rsidRPr="001B6E67" w:rsidRDefault="006A6FAF" w:rsidP="006A6FAF">
      <w:pPr>
        <w:autoSpaceDE w:val="0"/>
        <w:autoSpaceDN w:val="0"/>
        <w:spacing w:before="70" w:after="0" w:line="240" w:lineRule="auto"/>
        <w:ind w:left="426" w:right="288" w:hanging="426"/>
        <w:rPr>
          <w:lang w:val="ru-RU"/>
        </w:rPr>
      </w:pPr>
      <w:r>
        <w:rPr>
          <w:rFonts w:ascii="Times New Roman" w:eastAsia="Times New Roman" w:hAnsi="Times New Roman"/>
          <w:color w:val="000000"/>
          <w:sz w:val="24"/>
          <w:lang w:val="ru-RU"/>
        </w:rPr>
        <w:t xml:space="preserve">       </w:t>
      </w:r>
      <w:r w:rsidR="001B6E67" w:rsidRPr="001B6E67">
        <w:rPr>
          <w:rFonts w:ascii="Times New Roman" w:eastAsia="Times New Roman" w:hAnsi="Times New Roman"/>
          <w:color w:val="000000"/>
          <w:sz w:val="24"/>
          <w:lang w:val="ru-RU"/>
        </w:rPr>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rsidR="005353D2" w:rsidRPr="006D7FE4" w:rsidRDefault="006D7FE4" w:rsidP="006A6FAF">
      <w:pPr>
        <w:tabs>
          <w:tab w:val="left" w:pos="284"/>
        </w:tabs>
        <w:autoSpaceDE w:val="0"/>
        <w:autoSpaceDN w:val="0"/>
        <w:spacing w:before="192" w:after="0" w:line="240" w:lineRule="auto"/>
        <w:ind w:left="426" w:hanging="426"/>
        <w:rPr>
          <w:lang w:val="ru-RU"/>
        </w:rPr>
      </w:pPr>
      <w:r>
        <w:rPr>
          <w:rFonts w:ascii="Times New Roman" w:eastAsia="Times New Roman" w:hAnsi="Times New Roman"/>
          <w:b/>
          <w:color w:val="000000"/>
          <w:lang w:val="ru-RU"/>
        </w:rPr>
        <w:t xml:space="preserve">       </w:t>
      </w:r>
      <w:r w:rsidR="001B6E67" w:rsidRPr="006D7FE4">
        <w:rPr>
          <w:rFonts w:ascii="Times New Roman" w:eastAsia="Times New Roman" w:hAnsi="Times New Roman"/>
          <w:b/>
          <w:color w:val="000000"/>
          <w:lang w:val="ru-RU"/>
        </w:rPr>
        <w:t>МЕСТО УЧЕБНОГО ПРЕДМЕТА «ФИЗИЧЕСКАЯ КУЛЬТУРА» В УЧЕБНОМ ПЛАНЕ</w:t>
      </w:r>
    </w:p>
    <w:p w:rsidR="005353D2" w:rsidRPr="001B6E67" w:rsidRDefault="006A6FAF" w:rsidP="006A6FAF">
      <w:pPr>
        <w:tabs>
          <w:tab w:val="left" w:pos="284"/>
        </w:tabs>
        <w:autoSpaceDE w:val="0"/>
        <w:autoSpaceDN w:val="0"/>
        <w:spacing w:before="190" w:after="0" w:line="240" w:lineRule="auto"/>
        <w:ind w:left="426" w:right="76" w:hanging="426"/>
        <w:jc w:val="both"/>
        <w:rPr>
          <w:lang w:val="ru-RU"/>
        </w:rPr>
      </w:pPr>
      <w:r>
        <w:rPr>
          <w:rFonts w:ascii="Times New Roman" w:eastAsia="Times New Roman" w:hAnsi="Times New Roman"/>
          <w:color w:val="000000"/>
          <w:sz w:val="24"/>
          <w:lang w:val="ru-RU"/>
        </w:rPr>
        <w:t xml:space="preserve">       </w:t>
      </w:r>
      <w:r w:rsidR="001B6E67" w:rsidRPr="001B6E67">
        <w:rPr>
          <w:rFonts w:ascii="Times New Roman" w:eastAsia="Times New Roman" w:hAnsi="Times New Roman"/>
          <w:color w:val="000000"/>
          <w:sz w:val="24"/>
          <w:lang w:val="ru-RU"/>
        </w:rPr>
        <w:t>В 8 классе на изучение предмета отводится</w:t>
      </w:r>
      <w:r w:rsidR="00551499">
        <w:rPr>
          <w:rFonts w:ascii="Times New Roman" w:eastAsia="Times New Roman" w:hAnsi="Times New Roman"/>
          <w:color w:val="000000"/>
          <w:sz w:val="24"/>
          <w:lang w:val="ru-RU"/>
        </w:rPr>
        <w:t xml:space="preserve"> 2</w:t>
      </w:r>
      <w:r w:rsidR="001B6E67" w:rsidRPr="001B6E67">
        <w:rPr>
          <w:rFonts w:ascii="Times New Roman" w:eastAsia="Times New Roman" w:hAnsi="Times New Roman"/>
          <w:color w:val="000000"/>
          <w:sz w:val="24"/>
          <w:lang w:val="ru-RU"/>
        </w:rPr>
        <w:t xml:space="preserve"> часа в неделю,</w:t>
      </w:r>
      <w:r>
        <w:rPr>
          <w:rFonts w:ascii="Times New Roman" w:eastAsia="Times New Roman" w:hAnsi="Times New Roman"/>
          <w:color w:val="000000"/>
          <w:sz w:val="24"/>
          <w:lang w:val="ru-RU"/>
        </w:rPr>
        <w:t xml:space="preserve"> суммарно </w:t>
      </w:r>
      <w:r w:rsidR="00551499">
        <w:rPr>
          <w:rFonts w:ascii="Times New Roman" w:eastAsia="Times New Roman" w:hAnsi="Times New Roman"/>
          <w:color w:val="000000"/>
          <w:sz w:val="24"/>
          <w:lang w:val="ru-RU"/>
        </w:rPr>
        <w:t>68</w:t>
      </w:r>
      <w:r>
        <w:rPr>
          <w:rFonts w:ascii="Times New Roman" w:eastAsia="Times New Roman" w:hAnsi="Times New Roman"/>
          <w:color w:val="000000"/>
          <w:sz w:val="24"/>
          <w:lang w:val="ru-RU"/>
        </w:rPr>
        <w:t xml:space="preserve"> час</w:t>
      </w:r>
      <w:r w:rsidR="00551499">
        <w:rPr>
          <w:rFonts w:ascii="Times New Roman" w:eastAsia="Times New Roman" w:hAnsi="Times New Roman"/>
          <w:color w:val="000000"/>
          <w:sz w:val="24"/>
          <w:lang w:val="ru-RU"/>
        </w:rPr>
        <w:t>ов</w:t>
      </w:r>
      <w:r>
        <w:rPr>
          <w:rFonts w:ascii="Times New Roman" w:eastAsia="Times New Roman" w:hAnsi="Times New Roman"/>
          <w:color w:val="000000"/>
          <w:sz w:val="24"/>
          <w:lang w:val="ru-RU"/>
        </w:rPr>
        <w:t>. Вариативны</w:t>
      </w:r>
      <w:r w:rsidR="00551499">
        <w:rPr>
          <w:rFonts w:ascii="Times New Roman" w:eastAsia="Times New Roman" w:hAnsi="Times New Roman"/>
          <w:color w:val="000000"/>
          <w:sz w:val="24"/>
          <w:lang w:val="ru-RU"/>
        </w:rPr>
        <w:t xml:space="preserve">е </w:t>
      </w:r>
      <w:r w:rsidR="001B6E67" w:rsidRPr="001B6E67">
        <w:rPr>
          <w:rFonts w:ascii="Times New Roman" w:eastAsia="Times New Roman" w:hAnsi="Times New Roman"/>
          <w:color w:val="000000"/>
          <w:sz w:val="24"/>
          <w:lang w:val="ru-RU"/>
        </w:rPr>
        <w:t>модули (не менее 1 часа в неделю)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5353D2" w:rsidRPr="001B6E67" w:rsidRDefault="006A6FAF" w:rsidP="006A6FAF">
      <w:pPr>
        <w:tabs>
          <w:tab w:val="left" w:pos="284"/>
        </w:tabs>
        <w:autoSpaceDE w:val="0"/>
        <w:autoSpaceDN w:val="0"/>
        <w:spacing w:before="70" w:after="0" w:line="240" w:lineRule="auto"/>
        <w:ind w:left="426" w:right="288" w:hanging="426"/>
        <w:rPr>
          <w:lang w:val="ru-RU"/>
        </w:rPr>
      </w:pPr>
      <w:r>
        <w:rPr>
          <w:rFonts w:ascii="Times New Roman" w:eastAsia="Times New Roman" w:hAnsi="Times New Roman"/>
          <w:color w:val="000000"/>
          <w:sz w:val="24"/>
          <w:lang w:val="ru-RU"/>
        </w:rPr>
        <w:t xml:space="preserve">       </w:t>
      </w:r>
      <w:r w:rsidR="001B6E67" w:rsidRPr="001B6E67">
        <w:rPr>
          <w:rFonts w:ascii="Times New Roman" w:eastAsia="Times New Roman" w:hAnsi="Times New Roman"/>
          <w:color w:val="000000"/>
          <w:sz w:val="24"/>
          <w:lang w:val="ru-RU"/>
        </w:rPr>
        <w:t>При подготовке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w:t>
      </w:r>
    </w:p>
    <w:p w:rsidR="005353D2" w:rsidRPr="001B6E67" w:rsidRDefault="005353D2" w:rsidP="006A6FAF">
      <w:pPr>
        <w:spacing w:line="240" w:lineRule="auto"/>
        <w:rPr>
          <w:lang w:val="ru-RU"/>
        </w:rPr>
        <w:sectPr w:rsidR="005353D2" w:rsidRPr="001B6E67" w:rsidSect="006A6FAF">
          <w:pgSz w:w="11900" w:h="16840"/>
          <w:pgMar w:top="286" w:right="843" w:bottom="1328" w:left="1134" w:header="720" w:footer="720" w:gutter="0"/>
          <w:cols w:space="720" w:equalWidth="0">
            <w:col w:w="9923" w:space="0"/>
          </w:cols>
          <w:docGrid w:linePitch="360"/>
        </w:sectPr>
      </w:pPr>
    </w:p>
    <w:p w:rsidR="005353D2" w:rsidRPr="001B6E67" w:rsidRDefault="005353D2" w:rsidP="006A6FAF">
      <w:pPr>
        <w:autoSpaceDE w:val="0"/>
        <w:autoSpaceDN w:val="0"/>
        <w:spacing w:after="78" w:line="240" w:lineRule="auto"/>
        <w:rPr>
          <w:lang w:val="ru-RU"/>
        </w:rPr>
      </w:pPr>
    </w:p>
    <w:p w:rsidR="005353D2" w:rsidRPr="001B6E67" w:rsidRDefault="001B6E67" w:rsidP="006A6FAF">
      <w:pPr>
        <w:autoSpaceDE w:val="0"/>
        <w:autoSpaceDN w:val="0"/>
        <w:spacing w:after="0" w:line="240" w:lineRule="auto"/>
        <w:rPr>
          <w:lang w:val="ru-RU"/>
        </w:rPr>
      </w:pPr>
      <w:r w:rsidRPr="001B6E67">
        <w:rPr>
          <w:rFonts w:ascii="Times New Roman" w:eastAsia="Times New Roman" w:hAnsi="Times New Roman"/>
          <w:b/>
          <w:color w:val="000000"/>
          <w:sz w:val="24"/>
          <w:lang w:val="ru-RU"/>
        </w:rPr>
        <w:t xml:space="preserve">СОДЕРЖАНИЕ УЧЕБНОГО ПРЕДМЕТА </w:t>
      </w:r>
    </w:p>
    <w:p w:rsidR="005353D2" w:rsidRPr="001B6E67" w:rsidRDefault="001B6E67" w:rsidP="006A6FAF">
      <w:pPr>
        <w:autoSpaceDE w:val="0"/>
        <w:autoSpaceDN w:val="0"/>
        <w:spacing w:before="346" w:after="0" w:line="240" w:lineRule="auto"/>
        <w:ind w:right="288" w:firstLine="180"/>
        <w:rPr>
          <w:lang w:val="ru-RU"/>
        </w:rPr>
      </w:pPr>
      <w:r w:rsidRPr="001B6E67">
        <w:rPr>
          <w:rFonts w:ascii="Times New Roman" w:eastAsia="Times New Roman" w:hAnsi="Times New Roman"/>
          <w:b/>
          <w:color w:val="000000"/>
          <w:sz w:val="24"/>
          <w:lang w:val="ru-RU"/>
        </w:rPr>
        <w:t>Знания о физической культуре</w:t>
      </w:r>
      <w:r w:rsidRPr="001B6E67">
        <w:rPr>
          <w:rFonts w:ascii="Times New Roman" w:eastAsia="Times New Roman" w:hAnsi="Times New Roman"/>
          <w:color w:val="000000"/>
          <w:sz w:val="24"/>
          <w:lang w:val="ru-RU"/>
        </w:rPr>
        <w:t>. 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5353D2" w:rsidRPr="001B6E67" w:rsidRDefault="001B6E67" w:rsidP="006A6FAF">
      <w:pPr>
        <w:autoSpaceDE w:val="0"/>
        <w:autoSpaceDN w:val="0"/>
        <w:spacing w:before="70" w:after="0" w:line="240" w:lineRule="auto"/>
        <w:ind w:firstLine="180"/>
        <w:rPr>
          <w:lang w:val="ru-RU"/>
        </w:rPr>
      </w:pPr>
      <w:r w:rsidRPr="001B6E67">
        <w:rPr>
          <w:rFonts w:ascii="Times New Roman" w:eastAsia="Times New Roman" w:hAnsi="Times New Roman"/>
          <w:b/>
          <w:color w:val="000000"/>
          <w:sz w:val="24"/>
          <w:lang w:val="ru-RU"/>
        </w:rPr>
        <w:t>Способы самостоятельной деятельности.</w:t>
      </w:r>
      <w:r w:rsidRPr="001B6E67">
        <w:rPr>
          <w:rFonts w:ascii="Times New Roman" w:eastAsia="Times New Roman" w:hAnsi="Times New Roman"/>
          <w:color w:val="000000"/>
          <w:sz w:val="24"/>
          <w:lang w:val="ru-RU"/>
        </w:rPr>
        <w:t xml:space="preserve"> Коррекция осанки и разработка индивидуальных планов занятий корригирующей гимнастикой. Коррекция избыточной массы тела и разработка </w:t>
      </w:r>
      <w:r w:rsidRPr="001B6E67">
        <w:rPr>
          <w:lang w:val="ru-RU"/>
        </w:rPr>
        <w:br/>
      </w:r>
      <w:r w:rsidRPr="001B6E67">
        <w:rPr>
          <w:rFonts w:ascii="Times New Roman" w:eastAsia="Times New Roman" w:hAnsi="Times New Roman"/>
          <w:color w:val="000000"/>
          <w:sz w:val="24"/>
          <w:lang w:val="ru-RU"/>
        </w:rPr>
        <w:t>индивидуальных планов занятий корригирующей гимнастикой.</w:t>
      </w:r>
    </w:p>
    <w:p w:rsidR="005353D2" w:rsidRPr="001B6E67" w:rsidRDefault="001B6E67" w:rsidP="006A6FAF">
      <w:pPr>
        <w:autoSpaceDE w:val="0"/>
        <w:autoSpaceDN w:val="0"/>
        <w:spacing w:before="70" w:after="0" w:line="240" w:lineRule="auto"/>
        <w:ind w:right="288" w:firstLine="180"/>
        <w:rPr>
          <w:lang w:val="ru-RU"/>
        </w:rPr>
      </w:pPr>
      <w:r w:rsidRPr="001B6E67">
        <w:rPr>
          <w:rFonts w:ascii="Times New Roman" w:eastAsia="Times New Roman" w:hAnsi="Times New Roman"/>
          <w:color w:val="000000"/>
          <w:sz w:val="24"/>
          <w:lang w:val="ru-RU"/>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5353D2" w:rsidRPr="001B6E67" w:rsidRDefault="001B6E67" w:rsidP="006A6FAF">
      <w:pPr>
        <w:autoSpaceDE w:val="0"/>
        <w:autoSpaceDN w:val="0"/>
        <w:spacing w:before="72" w:after="0" w:line="240" w:lineRule="auto"/>
        <w:ind w:right="144" w:firstLine="180"/>
        <w:rPr>
          <w:lang w:val="ru-RU"/>
        </w:rPr>
      </w:pPr>
      <w:r w:rsidRPr="001B6E67">
        <w:rPr>
          <w:rFonts w:ascii="Times New Roman" w:eastAsia="Times New Roman" w:hAnsi="Times New Roman"/>
          <w:b/>
          <w:color w:val="000000"/>
          <w:sz w:val="24"/>
          <w:lang w:val="ru-RU"/>
        </w:rPr>
        <w:t xml:space="preserve">Физическое </w:t>
      </w:r>
      <w:proofErr w:type="spellStart"/>
      <w:r w:rsidRPr="001B6E67">
        <w:rPr>
          <w:rFonts w:ascii="Times New Roman" w:eastAsia="Times New Roman" w:hAnsi="Times New Roman"/>
          <w:b/>
          <w:color w:val="000000"/>
          <w:sz w:val="24"/>
          <w:lang w:val="ru-RU"/>
        </w:rPr>
        <w:t>совершенствование</w:t>
      </w:r>
      <w:proofErr w:type="gramStart"/>
      <w:r w:rsidRPr="001B6E67">
        <w:rPr>
          <w:rFonts w:ascii="Times New Roman" w:eastAsia="Times New Roman" w:hAnsi="Times New Roman"/>
          <w:b/>
          <w:color w:val="000000"/>
          <w:sz w:val="24"/>
          <w:lang w:val="ru-RU"/>
        </w:rPr>
        <w:t>.</w:t>
      </w:r>
      <w:r w:rsidRPr="001B6E67">
        <w:rPr>
          <w:rFonts w:ascii="Times New Roman" w:eastAsia="Times New Roman" w:hAnsi="Times New Roman"/>
          <w:b/>
          <w:i/>
          <w:color w:val="000000"/>
          <w:sz w:val="24"/>
          <w:lang w:val="ru-RU"/>
        </w:rPr>
        <w:t>Ф</w:t>
      </w:r>
      <w:proofErr w:type="gramEnd"/>
      <w:r w:rsidRPr="001B6E67">
        <w:rPr>
          <w:rFonts w:ascii="Times New Roman" w:eastAsia="Times New Roman" w:hAnsi="Times New Roman"/>
          <w:b/>
          <w:i/>
          <w:color w:val="000000"/>
          <w:sz w:val="24"/>
          <w:lang w:val="ru-RU"/>
        </w:rPr>
        <w:t>изкультурно</w:t>
      </w:r>
      <w:proofErr w:type="spellEnd"/>
      <w:r w:rsidRPr="001B6E67">
        <w:rPr>
          <w:rFonts w:ascii="Times New Roman" w:eastAsia="Times New Roman" w:hAnsi="Times New Roman"/>
          <w:b/>
          <w:i/>
          <w:color w:val="000000"/>
          <w:sz w:val="24"/>
          <w:lang w:val="ru-RU"/>
        </w:rPr>
        <w:t>-оздоровительная деятельность.</w:t>
      </w:r>
      <w:r w:rsidRPr="001B6E67">
        <w:rPr>
          <w:rFonts w:ascii="Times New Roman" w:eastAsia="Times New Roman" w:hAnsi="Times New Roman"/>
          <w:color w:val="000000"/>
          <w:sz w:val="24"/>
          <w:lang w:val="ru-RU"/>
        </w:rPr>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5353D2" w:rsidRPr="001B6E67" w:rsidRDefault="001B6E67" w:rsidP="006A6FAF">
      <w:pPr>
        <w:autoSpaceDE w:val="0"/>
        <w:autoSpaceDN w:val="0"/>
        <w:spacing w:before="70" w:after="0" w:line="240" w:lineRule="auto"/>
        <w:ind w:right="144" w:firstLine="180"/>
        <w:rPr>
          <w:lang w:val="ru-RU"/>
        </w:rPr>
      </w:pPr>
      <w:r w:rsidRPr="001B6E67">
        <w:rPr>
          <w:rFonts w:ascii="Times New Roman" w:eastAsia="Times New Roman" w:hAnsi="Times New Roman"/>
          <w:b/>
          <w:i/>
          <w:color w:val="000000"/>
          <w:sz w:val="24"/>
          <w:lang w:val="ru-RU"/>
        </w:rPr>
        <w:t>Спортивно-оздоровительная деятельность.</w:t>
      </w:r>
      <w:r w:rsidRPr="001B6E67">
        <w:rPr>
          <w:rFonts w:ascii="Times New Roman" w:eastAsia="Times New Roman" w:hAnsi="Times New Roman"/>
          <w:color w:val="000000"/>
          <w:sz w:val="24"/>
          <w:lang w:val="ru-RU"/>
        </w:rPr>
        <w:t xml:space="preserve"> Модуль «Гимнастика».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5353D2" w:rsidRPr="001B6E67" w:rsidRDefault="001B6E67" w:rsidP="006A6FAF">
      <w:pPr>
        <w:autoSpaceDE w:val="0"/>
        <w:autoSpaceDN w:val="0"/>
        <w:spacing w:before="70" w:after="0" w:line="240" w:lineRule="auto"/>
        <w:ind w:firstLine="180"/>
        <w:rPr>
          <w:lang w:val="ru-RU"/>
        </w:rPr>
      </w:pPr>
      <w:r w:rsidRPr="001B6E67">
        <w:rPr>
          <w:rFonts w:ascii="Times New Roman" w:eastAsia="Times New Roman" w:hAnsi="Times New Roman"/>
          <w:color w:val="000000"/>
          <w:sz w:val="24"/>
          <w:lang w:val="ru-RU"/>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5353D2" w:rsidRPr="001B6E67" w:rsidRDefault="001B6E67" w:rsidP="006A6FAF">
      <w:pPr>
        <w:autoSpaceDE w:val="0"/>
        <w:autoSpaceDN w:val="0"/>
        <w:spacing w:before="70" w:after="0" w:line="240" w:lineRule="auto"/>
        <w:ind w:left="180"/>
        <w:rPr>
          <w:lang w:val="ru-RU"/>
        </w:rPr>
      </w:pPr>
      <w:r w:rsidRPr="001B6E67">
        <w:rPr>
          <w:rFonts w:ascii="Times New Roman" w:eastAsia="Times New Roman" w:hAnsi="Times New Roman"/>
          <w:i/>
          <w:color w:val="000000"/>
          <w:sz w:val="24"/>
          <w:lang w:val="ru-RU"/>
        </w:rPr>
        <w:t>Модуль «Лёгкая атлетика»</w:t>
      </w:r>
      <w:r w:rsidRPr="001B6E67">
        <w:rPr>
          <w:rFonts w:ascii="Times New Roman" w:eastAsia="Times New Roman" w:hAnsi="Times New Roman"/>
          <w:color w:val="000000"/>
          <w:sz w:val="24"/>
          <w:lang w:val="ru-RU"/>
        </w:rPr>
        <w:t>. Кроссовый бег; прыжок в длину с разбега способом «прогнувшись».</w:t>
      </w:r>
    </w:p>
    <w:p w:rsidR="005353D2" w:rsidRPr="001B6E67" w:rsidRDefault="001B6E67" w:rsidP="006A6FAF">
      <w:pPr>
        <w:autoSpaceDE w:val="0"/>
        <w:autoSpaceDN w:val="0"/>
        <w:spacing w:before="70" w:after="0" w:line="240" w:lineRule="auto"/>
        <w:ind w:right="288" w:firstLine="180"/>
        <w:rPr>
          <w:lang w:val="ru-RU"/>
        </w:rPr>
      </w:pPr>
      <w:r w:rsidRPr="001B6E67">
        <w:rPr>
          <w:rFonts w:ascii="Times New Roman" w:eastAsia="Times New Roman" w:hAnsi="Times New Roman"/>
          <w:color w:val="000000"/>
          <w:sz w:val="24"/>
          <w:lang w:val="ru-RU"/>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5353D2" w:rsidRPr="001B6E67" w:rsidRDefault="001B6E67" w:rsidP="006A6FAF">
      <w:pPr>
        <w:autoSpaceDE w:val="0"/>
        <w:autoSpaceDN w:val="0"/>
        <w:spacing w:before="70" w:after="0" w:line="240" w:lineRule="auto"/>
        <w:ind w:firstLine="180"/>
        <w:rPr>
          <w:lang w:val="ru-RU"/>
        </w:rPr>
      </w:pPr>
      <w:r w:rsidRPr="001B6E67">
        <w:rPr>
          <w:rFonts w:ascii="Times New Roman" w:eastAsia="Times New Roman" w:hAnsi="Times New Roman"/>
          <w:i/>
          <w:color w:val="000000"/>
          <w:sz w:val="24"/>
          <w:lang w:val="ru-RU"/>
        </w:rPr>
        <w:t>Модуль «Зимние виды спорта»</w:t>
      </w:r>
      <w:r w:rsidRPr="001B6E67">
        <w:rPr>
          <w:rFonts w:ascii="Times New Roman" w:eastAsia="Times New Roman" w:hAnsi="Times New Roman"/>
          <w:color w:val="000000"/>
          <w:sz w:val="24"/>
          <w:lang w:val="ru-RU"/>
        </w:rPr>
        <w:t xml:space="preserve">. Передвижение на лыжах одновременным </w:t>
      </w:r>
      <w:proofErr w:type="spellStart"/>
      <w:r w:rsidRPr="001B6E67">
        <w:rPr>
          <w:rFonts w:ascii="Times New Roman" w:eastAsia="Times New Roman" w:hAnsi="Times New Roman"/>
          <w:color w:val="000000"/>
          <w:sz w:val="24"/>
          <w:lang w:val="ru-RU"/>
        </w:rPr>
        <w:t>бесшажным</w:t>
      </w:r>
      <w:proofErr w:type="spellEnd"/>
      <w:r w:rsidRPr="001B6E67">
        <w:rPr>
          <w:rFonts w:ascii="Times New Roman" w:eastAsia="Times New Roman" w:hAnsi="Times New Roman"/>
          <w:color w:val="000000"/>
          <w:sz w:val="24"/>
          <w:lang w:val="ru-RU"/>
        </w:rPr>
        <w:t xml:space="preserve"> ходом; преодоление естественных препятствий на лыжах широким шагом, перешагиванием, </w:t>
      </w:r>
      <w:proofErr w:type="spellStart"/>
      <w:r w:rsidRPr="001B6E67">
        <w:rPr>
          <w:rFonts w:ascii="Times New Roman" w:eastAsia="Times New Roman" w:hAnsi="Times New Roman"/>
          <w:color w:val="000000"/>
          <w:sz w:val="24"/>
          <w:lang w:val="ru-RU"/>
        </w:rPr>
        <w:t>перелазанием</w:t>
      </w:r>
      <w:proofErr w:type="spellEnd"/>
      <w:r w:rsidRPr="001B6E67">
        <w:rPr>
          <w:rFonts w:ascii="Times New Roman" w:eastAsia="Times New Roman" w:hAnsi="Times New Roman"/>
          <w:color w:val="000000"/>
          <w:sz w:val="24"/>
          <w:lang w:val="ru-RU"/>
        </w:rPr>
        <w:t xml:space="preserve">; торможение боковым скольжением при спуске на лыжах с пологого склона; переход с попеременного </w:t>
      </w:r>
      <w:proofErr w:type="spellStart"/>
      <w:r w:rsidRPr="001B6E67">
        <w:rPr>
          <w:rFonts w:ascii="Times New Roman" w:eastAsia="Times New Roman" w:hAnsi="Times New Roman"/>
          <w:color w:val="000000"/>
          <w:sz w:val="24"/>
          <w:lang w:val="ru-RU"/>
        </w:rPr>
        <w:t>двухшажного</w:t>
      </w:r>
      <w:proofErr w:type="spellEnd"/>
      <w:r w:rsidRPr="001B6E67">
        <w:rPr>
          <w:rFonts w:ascii="Times New Roman" w:eastAsia="Times New Roman" w:hAnsi="Times New Roman"/>
          <w:color w:val="000000"/>
          <w:sz w:val="24"/>
          <w:lang w:val="ru-RU"/>
        </w:rPr>
        <w:t xml:space="preserve"> хода на одновременный </w:t>
      </w:r>
      <w:proofErr w:type="spellStart"/>
      <w:r w:rsidRPr="001B6E67">
        <w:rPr>
          <w:rFonts w:ascii="Times New Roman" w:eastAsia="Times New Roman" w:hAnsi="Times New Roman"/>
          <w:color w:val="000000"/>
          <w:sz w:val="24"/>
          <w:lang w:val="ru-RU"/>
        </w:rPr>
        <w:t>бесшажный</w:t>
      </w:r>
      <w:proofErr w:type="spellEnd"/>
      <w:r w:rsidRPr="001B6E67">
        <w:rPr>
          <w:rFonts w:ascii="Times New Roman" w:eastAsia="Times New Roman" w:hAnsi="Times New Roman"/>
          <w:color w:val="000000"/>
          <w:sz w:val="24"/>
          <w:lang w:val="ru-RU"/>
        </w:rPr>
        <w:t xml:space="preserve"> ход и обратно; ранее разученные упражнения лыжной подготовки в передвижениях на лыжах, при спусках, подъёмах, торможении.</w:t>
      </w:r>
    </w:p>
    <w:p w:rsidR="005353D2" w:rsidRPr="001B6E67" w:rsidRDefault="001B6E67" w:rsidP="006A6FAF">
      <w:pPr>
        <w:autoSpaceDE w:val="0"/>
        <w:autoSpaceDN w:val="0"/>
        <w:spacing w:before="72" w:after="0" w:line="240" w:lineRule="auto"/>
        <w:ind w:right="144" w:firstLine="180"/>
        <w:rPr>
          <w:lang w:val="ru-RU"/>
        </w:rPr>
      </w:pPr>
      <w:r w:rsidRPr="001B6E67">
        <w:rPr>
          <w:rFonts w:ascii="Times New Roman" w:eastAsia="Times New Roman" w:hAnsi="Times New Roman"/>
          <w:i/>
          <w:color w:val="000000"/>
          <w:sz w:val="24"/>
          <w:lang w:val="ru-RU"/>
        </w:rPr>
        <w:t>Модуль «Плавание».</w:t>
      </w:r>
      <w:r w:rsidRPr="001B6E67">
        <w:rPr>
          <w:rFonts w:ascii="Times New Roman" w:eastAsia="Times New Roman" w:hAnsi="Times New Roman"/>
          <w:color w:val="000000"/>
          <w:sz w:val="24"/>
          <w:lang w:val="ru-RU"/>
        </w:rPr>
        <w:t xml:space="preserve"> 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w:t>
      </w:r>
      <w:proofErr w:type="spellStart"/>
      <w:r w:rsidRPr="001B6E67">
        <w:rPr>
          <w:rFonts w:ascii="Times New Roman" w:eastAsia="Times New Roman" w:hAnsi="Times New Roman"/>
          <w:color w:val="000000"/>
          <w:sz w:val="24"/>
          <w:lang w:val="ru-RU"/>
        </w:rPr>
        <w:t>Проплывание</w:t>
      </w:r>
      <w:proofErr w:type="spellEnd"/>
      <w:r w:rsidRPr="001B6E67">
        <w:rPr>
          <w:rFonts w:ascii="Times New Roman" w:eastAsia="Times New Roman" w:hAnsi="Times New Roman"/>
          <w:color w:val="000000"/>
          <w:sz w:val="24"/>
          <w:lang w:val="ru-RU"/>
        </w:rPr>
        <w:t xml:space="preserve"> учебных дистанций кролем на груди и на спине. </w:t>
      </w:r>
    </w:p>
    <w:p w:rsidR="005353D2" w:rsidRPr="001B6E67" w:rsidRDefault="001B6E67" w:rsidP="006A6FAF">
      <w:pPr>
        <w:autoSpaceDE w:val="0"/>
        <w:autoSpaceDN w:val="0"/>
        <w:spacing w:before="70" w:after="0" w:line="240" w:lineRule="auto"/>
        <w:ind w:left="180"/>
        <w:rPr>
          <w:lang w:val="ru-RU"/>
        </w:rPr>
      </w:pPr>
      <w:r w:rsidRPr="001B6E67">
        <w:rPr>
          <w:rFonts w:ascii="Times New Roman" w:eastAsia="Times New Roman" w:hAnsi="Times New Roman"/>
          <w:i/>
          <w:color w:val="000000"/>
          <w:sz w:val="24"/>
          <w:lang w:val="ru-RU"/>
        </w:rPr>
        <w:t>Модуль «Спортивные игры»</w:t>
      </w:r>
      <w:r w:rsidRPr="001B6E67">
        <w:rPr>
          <w:rFonts w:ascii="Times New Roman" w:eastAsia="Times New Roman" w:hAnsi="Times New Roman"/>
          <w:color w:val="000000"/>
          <w:sz w:val="24"/>
          <w:lang w:val="ru-RU"/>
        </w:rPr>
        <w:t>.</w:t>
      </w:r>
    </w:p>
    <w:p w:rsidR="005353D2" w:rsidRPr="001B6E67" w:rsidRDefault="001B6E67" w:rsidP="006A6FAF">
      <w:pPr>
        <w:autoSpaceDE w:val="0"/>
        <w:autoSpaceDN w:val="0"/>
        <w:spacing w:before="70" w:after="0" w:line="240" w:lineRule="auto"/>
        <w:ind w:right="432" w:firstLine="180"/>
        <w:rPr>
          <w:lang w:val="ru-RU"/>
        </w:rPr>
      </w:pPr>
      <w:r w:rsidRPr="001B6E67">
        <w:rPr>
          <w:rFonts w:ascii="Times New Roman" w:eastAsia="Times New Roman" w:hAnsi="Times New Roman"/>
          <w:color w:val="000000"/>
          <w:sz w:val="24"/>
          <w:u w:val="single"/>
          <w:lang w:val="ru-RU"/>
        </w:rPr>
        <w:t>Баскетбол</w:t>
      </w:r>
      <w:r w:rsidRPr="001B6E67">
        <w:rPr>
          <w:rFonts w:ascii="Times New Roman" w:eastAsia="Times New Roman" w:hAnsi="Times New Roman"/>
          <w:color w:val="000000"/>
          <w:sz w:val="24"/>
          <w:lang w:val="ru-RU"/>
        </w:rPr>
        <w:t>.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5353D2" w:rsidRPr="001B6E67" w:rsidRDefault="001B6E67" w:rsidP="006A6FAF">
      <w:pPr>
        <w:autoSpaceDE w:val="0"/>
        <w:autoSpaceDN w:val="0"/>
        <w:spacing w:before="70" w:after="0" w:line="240" w:lineRule="auto"/>
        <w:ind w:right="432" w:firstLine="180"/>
        <w:rPr>
          <w:lang w:val="ru-RU"/>
        </w:rPr>
      </w:pPr>
      <w:r w:rsidRPr="001B6E67">
        <w:rPr>
          <w:rFonts w:ascii="Times New Roman" w:eastAsia="Times New Roman" w:hAnsi="Times New Roman"/>
          <w:color w:val="000000"/>
          <w:sz w:val="24"/>
          <w:u w:val="single"/>
          <w:lang w:val="ru-RU"/>
        </w:rPr>
        <w:t>Волейбол</w:t>
      </w:r>
      <w:r w:rsidRPr="001B6E67">
        <w:rPr>
          <w:rFonts w:ascii="Times New Roman" w:eastAsia="Times New Roman" w:hAnsi="Times New Roman"/>
          <w:color w:val="000000"/>
          <w:sz w:val="24"/>
          <w:lang w:val="ru-RU"/>
        </w:rPr>
        <w:t>.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5353D2" w:rsidRPr="001B6E67" w:rsidRDefault="001B6E67" w:rsidP="006A6FAF">
      <w:pPr>
        <w:autoSpaceDE w:val="0"/>
        <w:autoSpaceDN w:val="0"/>
        <w:spacing w:before="70" w:after="0" w:line="240" w:lineRule="auto"/>
        <w:ind w:right="288" w:firstLine="180"/>
        <w:rPr>
          <w:lang w:val="ru-RU"/>
        </w:rPr>
      </w:pPr>
      <w:r w:rsidRPr="001B6E67">
        <w:rPr>
          <w:rFonts w:ascii="Times New Roman" w:eastAsia="Times New Roman" w:hAnsi="Times New Roman"/>
          <w:color w:val="000000"/>
          <w:sz w:val="24"/>
          <w:u w:val="single"/>
          <w:lang w:val="ru-RU"/>
        </w:rPr>
        <w:t>Футбол</w:t>
      </w:r>
      <w:r w:rsidRPr="001B6E67">
        <w:rPr>
          <w:rFonts w:ascii="Times New Roman" w:eastAsia="Times New Roman" w:hAnsi="Times New Roman"/>
          <w:color w:val="000000"/>
          <w:sz w:val="24"/>
          <w:lang w:val="ru-RU"/>
        </w:rPr>
        <w:t>.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w:t>
      </w:r>
    </w:p>
    <w:p w:rsidR="005353D2" w:rsidRPr="001B6E67" w:rsidRDefault="005353D2" w:rsidP="006A6FAF">
      <w:pPr>
        <w:spacing w:line="240" w:lineRule="auto"/>
        <w:rPr>
          <w:lang w:val="ru-RU"/>
        </w:rPr>
        <w:sectPr w:rsidR="005353D2" w:rsidRPr="001B6E67" w:rsidSect="006A6FAF">
          <w:pgSz w:w="11900" w:h="16840"/>
          <w:pgMar w:top="298" w:right="843" w:bottom="290" w:left="1276" w:header="720" w:footer="720" w:gutter="0"/>
          <w:cols w:space="720" w:equalWidth="0">
            <w:col w:w="9781" w:space="0"/>
          </w:cols>
          <w:docGrid w:linePitch="360"/>
        </w:sectPr>
      </w:pPr>
    </w:p>
    <w:p w:rsidR="005353D2" w:rsidRPr="001B6E67" w:rsidRDefault="005353D2" w:rsidP="006A6FAF">
      <w:pPr>
        <w:autoSpaceDE w:val="0"/>
        <w:autoSpaceDN w:val="0"/>
        <w:spacing w:after="96" w:line="240" w:lineRule="auto"/>
        <w:rPr>
          <w:lang w:val="ru-RU"/>
        </w:rPr>
      </w:pPr>
    </w:p>
    <w:p w:rsidR="005353D2" w:rsidRPr="001B6E67" w:rsidRDefault="001B6E67" w:rsidP="006A6FAF">
      <w:pPr>
        <w:autoSpaceDE w:val="0"/>
        <w:autoSpaceDN w:val="0"/>
        <w:spacing w:after="0" w:line="240" w:lineRule="auto"/>
        <w:rPr>
          <w:lang w:val="ru-RU"/>
        </w:rPr>
      </w:pPr>
      <w:r w:rsidRPr="001B6E67">
        <w:rPr>
          <w:rFonts w:ascii="Times New Roman" w:eastAsia="Times New Roman" w:hAnsi="Times New Roman"/>
          <w:color w:val="000000"/>
          <w:sz w:val="24"/>
          <w:lang w:val="ru-RU"/>
        </w:rPr>
        <w:t>разученных технических приёмов (юноши).</w:t>
      </w:r>
    </w:p>
    <w:p w:rsidR="005353D2" w:rsidRPr="001B6E67" w:rsidRDefault="001B6E67" w:rsidP="006A6FAF">
      <w:pPr>
        <w:tabs>
          <w:tab w:val="left" w:pos="180"/>
        </w:tabs>
        <w:autoSpaceDE w:val="0"/>
        <w:autoSpaceDN w:val="0"/>
        <w:spacing w:before="70" w:after="0" w:line="240" w:lineRule="auto"/>
        <w:ind w:right="144"/>
        <w:rPr>
          <w:lang w:val="ru-RU"/>
        </w:rPr>
      </w:pPr>
      <w:r w:rsidRPr="001B6E67">
        <w:rPr>
          <w:lang w:val="ru-RU"/>
        </w:rPr>
        <w:tab/>
      </w:r>
      <w:r w:rsidRPr="001B6E67">
        <w:rPr>
          <w:rFonts w:ascii="Times New Roman" w:eastAsia="Times New Roman" w:hAnsi="Times New Roman"/>
          <w:color w:val="000000"/>
          <w:sz w:val="24"/>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6D7FE4" w:rsidRDefault="001B6E67" w:rsidP="006D7FE4">
      <w:pPr>
        <w:autoSpaceDE w:val="0"/>
        <w:autoSpaceDN w:val="0"/>
        <w:spacing w:before="70" w:after="0" w:line="240" w:lineRule="auto"/>
        <w:ind w:firstLine="180"/>
        <w:rPr>
          <w:rFonts w:ascii="Times New Roman" w:eastAsia="Times New Roman" w:hAnsi="Times New Roman"/>
          <w:b/>
          <w:color w:val="000000"/>
          <w:sz w:val="24"/>
          <w:lang w:val="ru-RU"/>
        </w:rPr>
      </w:pPr>
      <w:r w:rsidRPr="001B6E67">
        <w:rPr>
          <w:rFonts w:ascii="Times New Roman" w:eastAsia="Times New Roman" w:hAnsi="Times New Roman"/>
          <w:i/>
          <w:color w:val="000000"/>
          <w:sz w:val="24"/>
          <w:lang w:val="ru-RU"/>
        </w:rPr>
        <w:t>Модуль «Спорт».</w:t>
      </w:r>
      <w:r w:rsidRPr="001B6E67">
        <w:rPr>
          <w:rFonts w:ascii="Times New Roman" w:eastAsia="Times New Roman" w:hAnsi="Times New Roman"/>
          <w:color w:val="000000"/>
          <w:sz w:val="24"/>
          <w:lang w:val="ru-RU"/>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r w:rsidR="006D7FE4" w:rsidRPr="006D7FE4">
        <w:rPr>
          <w:rFonts w:ascii="Times New Roman" w:eastAsia="Times New Roman" w:hAnsi="Times New Roman"/>
          <w:b/>
          <w:color w:val="000000"/>
          <w:sz w:val="24"/>
          <w:lang w:val="ru-RU"/>
        </w:rPr>
        <w:t xml:space="preserve"> </w:t>
      </w:r>
    </w:p>
    <w:p w:rsidR="006D7FE4" w:rsidRDefault="006D7FE4" w:rsidP="006D7FE4">
      <w:pPr>
        <w:autoSpaceDE w:val="0"/>
        <w:autoSpaceDN w:val="0"/>
        <w:spacing w:before="70" w:after="0" w:line="240" w:lineRule="auto"/>
        <w:ind w:firstLine="180"/>
        <w:rPr>
          <w:rFonts w:ascii="Times New Roman" w:eastAsia="Times New Roman" w:hAnsi="Times New Roman"/>
          <w:b/>
          <w:color w:val="000000"/>
          <w:sz w:val="24"/>
          <w:lang w:val="ru-RU"/>
        </w:rPr>
      </w:pPr>
    </w:p>
    <w:p w:rsidR="006D7FE4" w:rsidRPr="006D7FE4" w:rsidRDefault="006D7FE4" w:rsidP="006D7FE4">
      <w:pPr>
        <w:autoSpaceDE w:val="0"/>
        <w:autoSpaceDN w:val="0"/>
        <w:spacing w:before="70" w:after="0" w:line="240" w:lineRule="auto"/>
        <w:ind w:firstLine="180"/>
        <w:rPr>
          <w:rFonts w:ascii="Times New Roman" w:eastAsia="Times New Roman" w:hAnsi="Times New Roman"/>
          <w:color w:val="000000"/>
          <w:sz w:val="24"/>
          <w:lang w:val="ru-RU"/>
        </w:rPr>
      </w:pPr>
      <w:r w:rsidRPr="006D7FE4">
        <w:rPr>
          <w:rFonts w:ascii="Times New Roman" w:eastAsia="Times New Roman" w:hAnsi="Times New Roman"/>
          <w:b/>
          <w:color w:val="000000"/>
          <w:sz w:val="24"/>
          <w:lang w:val="ru-RU"/>
        </w:rPr>
        <w:t>ПЛАНИРУЕМЫЕ ОБРАЗОВАТЕЛЬНЫЕ РЕЗУЛЬТАТЫ</w:t>
      </w:r>
    </w:p>
    <w:p w:rsidR="006D7FE4" w:rsidRPr="006D7FE4" w:rsidRDefault="006D7FE4" w:rsidP="006D7FE4">
      <w:pPr>
        <w:autoSpaceDE w:val="0"/>
        <w:autoSpaceDN w:val="0"/>
        <w:spacing w:before="70" w:after="0" w:line="240" w:lineRule="auto"/>
        <w:ind w:firstLine="180"/>
        <w:rPr>
          <w:rFonts w:ascii="Times New Roman" w:eastAsia="Times New Roman" w:hAnsi="Times New Roman"/>
          <w:color w:val="000000"/>
          <w:sz w:val="24"/>
          <w:lang w:val="ru-RU"/>
        </w:rPr>
      </w:pPr>
      <w:r w:rsidRPr="006D7FE4">
        <w:rPr>
          <w:rFonts w:ascii="Times New Roman" w:eastAsia="Times New Roman" w:hAnsi="Times New Roman"/>
          <w:b/>
          <w:color w:val="000000"/>
          <w:sz w:val="24"/>
          <w:lang w:val="ru-RU"/>
        </w:rPr>
        <w:t>ЛИЧНОСТНЫЕ РЕЗУЛЬТАТЫ</w:t>
      </w:r>
    </w:p>
    <w:p w:rsidR="006D7FE4" w:rsidRDefault="006D7FE4" w:rsidP="006D7FE4">
      <w:pPr>
        <w:autoSpaceDE w:val="0"/>
        <w:autoSpaceDN w:val="0"/>
        <w:spacing w:before="70" w:after="0" w:line="240" w:lineRule="auto"/>
        <w:ind w:firstLine="180"/>
        <w:rPr>
          <w:rFonts w:ascii="Times New Roman" w:eastAsia="Times New Roman" w:hAnsi="Times New Roman"/>
          <w:b/>
          <w:color w:val="000000"/>
          <w:sz w:val="24"/>
          <w:lang w:val="ru-RU"/>
        </w:rPr>
      </w:pPr>
      <w:r w:rsidRPr="006D7FE4">
        <w:rPr>
          <w:rFonts w:ascii="Times New Roman" w:eastAsia="Times New Roman" w:hAnsi="Times New Roman"/>
          <w:color w:val="000000"/>
          <w:sz w:val="24"/>
          <w:lang w:val="ru-RU"/>
        </w:rPr>
        <w:tab/>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r w:rsidRPr="006D7FE4">
        <w:rPr>
          <w:rFonts w:ascii="Times New Roman" w:eastAsia="Times New Roman" w:hAnsi="Times New Roman"/>
          <w:color w:val="000000"/>
          <w:sz w:val="24"/>
          <w:lang w:val="ru-RU"/>
        </w:rPr>
        <w:br/>
      </w:r>
      <w:r w:rsidRPr="006D7FE4">
        <w:rPr>
          <w:rFonts w:ascii="Times New Roman" w:eastAsia="Times New Roman" w:hAnsi="Times New Roman"/>
          <w:color w:val="000000"/>
          <w:sz w:val="24"/>
          <w:lang w:val="ru-RU"/>
        </w:rPr>
        <w:tab/>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r w:rsidRPr="006D7FE4">
        <w:rPr>
          <w:rFonts w:ascii="Times New Roman" w:eastAsia="Times New Roman" w:hAnsi="Times New Roman"/>
          <w:color w:val="000000"/>
          <w:sz w:val="24"/>
          <w:lang w:val="ru-RU"/>
        </w:rPr>
        <w:br/>
      </w:r>
      <w:r w:rsidRPr="006D7FE4">
        <w:rPr>
          <w:rFonts w:ascii="Times New Roman" w:eastAsia="Times New Roman" w:hAnsi="Times New Roman"/>
          <w:color w:val="000000"/>
          <w:sz w:val="24"/>
          <w:lang w:val="ru-RU"/>
        </w:rPr>
        <w:tab/>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r w:rsidRPr="006D7FE4">
        <w:rPr>
          <w:rFonts w:ascii="Times New Roman" w:eastAsia="Times New Roman" w:hAnsi="Times New Roman"/>
          <w:color w:val="000000"/>
          <w:sz w:val="24"/>
          <w:lang w:val="ru-RU"/>
        </w:rPr>
        <w:br/>
      </w:r>
      <w:r w:rsidRPr="006D7FE4">
        <w:rPr>
          <w:rFonts w:ascii="Times New Roman" w:eastAsia="Times New Roman" w:hAnsi="Times New Roman"/>
          <w:color w:val="000000"/>
          <w:sz w:val="24"/>
          <w:lang w:val="ru-RU"/>
        </w:rPr>
        <w:tab/>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r w:rsidRPr="006D7FE4">
        <w:rPr>
          <w:rFonts w:ascii="Times New Roman" w:eastAsia="Times New Roman" w:hAnsi="Times New Roman"/>
          <w:color w:val="000000"/>
          <w:sz w:val="24"/>
          <w:lang w:val="ru-RU"/>
        </w:rPr>
        <w:br/>
      </w:r>
      <w:r w:rsidRPr="006D7FE4">
        <w:rPr>
          <w:rFonts w:ascii="Times New Roman" w:eastAsia="Times New Roman" w:hAnsi="Times New Roman"/>
          <w:color w:val="000000"/>
          <w:sz w:val="24"/>
          <w:lang w:val="ru-RU"/>
        </w:rPr>
        <w:tab/>
        <w:t xml:space="preserve">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 </w:t>
      </w:r>
      <w:r w:rsidRPr="006D7FE4">
        <w:rPr>
          <w:rFonts w:ascii="Times New Roman" w:eastAsia="Times New Roman" w:hAnsi="Times New Roman"/>
          <w:color w:val="000000"/>
          <w:sz w:val="24"/>
          <w:lang w:val="ru-RU"/>
        </w:rPr>
        <w:br/>
      </w:r>
      <w:r w:rsidRPr="006D7FE4">
        <w:rPr>
          <w:rFonts w:ascii="Times New Roman" w:eastAsia="Times New Roman" w:hAnsi="Times New Roman"/>
          <w:color w:val="000000"/>
          <w:sz w:val="24"/>
          <w:lang w:val="ru-RU"/>
        </w:rPr>
        <w:tab/>
        <w:t xml:space="preserve">стремление к физическому совершенствованию, формированию культуры движения и </w:t>
      </w:r>
      <w:r w:rsidRPr="006D7FE4">
        <w:rPr>
          <w:rFonts w:ascii="Times New Roman" w:eastAsia="Times New Roman" w:hAnsi="Times New Roman"/>
          <w:color w:val="000000"/>
          <w:sz w:val="24"/>
          <w:lang w:val="ru-RU"/>
        </w:rPr>
        <w:br/>
        <w:t xml:space="preserve">телосложения, самовыражению в избранном виде спорта; </w:t>
      </w:r>
      <w:r w:rsidRPr="006D7FE4">
        <w:rPr>
          <w:rFonts w:ascii="Times New Roman" w:eastAsia="Times New Roman" w:hAnsi="Times New Roman"/>
          <w:color w:val="000000"/>
          <w:sz w:val="24"/>
          <w:lang w:val="ru-RU"/>
        </w:rPr>
        <w:br/>
      </w:r>
      <w:r w:rsidRPr="006D7FE4">
        <w:rPr>
          <w:rFonts w:ascii="Times New Roman" w:eastAsia="Times New Roman" w:hAnsi="Times New Roman"/>
          <w:color w:val="000000"/>
          <w:sz w:val="24"/>
          <w:lang w:val="ru-RU"/>
        </w:rPr>
        <w:tab/>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r w:rsidRPr="006D7FE4">
        <w:rPr>
          <w:rFonts w:ascii="Times New Roman" w:eastAsia="Times New Roman" w:hAnsi="Times New Roman"/>
          <w:color w:val="000000"/>
          <w:sz w:val="24"/>
          <w:lang w:val="ru-RU"/>
        </w:rPr>
        <w:br/>
      </w:r>
      <w:r w:rsidRPr="006D7FE4">
        <w:rPr>
          <w:rFonts w:ascii="Times New Roman" w:eastAsia="Times New Roman" w:hAnsi="Times New Roman"/>
          <w:color w:val="000000"/>
          <w:sz w:val="24"/>
          <w:lang w:val="ru-RU"/>
        </w:rPr>
        <w:tab/>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r w:rsidRPr="006D7FE4">
        <w:rPr>
          <w:rFonts w:ascii="Times New Roman" w:eastAsia="Times New Roman" w:hAnsi="Times New Roman"/>
          <w:color w:val="000000"/>
          <w:sz w:val="24"/>
          <w:lang w:val="ru-RU"/>
        </w:rPr>
        <w:tab/>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r w:rsidRPr="006D7FE4">
        <w:rPr>
          <w:rFonts w:ascii="Times New Roman" w:eastAsia="Times New Roman" w:hAnsi="Times New Roman"/>
          <w:color w:val="000000"/>
          <w:sz w:val="24"/>
          <w:lang w:val="ru-RU"/>
        </w:rPr>
        <w:br/>
      </w:r>
      <w:r w:rsidRPr="006D7FE4">
        <w:rPr>
          <w:rFonts w:ascii="Times New Roman" w:eastAsia="Times New Roman" w:hAnsi="Times New Roman"/>
          <w:color w:val="000000"/>
          <w:sz w:val="24"/>
          <w:lang w:val="ru-RU"/>
        </w:rPr>
        <w:tab/>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w:t>
      </w:r>
      <w:proofErr w:type="spellStart"/>
      <w:r w:rsidRPr="006D7FE4">
        <w:rPr>
          <w:rFonts w:ascii="Times New Roman" w:eastAsia="Times New Roman" w:hAnsi="Times New Roman"/>
          <w:color w:val="000000"/>
          <w:sz w:val="24"/>
          <w:lang w:val="ru-RU"/>
        </w:rPr>
        <w:t>физичес</w:t>
      </w:r>
      <w:proofErr w:type="spellEnd"/>
      <w:r w:rsidRPr="006D7FE4">
        <w:rPr>
          <w:rFonts w:ascii="Times New Roman" w:eastAsia="Times New Roman" w:hAnsi="Times New Roman"/>
          <w:color w:val="000000"/>
          <w:sz w:val="24"/>
          <w:lang w:val="ru-RU"/>
        </w:rPr>
        <w:t xml:space="preserve">​ких нагрузок; </w:t>
      </w:r>
      <w:r w:rsidRPr="006D7FE4">
        <w:rPr>
          <w:rFonts w:ascii="Times New Roman" w:eastAsia="Times New Roman" w:hAnsi="Times New Roman"/>
          <w:color w:val="000000"/>
          <w:sz w:val="24"/>
          <w:lang w:val="ru-RU"/>
        </w:rPr>
        <w:br/>
      </w:r>
      <w:r w:rsidRPr="006D7FE4">
        <w:rPr>
          <w:rFonts w:ascii="Times New Roman" w:eastAsia="Times New Roman" w:hAnsi="Times New Roman"/>
          <w:color w:val="000000"/>
          <w:sz w:val="24"/>
          <w:lang w:val="ru-RU"/>
        </w:rPr>
        <w:tab/>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r w:rsidRPr="006D7FE4">
        <w:rPr>
          <w:rFonts w:ascii="Times New Roman" w:eastAsia="Times New Roman" w:hAnsi="Times New Roman"/>
          <w:color w:val="000000"/>
          <w:sz w:val="24"/>
          <w:lang w:val="ru-RU"/>
        </w:rPr>
        <w:br/>
      </w:r>
      <w:r w:rsidRPr="006D7FE4">
        <w:rPr>
          <w:rFonts w:ascii="Times New Roman" w:eastAsia="Times New Roman" w:hAnsi="Times New Roman"/>
          <w:color w:val="000000"/>
          <w:sz w:val="24"/>
          <w:lang w:val="ru-RU"/>
        </w:rPr>
        <w:tab/>
        <w:t xml:space="preserve">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 </w:t>
      </w:r>
      <w:r w:rsidRPr="006D7FE4">
        <w:rPr>
          <w:rFonts w:ascii="Times New Roman" w:eastAsia="Times New Roman" w:hAnsi="Times New Roman"/>
          <w:color w:val="000000"/>
          <w:sz w:val="24"/>
          <w:lang w:val="ru-RU"/>
        </w:rPr>
        <w:br/>
      </w:r>
      <w:r w:rsidRPr="006D7FE4">
        <w:rPr>
          <w:rFonts w:ascii="Times New Roman" w:eastAsia="Times New Roman" w:hAnsi="Times New Roman"/>
          <w:color w:val="000000"/>
          <w:sz w:val="24"/>
          <w:lang w:val="ru-RU"/>
        </w:rPr>
        <w:tab/>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r w:rsidRPr="006D7FE4">
        <w:rPr>
          <w:rFonts w:ascii="Times New Roman" w:eastAsia="Times New Roman" w:hAnsi="Times New Roman"/>
          <w:color w:val="000000"/>
          <w:sz w:val="24"/>
          <w:lang w:val="ru-RU"/>
        </w:rPr>
        <w:tab/>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r w:rsidRPr="006D7FE4">
        <w:rPr>
          <w:rFonts w:ascii="Times New Roman" w:eastAsia="Times New Roman" w:hAnsi="Times New Roman"/>
          <w:color w:val="000000"/>
          <w:sz w:val="24"/>
          <w:lang w:val="ru-RU"/>
        </w:rPr>
        <w:br/>
      </w:r>
      <w:r w:rsidRPr="006D7FE4">
        <w:rPr>
          <w:rFonts w:ascii="Times New Roman" w:eastAsia="Times New Roman" w:hAnsi="Times New Roman"/>
          <w:color w:val="000000"/>
          <w:sz w:val="24"/>
          <w:lang w:val="ru-RU"/>
        </w:rPr>
        <w:tab/>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w:t>
      </w:r>
      <w:r w:rsidRPr="006D7FE4">
        <w:rPr>
          <w:rFonts w:ascii="Times New Roman" w:eastAsia="Times New Roman" w:hAnsi="Times New Roman"/>
          <w:color w:val="000000"/>
          <w:sz w:val="24"/>
          <w:lang w:val="ru-RU"/>
        </w:rPr>
        <w:br/>
        <w:t>деятельности, общении со сверстниками, публичных выступлениях и дискуссиях.</w:t>
      </w:r>
      <w:r w:rsidRPr="006D7FE4">
        <w:rPr>
          <w:rFonts w:ascii="Times New Roman" w:eastAsia="Times New Roman" w:hAnsi="Times New Roman"/>
          <w:b/>
          <w:color w:val="000000"/>
          <w:sz w:val="24"/>
          <w:lang w:val="ru-RU"/>
        </w:rPr>
        <w:t xml:space="preserve"> </w:t>
      </w:r>
    </w:p>
    <w:p w:rsidR="006D7FE4" w:rsidRDefault="006D7FE4" w:rsidP="006D7FE4">
      <w:pPr>
        <w:autoSpaceDE w:val="0"/>
        <w:autoSpaceDN w:val="0"/>
        <w:spacing w:before="70" w:after="0" w:line="240" w:lineRule="auto"/>
        <w:ind w:firstLine="180"/>
        <w:rPr>
          <w:rFonts w:ascii="Times New Roman" w:eastAsia="Times New Roman" w:hAnsi="Times New Roman"/>
          <w:b/>
          <w:color w:val="000000"/>
          <w:sz w:val="24"/>
          <w:lang w:val="ru-RU"/>
        </w:rPr>
      </w:pPr>
    </w:p>
    <w:p w:rsidR="006D7FE4" w:rsidRDefault="006D7FE4" w:rsidP="006D7FE4">
      <w:pPr>
        <w:autoSpaceDE w:val="0"/>
        <w:autoSpaceDN w:val="0"/>
        <w:spacing w:before="70" w:after="0" w:line="240" w:lineRule="auto"/>
        <w:ind w:firstLine="180"/>
        <w:rPr>
          <w:rFonts w:ascii="Times New Roman" w:eastAsia="Times New Roman" w:hAnsi="Times New Roman"/>
          <w:b/>
          <w:color w:val="000000"/>
          <w:sz w:val="24"/>
          <w:lang w:val="ru-RU"/>
        </w:rPr>
      </w:pPr>
    </w:p>
    <w:p w:rsidR="006D7FE4" w:rsidRPr="006D7FE4" w:rsidRDefault="006D7FE4" w:rsidP="006D7FE4">
      <w:pPr>
        <w:autoSpaceDE w:val="0"/>
        <w:autoSpaceDN w:val="0"/>
        <w:spacing w:before="70" w:after="0" w:line="240" w:lineRule="auto"/>
        <w:ind w:firstLine="180"/>
        <w:rPr>
          <w:rFonts w:ascii="Times New Roman" w:eastAsia="Times New Roman" w:hAnsi="Times New Roman"/>
          <w:color w:val="000000"/>
          <w:sz w:val="24"/>
          <w:lang w:val="ru-RU"/>
        </w:rPr>
      </w:pPr>
      <w:r w:rsidRPr="006D7FE4">
        <w:rPr>
          <w:rFonts w:ascii="Times New Roman" w:eastAsia="Times New Roman" w:hAnsi="Times New Roman"/>
          <w:b/>
          <w:color w:val="000000"/>
          <w:sz w:val="24"/>
          <w:lang w:val="ru-RU"/>
        </w:rPr>
        <w:t>МЕТАПРЕДМЕТНЫЕ РЕЗУЛЬТАТЫ</w:t>
      </w:r>
    </w:p>
    <w:p w:rsidR="006D7FE4" w:rsidRPr="006D7FE4" w:rsidRDefault="006D7FE4" w:rsidP="006D7FE4">
      <w:pPr>
        <w:autoSpaceDE w:val="0"/>
        <w:autoSpaceDN w:val="0"/>
        <w:spacing w:before="70" w:after="0" w:line="240" w:lineRule="auto"/>
        <w:ind w:firstLine="180"/>
        <w:rPr>
          <w:rFonts w:ascii="Times New Roman" w:eastAsia="Times New Roman" w:hAnsi="Times New Roman"/>
          <w:color w:val="000000"/>
          <w:sz w:val="24"/>
          <w:lang w:val="ru-RU"/>
        </w:rPr>
      </w:pPr>
      <w:r w:rsidRPr="006D7FE4">
        <w:rPr>
          <w:rFonts w:ascii="Times New Roman" w:eastAsia="Times New Roman" w:hAnsi="Times New Roman"/>
          <w:color w:val="000000"/>
          <w:sz w:val="24"/>
          <w:lang w:val="ru-RU"/>
        </w:rPr>
        <w:tab/>
      </w:r>
      <w:r w:rsidRPr="006D7FE4">
        <w:rPr>
          <w:rFonts w:ascii="Times New Roman" w:eastAsia="Times New Roman" w:hAnsi="Times New Roman"/>
          <w:b/>
          <w:i/>
          <w:color w:val="000000"/>
          <w:sz w:val="24"/>
          <w:lang w:val="ru-RU"/>
        </w:rPr>
        <w:t xml:space="preserve">Универсальные познавательные действия: </w:t>
      </w:r>
      <w:r w:rsidRPr="006D7FE4">
        <w:rPr>
          <w:rFonts w:ascii="Times New Roman" w:eastAsia="Times New Roman" w:hAnsi="Times New Roman"/>
          <w:color w:val="000000"/>
          <w:sz w:val="24"/>
          <w:lang w:val="ru-RU"/>
        </w:rPr>
        <w:br/>
      </w:r>
      <w:r w:rsidRPr="006D7FE4">
        <w:rPr>
          <w:rFonts w:ascii="Times New Roman" w:eastAsia="Times New Roman" w:hAnsi="Times New Roman"/>
          <w:color w:val="000000"/>
          <w:sz w:val="24"/>
          <w:lang w:val="ru-RU"/>
        </w:rPr>
        <w:tab/>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r w:rsidRPr="006D7FE4">
        <w:rPr>
          <w:rFonts w:ascii="Times New Roman" w:eastAsia="Times New Roman" w:hAnsi="Times New Roman"/>
          <w:color w:val="000000"/>
          <w:sz w:val="24"/>
          <w:lang w:val="ru-RU"/>
        </w:rPr>
        <w:br/>
      </w:r>
      <w:r w:rsidRPr="006D7FE4">
        <w:rPr>
          <w:rFonts w:ascii="Times New Roman" w:eastAsia="Times New Roman" w:hAnsi="Times New Roman"/>
          <w:color w:val="000000"/>
          <w:sz w:val="24"/>
          <w:lang w:val="ru-RU"/>
        </w:rPr>
        <w:tab/>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6D7FE4" w:rsidRDefault="006D7FE4" w:rsidP="006D7FE4">
      <w:pPr>
        <w:tabs>
          <w:tab w:val="left" w:pos="180"/>
        </w:tabs>
        <w:autoSpaceDE w:val="0"/>
        <w:autoSpaceDN w:val="0"/>
        <w:spacing w:before="70" w:after="0" w:line="240" w:lineRule="auto"/>
        <w:rPr>
          <w:rFonts w:ascii="Times New Roman" w:eastAsia="Times New Roman" w:hAnsi="Times New Roman"/>
          <w:color w:val="000000"/>
          <w:sz w:val="24"/>
          <w:lang w:val="ru-RU"/>
        </w:rPr>
      </w:pPr>
      <w:r w:rsidRPr="006D7FE4">
        <w:rPr>
          <w:rFonts w:ascii="Times New Roman" w:eastAsia="Times New Roman" w:hAnsi="Times New Roman"/>
          <w:color w:val="000000"/>
          <w:sz w:val="24"/>
          <w:lang w:val="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r w:rsidRPr="006D7FE4">
        <w:rPr>
          <w:rFonts w:ascii="Times New Roman" w:eastAsia="Times New Roman" w:hAnsi="Times New Roman"/>
          <w:color w:val="000000"/>
          <w:sz w:val="24"/>
          <w:lang w:val="ru-RU"/>
        </w:rPr>
        <w:br/>
      </w:r>
      <w:r w:rsidRPr="006D7FE4">
        <w:rPr>
          <w:rFonts w:ascii="Times New Roman" w:eastAsia="Times New Roman" w:hAnsi="Times New Roman"/>
          <w:color w:val="000000"/>
          <w:sz w:val="24"/>
          <w:lang w:val="ru-RU"/>
        </w:rPr>
        <w:tab/>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r w:rsidRPr="006D7FE4">
        <w:rPr>
          <w:rFonts w:ascii="Times New Roman" w:eastAsia="Times New Roman" w:hAnsi="Times New Roman"/>
          <w:color w:val="000000"/>
          <w:sz w:val="24"/>
          <w:lang w:val="ru-RU"/>
        </w:rPr>
        <w:br/>
      </w:r>
      <w:r w:rsidRPr="006D7FE4">
        <w:rPr>
          <w:rFonts w:ascii="Times New Roman" w:eastAsia="Times New Roman" w:hAnsi="Times New Roman"/>
          <w:color w:val="000000"/>
          <w:sz w:val="24"/>
          <w:lang w:val="ru-RU"/>
        </w:rPr>
        <w:tab/>
        <w:t xml:space="preserve">устанавливать причинно-следственную связь между планированием режима дня и изменениями показателей работоспособности; </w:t>
      </w:r>
      <w:r w:rsidRPr="006D7FE4">
        <w:rPr>
          <w:rFonts w:ascii="Times New Roman" w:eastAsia="Times New Roman" w:hAnsi="Times New Roman"/>
          <w:color w:val="000000"/>
          <w:sz w:val="24"/>
          <w:lang w:val="ru-RU"/>
        </w:rPr>
        <w:br/>
      </w:r>
      <w:r w:rsidRPr="006D7FE4">
        <w:rPr>
          <w:rFonts w:ascii="Times New Roman" w:eastAsia="Times New Roman" w:hAnsi="Times New Roman"/>
          <w:color w:val="000000"/>
          <w:sz w:val="24"/>
          <w:lang w:val="ru-RU"/>
        </w:rPr>
        <w:tab/>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r w:rsidRPr="006D7FE4">
        <w:rPr>
          <w:rFonts w:ascii="Times New Roman" w:eastAsia="Times New Roman" w:hAnsi="Times New Roman"/>
          <w:color w:val="000000"/>
          <w:sz w:val="24"/>
          <w:lang w:val="ru-RU"/>
        </w:rPr>
        <w:br/>
      </w:r>
      <w:r w:rsidRPr="006D7FE4">
        <w:rPr>
          <w:rFonts w:ascii="Times New Roman" w:eastAsia="Times New Roman" w:hAnsi="Times New Roman"/>
          <w:color w:val="000000"/>
          <w:sz w:val="24"/>
          <w:lang w:val="ru-RU"/>
        </w:rPr>
        <w:tab/>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r w:rsidRPr="006D7FE4">
        <w:rPr>
          <w:rFonts w:ascii="Times New Roman" w:eastAsia="Times New Roman" w:hAnsi="Times New Roman"/>
          <w:color w:val="000000"/>
          <w:sz w:val="24"/>
          <w:lang w:val="ru-RU"/>
        </w:rPr>
        <w:br/>
      </w:r>
      <w:r w:rsidRPr="006D7FE4">
        <w:rPr>
          <w:rFonts w:ascii="Times New Roman" w:eastAsia="Times New Roman" w:hAnsi="Times New Roman"/>
          <w:color w:val="000000"/>
          <w:sz w:val="24"/>
          <w:lang w:val="ru-RU"/>
        </w:rPr>
        <w:tab/>
        <w:t xml:space="preserve">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 </w:t>
      </w:r>
      <w:r w:rsidRPr="006D7FE4">
        <w:rPr>
          <w:rFonts w:ascii="Times New Roman" w:eastAsia="Times New Roman" w:hAnsi="Times New Roman"/>
          <w:color w:val="000000"/>
          <w:sz w:val="24"/>
          <w:lang w:val="ru-RU"/>
        </w:rPr>
        <w:br/>
      </w:r>
      <w:r w:rsidRPr="006D7FE4">
        <w:rPr>
          <w:rFonts w:ascii="Times New Roman" w:eastAsia="Times New Roman" w:hAnsi="Times New Roman"/>
          <w:color w:val="000000"/>
          <w:sz w:val="24"/>
          <w:lang w:val="ru-RU"/>
        </w:rPr>
        <w:tab/>
        <w:t>устанавливать причинно-следственную связь между подготовкой мест занятий на открытых площадках и правилами предупреждения травматизма</w:t>
      </w:r>
    </w:p>
    <w:p w:rsidR="006D7FE4" w:rsidRPr="001B6E67" w:rsidRDefault="006D7FE4" w:rsidP="006D7FE4">
      <w:pPr>
        <w:tabs>
          <w:tab w:val="left" w:pos="180"/>
        </w:tabs>
        <w:autoSpaceDE w:val="0"/>
        <w:autoSpaceDN w:val="0"/>
        <w:spacing w:before="70" w:after="0" w:line="240" w:lineRule="auto"/>
        <w:rPr>
          <w:lang w:val="ru-RU"/>
        </w:rPr>
      </w:pPr>
      <w:r w:rsidRPr="006D7FE4">
        <w:rPr>
          <w:rFonts w:ascii="Times New Roman" w:eastAsia="Times New Roman" w:hAnsi="Times New Roman"/>
          <w:b/>
          <w:i/>
          <w:color w:val="000000"/>
          <w:sz w:val="24"/>
          <w:lang w:val="ru-RU"/>
        </w:rPr>
        <w:t xml:space="preserve"> </w:t>
      </w:r>
      <w:r w:rsidRPr="001B6E67">
        <w:rPr>
          <w:rFonts w:ascii="Times New Roman" w:eastAsia="Times New Roman" w:hAnsi="Times New Roman"/>
          <w:b/>
          <w:i/>
          <w:color w:val="000000"/>
          <w:sz w:val="24"/>
          <w:lang w:val="ru-RU"/>
        </w:rPr>
        <w:t xml:space="preserve">Универсальные коммуникативные действия: </w:t>
      </w:r>
      <w:r w:rsidRPr="001B6E67">
        <w:rPr>
          <w:lang w:val="ru-RU"/>
        </w:rPr>
        <w:br/>
      </w:r>
      <w:r w:rsidRPr="001B6E67">
        <w:rPr>
          <w:lang w:val="ru-RU"/>
        </w:rPr>
        <w:tab/>
      </w:r>
      <w:r w:rsidRPr="001B6E67">
        <w:rPr>
          <w:rFonts w:ascii="Times New Roman" w:eastAsia="Times New Roman" w:hAnsi="Times New Roman"/>
          <w:color w:val="000000"/>
          <w:sz w:val="24"/>
          <w:lang w:val="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r w:rsidRPr="001B6E67">
        <w:rPr>
          <w:lang w:val="ru-RU"/>
        </w:rPr>
        <w:br/>
      </w:r>
      <w:r w:rsidRPr="001B6E67">
        <w:rPr>
          <w:lang w:val="ru-RU"/>
        </w:rPr>
        <w:tab/>
      </w:r>
      <w:r w:rsidRPr="001B6E67">
        <w:rPr>
          <w:rFonts w:ascii="Times New Roman" w:eastAsia="Times New Roman" w:hAnsi="Times New Roman"/>
          <w:color w:val="000000"/>
          <w:sz w:val="24"/>
          <w:lang w:val="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r w:rsidRPr="001B6E67">
        <w:rPr>
          <w:lang w:val="ru-RU"/>
        </w:rPr>
        <w:br/>
      </w:r>
      <w:r w:rsidRPr="001B6E67">
        <w:rPr>
          <w:lang w:val="ru-RU"/>
        </w:rPr>
        <w:tab/>
      </w:r>
      <w:r w:rsidRPr="001B6E67">
        <w:rPr>
          <w:rFonts w:ascii="Times New Roman" w:eastAsia="Times New Roman" w:hAnsi="Times New Roman"/>
          <w:color w:val="000000"/>
          <w:sz w:val="24"/>
          <w:lang w:val="ru-RU"/>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r w:rsidRPr="001B6E67">
        <w:rPr>
          <w:lang w:val="ru-RU"/>
        </w:rPr>
        <w:tab/>
      </w:r>
      <w:r w:rsidRPr="001B6E67">
        <w:rPr>
          <w:rFonts w:ascii="Times New Roman" w:eastAsia="Times New Roman" w:hAnsi="Times New Roman"/>
          <w:color w:val="000000"/>
          <w:sz w:val="24"/>
          <w:lang w:val="ru-RU"/>
        </w:rPr>
        <w:t xml:space="preserve">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 </w:t>
      </w:r>
      <w:r w:rsidRPr="001B6E67">
        <w:rPr>
          <w:lang w:val="ru-RU"/>
        </w:rPr>
        <w:br/>
      </w:r>
      <w:r w:rsidRPr="001B6E67">
        <w:rPr>
          <w:lang w:val="ru-RU"/>
        </w:rPr>
        <w:tab/>
      </w:r>
      <w:r w:rsidRPr="001B6E67">
        <w:rPr>
          <w:rFonts w:ascii="Times New Roman" w:eastAsia="Times New Roman" w:hAnsi="Times New Roman"/>
          <w:color w:val="000000"/>
          <w:sz w:val="24"/>
          <w:lang w:val="ru-RU"/>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6D7FE4" w:rsidRPr="006D7FE4" w:rsidRDefault="006D7FE4" w:rsidP="006D7FE4">
      <w:pPr>
        <w:tabs>
          <w:tab w:val="left" w:pos="180"/>
        </w:tabs>
        <w:autoSpaceDE w:val="0"/>
        <w:autoSpaceDN w:val="0"/>
        <w:spacing w:before="72" w:after="0" w:line="240" w:lineRule="auto"/>
        <w:rPr>
          <w:lang w:val="ru-RU"/>
        </w:rPr>
      </w:pPr>
      <w:r w:rsidRPr="001B6E67">
        <w:rPr>
          <w:lang w:val="ru-RU"/>
        </w:rPr>
        <w:tab/>
      </w:r>
      <w:r w:rsidRPr="001B6E67">
        <w:rPr>
          <w:rFonts w:ascii="Times New Roman" w:eastAsia="Times New Roman" w:hAnsi="Times New Roman"/>
          <w:b/>
          <w:i/>
          <w:color w:val="000000"/>
          <w:sz w:val="24"/>
          <w:lang w:val="ru-RU"/>
        </w:rPr>
        <w:t xml:space="preserve">Универсальные учебные регулятивные действия: </w:t>
      </w:r>
      <w:r w:rsidRPr="001B6E67">
        <w:rPr>
          <w:lang w:val="ru-RU"/>
        </w:rPr>
        <w:br/>
      </w:r>
      <w:r w:rsidRPr="001B6E67">
        <w:rPr>
          <w:lang w:val="ru-RU"/>
        </w:rPr>
        <w:tab/>
      </w:r>
      <w:r w:rsidRPr="001B6E67">
        <w:rPr>
          <w:rFonts w:ascii="Times New Roman" w:eastAsia="Times New Roman" w:hAnsi="Times New Roman"/>
          <w:color w:val="000000"/>
          <w:sz w:val="24"/>
          <w:lang w:val="ru-RU"/>
        </w:rPr>
        <w:t xml:space="preserve">составлять и выполнять индивидуальные комплексы физических упражнений с разной </w:t>
      </w:r>
      <w:r w:rsidRPr="001B6E67">
        <w:rPr>
          <w:lang w:val="ru-RU"/>
        </w:rPr>
        <w:br/>
      </w:r>
      <w:r w:rsidRPr="001B6E67">
        <w:rPr>
          <w:rFonts w:ascii="Times New Roman" w:eastAsia="Times New Roman" w:hAnsi="Times New Roman"/>
          <w:color w:val="000000"/>
          <w:sz w:val="24"/>
          <w:lang w:val="ru-RU"/>
        </w:rPr>
        <w:t xml:space="preserve">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r w:rsidRPr="001B6E67">
        <w:rPr>
          <w:lang w:val="ru-RU"/>
        </w:rPr>
        <w:tab/>
      </w:r>
      <w:r w:rsidRPr="001B6E67">
        <w:rPr>
          <w:rFonts w:ascii="Times New Roman" w:eastAsia="Times New Roman" w:hAnsi="Times New Roman"/>
          <w:color w:val="000000"/>
          <w:sz w:val="24"/>
          <w:lang w:val="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r w:rsidRPr="001B6E67">
        <w:rPr>
          <w:lang w:val="ru-RU"/>
        </w:rPr>
        <w:br/>
      </w:r>
      <w:r w:rsidRPr="001B6E67">
        <w:rPr>
          <w:lang w:val="ru-RU"/>
        </w:rPr>
        <w:tab/>
      </w:r>
      <w:r w:rsidRPr="001B6E67">
        <w:rPr>
          <w:rFonts w:ascii="Times New Roman" w:eastAsia="Times New Roman" w:hAnsi="Times New Roman"/>
          <w:color w:val="000000"/>
          <w:sz w:val="24"/>
          <w:lang w:val="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r w:rsidRPr="001B6E67">
        <w:rPr>
          <w:lang w:val="ru-RU"/>
        </w:rPr>
        <w:br/>
      </w:r>
      <w:r w:rsidRPr="001B6E67">
        <w:rPr>
          <w:lang w:val="ru-RU"/>
        </w:rPr>
        <w:tab/>
      </w:r>
      <w:r w:rsidRPr="001B6E67">
        <w:rPr>
          <w:rFonts w:ascii="Times New Roman" w:eastAsia="Times New Roman" w:hAnsi="Times New Roman"/>
          <w:color w:val="000000"/>
          <w:sz w:val="24"/>
          <w:lang w:val="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w:t>
      </w:r>
      <w:r w:rsidRPr="001B6E67">
        <w:rPr>
          <w:rFonts w:ascii="Times New Roman" w:eastAsia="Times New Roman" w:hAnsi="Times New Roman"/>
          <w:color w:val="000000"/>
          <w:sz w:val="24"/>
          <w:lang w:val="ru-RU"/>
        </w:rPr>
        <w:lastRenderedPageBreak/>
        <w:t xml:space="preserve">и нападении, терпимо относится к ошибкам игроков своей команды и команды соперников; </w:t>
      </w:r>
      <w:r w:rsidRPr="001B6E67">
        <w:rPr>
          <w:lang w:val="ru-RU"/>
        </w:rPr>
        <w:br/>
      </w:r>
      <w:r w:rsidRPr="001B6E67">
        <w:rPr>
          <w:lang w:val="ru-RU"/>
        </w:rPr>
        <w:tab/>
      </w:r>
      <w:r w:rsidRPr="001B6E67">
        <w:rPr>
          <w:rFonts w:ascii="Times New Roman" w:eastAsia="Times New Roman" w:hAnsi="Times New Roman"/>
          <w:color w:val="000000"/>
          <w:sz w:val="24"/>
          <w:lang w:val="ru-RU"/>
        </w:rPr>
        <w:t>организовывать оказание первой помощи при травмах и ушибах во время самостоятельных занятий</w:t>
      </w:r>
      <w:r>
        <w:rPr>
          <w:lang w:val="ru-RU"/>
        </w:rPr>
        <w:t xml:space="preserve"> </w:t>
      </w:r>
      <w:r w:rsidRPr="006D7FE4">
        <w:rPr>
          <w:rFonts w:ascii="Times New Roman" w:eastAsia="Times New Roman" w:hAnsi="Times New Roman"/>
          <w:color w:val="000000"/>
          <w:sz w:val="24"/>
          <w:lang w:val="ru-RU"/>
        </w:rPr>
        <w:t>физической культурой и спортом, применять способы и приёмы помощи в зависимости от характера и признаков полученной травмы.</w:t>
      </w:r>
    </w:p>
    <w:p w:rsidR="006D7FE4" w:rsidRPr="006D7FE4" w:rsidRDefault="006D7FE4" w:rsidP="006D7FE4">
      <w:pPr>
        <w:autoSpaceDE w:val="0"/>
        <w:autoSpaceDN w:val="0"/>
        <w:spacing w:before="70" w:after="0" w:line="240" w:lineRule="auto"/>
        <w:ind w:firstLine="180"/>
        <w:rPr>
          <w:rFonts w:ascii="Times New Roman" w:eastAsia="Times New Roman" w:hAnsi="Times New Roman"/>
          <w:color w:val="000000"/>
          <w:sz w:val="24"/>
          <w:lang w:val="ru-RU"/>
        </w:rPr>
      </w:pPr>
      <w:r w:rsidRPr="006D7FE4">
        <w:rPr>
          <w:rFonts w:ascii="Times New Roman" w:eastAsia="Times New Roman" w:hAnsi="Times New Roman"/>
          <w:b/>
          <w:color w:val="000000"/>
          <w:sz w:val="24"/>
          <w:lang w:val="ru-RU"/>
        </w:rPr>
        <w:t>ПРЕДМЕТНЫЕ РЕЗУЛЬТАТЫ</w:t>
      </w:r>
    </w:p>
    <w:p w:rsidR="00AA2172" w:rsidRDefault="00AA2172" w:rsidP="00AA2172">
      <w:pPr>
        <w:shd w:val="clear" w:color="auto" w:fill="FFFFFF"/>
        <w:spacing w:beforeAutospacing="1" w:after="0" w:line="240" w:lineRule="auto"/>
        <w:ind w:firstLine="709"/>
        <w:jc w:val="both"/>
        <w:rPr>
          <w:rFonts w:ascii="Times New Roman" w:eastAsia="Times New Roman" w:hAnsi="Times New Roman"/>
          <w:color w:val="000000"/>
          <w:sz w:val="24"/>
          <w:lang w:val="ru-RU"/>
        </w:rPr>
      </w:pPr>
      <w:r w:rsidRPr="00AA2172">
        <w:rPr>
          <w:rFonts w:ascii="Times New Roman" w:eastAsia="Times New Roman" w:hAnsi="Times New Roman" w:cs="Times New Roman"/>
          <w:sz w:val="24"/>
          <w:szCs w:val="24"/>
          <w:lang w:val="ru-RU" w:eastAsia="ru-RU"/>
        </w:rPr>
        <w:t>К концу обучения</w:t>
      </w:r>
      <w:r w:rsidRPr="00AA2172">
        <w:rPr>
          <w:rFonts w:ascii="Times New Roman" w:eastAsia="Times New Roman" w:hAnsi="Times New Roman" w:cs="Times New Roman"/>
          <w:sz w:val="24"/>
          <w:szCs w:val="24"/>
          <w:lang w:eastAsia="ru-RU"/>
        </w:rPr>
        <w:t> </w:t>
      </w:r>
      <w:r w:rsidRPr="00AA2172">
        <w:rPr>
          <w:rFonts w:ascii="Times New Roman" w:eastAsia="Times New Roman" w:hAnsi="Times New Roman" w:cs="Times New Roman"/>
          <w:b/>
          <w:bCs/>
          <w:i/>
          <w:iCs/>
          <w:sz w:val="24"/>
          <w:szCs w:val="24"/>
          <w:lang w:val="ru-RU" w:eastAsia="ru-RU"/>
        </w:rPr>
        <w:t>в 9 классе</w:t>
      </w:r>
      <w:r w:rsidRPr="00AA2172">
        <w:rPr>
          <w:rFonts w:ascii="Times New Roman" w:eastAsia="Times New Roman" w:hAnsi="Times New Roman" w:cs="Times New Roman"/>
          <w:sz w:val="24"/>
          <w:szCs w:val="24"/>
          <w:lang w:eastAsia="ru-RU"/>
        </w:rPr>
        <w:t> </w:t>
      </w:r>
      <w:r w:rsidRPr="00AA2172">
        <w:rPr>
          <w:rFonts w:ascii="Times New Roman" w:eastAsia="Times New Roman" w:hAnsi="Times New Roman" w:cs="Times New Roman"/>
          <w:sz w:val="24"/>
          <w:szCs w:val="24"/>
          <w:lang w:val="ru-RU" w:eastAsia="ru-RU"/>
        </w:rPr>
        <w:t>обучающийся научится:</w:t>
      </w:r>
      <w:r w:rsidR="006D7FE4" w:rsidRPr="006D7FE4">
        <w:rPr>
          <w:rFonts w:ascii="Times New Roman" w:eastAsia="Times New Roman" w:hAnsi="Times New Roman"/>
          <w:color w:val="000000"/>
          <w:sz w:val="24"/>
          <w:lang w:val="ru-RU"/>
        </w:rPr>
        <w:tab/>
      </w:r>
      <w:r>
        <w:rPr>
          <w:rFonts w:ascii="Times New Roman" w:eastAsia="Times New Roman" w:hAnsi="Times New Roman"/>
          <w:color w:val="000000"/>
          <w:sz w:val="24"/>
          <w:lang w:val="ru-RU"/>
        </w:rPr>
        <w:t xml:space="preserve"> </w:t>
      </w:r>
    </w:p>
    <w:p w:rsidR="00F76554" w:rsidRPr="00AA2172" w:rsidRDefault="00F76554" w:rsidP="00AA2172">
      <w:pPr>
        <w:shd w:val="clear" w:color="auto" w:fill="FFFFFF"/>
        <w:spacing w:beforeAutospacing="1" w:after="0" w:line="240" w:lineRule="auto"/>
        <w:ind w:firstLine="709"/>
        <w:jc w:val="both"/>
        <w:rPr>
          <w:rFonts w:ascii="Times New Roman" w:eastAsia="Times New Roman" w:hAnsi="Times New Roman"/>
          <w:sz w:val="24"/>
          <w:lang w:val="ru-RU"/>
        </w:rPr>
      </w:pPr>
      <w:r w:rsidRPr="00AA2172">
        <w:rPr>
          <w:rFonts w:ascii="Times New Roman" w:eastAsia="Times New Roman" w:hAnsi="Times New Roman" w:cs="Times New Roman"/>
          <w:sz w:val="24"/>
          <w:szCs w:val="24"/>
          <w:lang w:val="ru-RU" w:eastAsia="ru-RU"/>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F76554" w:rsidRPr="00AA2172" w:rsidRDefault="00F76554" w:rsidP="00F76554">
      <w:pPr>
        <w:shd w:val="clear" w:color="auto" w:fill="FFFFFF"/>
        <w:spacing w:beforeAutospacing="1" w:after="0" w:line="240" w:lineRule="auto"/>
        <w:ind w:firstLine="709"/>
        <w:jc w:val="both"/>
        <w:rPr>
          <w:rFonts w:ascii="Times New Roman" w:eastAsia="Times New Roman" w:hAnsi="Times New Roman" w:cs="Times New Roman"/>
          <w:sz w:val="24"/>
          <w:szCs w:val="24"/>
          <w:lang w:val="ru-RU" w:eastAsia="ru-RU"/>
        </w:rPr>
      </w:pPr>
      <w:r w:rsidRPr="00AA2172">
        <w:rPr>
          <w:rFonts w:ascii="Times New Roman" w:eastAsia="Times New Roman" w:hAnsi="Times New Roman" w:cs="Times New Roman"/>
          <w:sz w:val="24"/>
          <w:szCs w:val="24"/>
          <w:lang w:val="ru-RU" w:eastAsia="ru-RU"/>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F76554" w:rsidRPr="00AA2172" w:rsidRDefault="00F76554" w:rsidP="00F76554">
      <w:pPr>
        <w:shd w:val="clear" w:color="auto" w:fill="FFFFFF"/>
        <w:spacing w:beforeAutospacing="1" w:after="0" w:line="240" w:lineRule="auto"/>
        <w:ind w:firstLine="709"/>
        <w:jc w:val="both"/>
        <w:rPr>
          <w:rFonts w:ascii="Times New Roman" w:eastAsia="Times New Roman" w:hAnsi="Times New Roman" w:cs="Times New Roman"/>
          <w:sz w:val="24"/>
          <w:szCs w:val="24"/>
          <w:lang w:val="ru-RU" w:eastAsia="ru-RU"/>
        </w:rPr>
      </w:pPr>
      <w:r w:rsidRPr="00AA2172">
        <w:rPr>
          <w:rFonts w:ascii="Times New Roman" w:eastAsia="Times New Roman" w:hAnsi="Times New Roman" w:cs="Times New Roman"/>
          <w:sz w:val="24"/>
          <w:szCs w:val="24"/>
          <w:lang w:val="ru-RU" w:eastAsia="ru-RU"/>
        </w:rPr>
        <w:t>объяснять понятие «профессионально-прикладная физическая культура»;</w:t>
      </w:r>
    </w:p>
    <w:p w:rsidR="00F76554" w:rsidRPr="00AA2172" w:rsidRDefault="00F76554" w:rsidP="00F76554">
      <w:pPr>
        <w:shd w:val="clear" w:color="auto" w:fill="FFFFFF"/>
        <w:spacing w:beforeAutospacing="1" w:after="0" w:line="240" w:lineRule="auto"/>
        <w:ind w:firstLine="709"/>
        <w:jc w:val="both"/>
        <w:rPr>
          <w:rFonts w:ascii="Times New Roman" w:eastAsia="Times New Roman" w:hAnsi="Times New Roman" w:cs="Times New Roman"/>
          <w:sz w:val="24"/>
          <w:szCs w:val="24"/>
          <w:lang w:val="ru-RU" w:eastAsia="ru-RU"/>
        </w:rPr>
      </w:pPr>
      <w:r w:rsidRPr="00AA2172">
        <w:rPr>
          <w:rFonts w:ascii="Times New Roman" w:eastAsia="Times New Roman" w:hAnsi="Times New Roman" w:cs="Times New Roman"/>
          <w:sz w:val="24"/>
          <w:szCs w:val="24"/>
          <w:lang w:val="ru-RU" w:eastAsia="ru-RU"/>
        </w:rPr>
        <w:t>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F76554" w:rsidRPr="00AA2172" w:rsidRDefault="00F76554" w:rsidP="00F76554">
      <w:pPr>
        <w:shd w:val="clear" w:color="auto" w:fill="FFFFFF"/>
        <w:spacing w:beforeAutospacing="1" w:after="0" w:line="240" w:lineRule="auto"/>
        <w:ind w:firstLine="709"/>
        <w:jc w:val="both"/>
        <w:rPr>
          <w:rFonts w:ascii="Times New Roman" w:eastAsia="Times New Roman" w:hAnsi="Times New Roman" w:cs="Times New Roman"/>
          <w:sz w:val="24"/>
          <w:szCs w:val="24"/>
          <w:lang w:val="ru-RU" w:eastAsia="ru-RU"/>
        </w:rPr>
      </w:pPr>
      <w:r w:rsidRPr="00AA2172">
        <w:rPr>
          <w:rFonts w:ascii="Times New Roman" w:eastAsia="Times New Roman" w:hAnsi="Times New Roman" w:cs="Times New Roman"/>
          <w:sz w:val="24"/>
          <w:szCs w:val="24"/>
          <w:lang w:val="ru-RU" w:eastAsia="ru-RU"/>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F76554" w:rsidRPr="00AA2172" w:rsidRDefault="00F76554" w:rsidP="00F76554">
      <w:pPr>
        <w:shd w:val="clear" w:color="auto" w:fill="FFFFFF"/>
        <w:spacing w:beforeAutospacing="1" w:after="0" w:line="240" w:lineRule="auto"/>
        <w:ind w:firstLine="709"/>
        <w:jc w:val="both"/>
        <w:rPr>
          <w:rFonts w:ascii="Times New Roman" w:eastAsia="Times New Roman" w:hAnsi="Times New Roman" w:cs="Times New Roman"/>
          <w:sz w:val="24"/>
          <w:szCs w:val="24"/>
          <w:lang w:val="ru-RU" w:eastAsia="ru-RU"/>
        </w:rPr>
      </w:pPr>
      <w:r w:rsidRPr="00AA2172">
        <w:rPr>
          <w:rFonts w:ascii="Times New Roman" w:eastAsia="Times New Roman" w:hAnsi="Times New Roman" w:cs="Times New Roman"/>
          <w:sz w:val="24"/>
          <w:szCs w:val="24"/>
          <w:lang w:val="ru-RU" w:eastAsia="ru-RU"/>
        </w:rPr>
        <w:t xml:space="preserve">измерять индивидуальные функциональные резервы организма с помощью проб Штанге, </w:t>
      </w:r>
      <w:proofErr w:type="spellStart"/>
      <w:r w:rsidRPr="00AA2172">
        <w:rPr>
          <w:rFonts w:ascii="Times New Roman" w:eastAsia="Times New Roman" w:hAnsi="Times New Roman" w:cs="Times New Roman"/>
          <w:sz w:val="24"/>
          <w:szCs w:val="24"/>
          <w:lang w:val="ru-RU" w:eastAsia="ru-RU"/>
        </w:rPr>
        <w:t>Генча</w:t>
      </w:r>
      <w:proofErr w:type="spellEnd"/>
      <w:r w:rsidRPr="00AA2172">
        <w:rPr>
          <w:rFonts w:ascii="Times New Roman" w:eastAsia="Times New Roman" w:hAnsi="Times New Roman" w:cs="Times New Roman"/>
          <w:sz w:val="24"/>
          <w:szCs w:val="24"/>
          <w:lang w:val="ru-RU" w:eastAsia="ru-RU"/>
        </w:rPr>
        <w:t>, «задержки дыхания», использовать их для планирования индивидуальных занятий спортивной и профессионально-прикладной физической подготовкой;</w:t>
      </w:r>
    </w:p>
    <w:p w:rsidR="00F76554" w:rsidRPr="00AA2172" w:rsidRDefault="00F76554" w:rsidP="00F76554">
      <w:pPr>
        <w:shd w:val="clear" w:color="auto" w:fill="FFFFFF"/>
        <w:spacing w:beforeAutospacing="1" w:after="0" w:line="240" w:lineRule="auto"/>
        <w:ind w:firstLine="709"/>
        <w:jc w:val="both"/>
        <w:rPr>
          <w:rFonts w:ascii="Times New Roman" w:eastAsia="Times New Roman" w:hAnsi="Times New Roman" w:cs="Times New Roman"/>
          <w:sz w:val="24"/>
          <w:szCs w:val="24"/>
          <w:lang w:val="ru-RU" w:eastAsia="ru-RU"/>
        </w:rPr>
      </w:pPr>
      <w:r w:rsidRPr="00AA2172">
        <w:rPr>
          <w:rFonts w:ascii="Times New Roman" w:eastAsia="Times New Roman" w:hAnsi="Times New Roman" w:cs="Times New Roman"/>
          <w:sz w:val="24"/>
          <w:szCs w:val="24"/>
          <w:lang w:val="ru-RU" w:eastAsia="ru-RU"/>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AA2172" w:rsidRPr="00AA2172" w:rsidRDefault="00AA2172" w:rsidP="00AA2172">
      <w:pPr>
        <w:shd w:val="clear" w:color="auto" w:fill="FFFFFF"/>
        <w:spacing w:beforeAutospacing="1" w:after="0" w:line="240" w:lineRule="auto"/>
        <w:ind w:firstLine="709"/>
        <w:jc w:val="both"/>
        <w:rPr>
          <w:rFonts w:ascii="Times New Roman" w:eastAsia="Times New Roman" w:hAnsi="Times New Roman" w:cs="Times New Roman"/>
          <w:sz w:val="24"/>
          <w:szCs w:val="24"/>
          <w:lang w:val="ru-RU" w:eastAsia="ru-RU"/>
        </w:rPr>
      </w:pPr>
      <w:r w:rsidRPr="00AA2172">
        <w:rPr>
          <w:rFonts w:ascii="Times New Roman" w:eastAsia="Times New Roman" w:hAnsi="Times New Roman" w:cs="Times New Roman"/>
          <w:sz w:val="24"/>
          <w:szCs w:val="24"/>
          <w:lang w:val="ru-RU" w:eastAsia="ru-RU"/>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AA2172" w:rsidRPr="00AA2172" w:rsidRDefault="00AA2172" w:rsidP="00AA2172">
      <w:pPr>
        <w:shd w:val="clear" w:color="auto" w:fill="FFFFFF"/>
        <w:spacing w:beforeAutospacing="1" w:after="0" w:line="240" w:lineRule="auto"/>
        <w:ind w:firstLine="709"/>
        <w:jc w:val="both"/>
        <w:rPr>
          <w:rFonts w:ascii="Times New Roman" w:eastAsia="Times New Roman" w:hAnsi="Times New Roman" w:cs="Times New Roman"/>
          <w:sz w:val="24"/>
          <w:szCs w:val="24"/>
          <w:lang w:val="ru-RU" w:eastAsia="ru-RU"/>
        </w:rPr>
      </w:pPr>
      <w:r w:rsidRPr="00AA2172">
        <w:rPr>
          <w:rFonts w:ascii="Times New Roman" w:eastAsia="Times New Roman" w:hAnsi="Times New Roman" w:cs="Times New Roman"/>
          <w:sz w:val="24"/>
          <w:szCs w:val="24"/>
          <w:lang w:val="ru-RU" w:eastAsia="ru-RU"/>
        </w:rPr>
        <w:t xml:space="preserve">составлять и выполнять гимнастическую комбинацию на высокой перекладине из разученных упражнений, с включением элементов </w:t>
      </w:r>
      <w:proofErr w:type="spellStart"/>
      <w:r w:rsidRPr="00AA2172">
        <w:rPr>
          <w:rFonts w:ascii="Times New Roman" w:eastAsia="Times New Roman" w:hAnsi="Times New Roman" w:cs="Times New Roman"/>
          <w:sz w:val="24"/>
          <w:szCs w:val="24"/>
          <w:lang w:val="ru-RU" w:eastAsia="ru-RU"/>
        </w:rPr>
        <w:t>размахиванияи</w:t>
      </w:r>
      <w:proofErr w:type="spellEnd"/>
      <w:r w:rsidRPr="00AA2172">
        <w:rPr>
          <w:rFonts w:ascii="Times New Roman" w:eastAsia="Times New Roman" w:hAnsi="Times New Roman" w:cs="Times New Roman"/>
          <w:sz w:val="24"/>
          <w:szCs w:val="24"/>
          <w:lang w:val="ru-RU" w:eastAsia="ru-RU"/>
        </w:rPr>
        <w:t xml:space="preserve"> соскока вперёд способом «прогнувшись» (юноши);</w:t>
      </w:r>
    </w:p>
    <w:p w:rsidR="00AA2172" w:rsidRPr="00AA2172" w:rsidRDefault="00AA2172" w:rsidP="00AA2172">
      <w:pPr>
        <w:shd w:val="clear" w:color="auto" w:fill="FFFFFF"/>
        <w:spacing w:beforeAutospacing="1" w:after="0" w:line="240" w:lineRule="auto"/>
        <w:ind w:firstLine="709"/>
        <w:jc w:val="both"/>
        <w:rPr>
          <w:rFonts w:ascii="Times New Roman" w:eastAsia="Times New Roman" w:hAnsi="Times New Roman" w:cs="Times New Roman"/>
          <w:sz w:val="24"/>
          <w:szCs w:val="24"/>
          <w:lang w:val="ru-RU" w:eastAsia="ru-RU"/>
        </w:rPr>
      </w:pPr>
      <w:r w:rsidRPr="00AA2172">
        <w:rPr>
          <w:rFonts w:ascii="Times New Roman" w:eastAsia="Times New Roman" w:hAnsi="Times New Roman" w:cs="Times New Roman"/>
          <w:sz w:val="24"/>
          <w:szCs w:val="24"/>
          <w:lang w:val="ru-RU" w:eastAsia="ru-RU"/>
        </w:rPr>
        <w:t xml:space="preserve">составлять и выполнять композицию упражнений </w:t>
      </w:r>
      <w:proofErr w:type="spellStart"/>
      <w:r w:rsidRPr="00AA2172">
        <w:rPr>
          <w:rFonts w:ascii="Times New Roman" w:eastAsia="Times New Roman" w:hAnsi="Times New Roman" w:cs="Times New Roman"/>
          <w:sz w:val="24"/>
          <w:szCs w:val="24"/>
          <w:lang w:val="ru-RU" w:eastAsia="ru-RU"/>
        </w:rPr>
        <w:t>черлидинга</w:t>
      </w:r>
      <w:proofErr w:type="spellEnd"/>
      <w:r w:rsidRPr="00AA2172">
        <w:rPr>
          <w:rFonts w:ascii="Times New Roman" w:eastAsia="Times New Roman" w:hAnsi="Times New Roman" w:cs="Times New Roman"/>
          <w:sz w:val="24"/>
          <w:szCs w:val="24"/>
          <w:lang w:val="ru-RU" w:eastAsia="ru-RU"/>
        </w:rPr>
        <w:t xml:space="preserve"> с построением пирамид, элементами степ-аэробики и акробатики (девушки);</w:t>
      </w:r>
    </w:p>
    <w:p w:rsidR="00AA2172" w:rsidRPr="00AA2172" w:rsidRDefault="00AA2172" w:rsidP="00AA2172">
      <w:pPr>
        <w:shd w:val="clear" w:color="auto" w:fill="FFFFFF"/>
        <w:spacing w:beforeAutospacing="1" w:after="0" w:line="240" w:lineRule="auto"/>
        <w:ind w:firstLine="709"/>
        <w:jc w:val="both"/>
        <w:rPr>
          <w:rFonts w:ascii="Times New Roman" w:eastAsia="Times New Roman" w:hAnsi="Times New Roman" w:cs="Times New Roman"/>
          <w:sz w:val="24"/>
          <w:szCs w:val="24"/>
          <w:lang w:val="ru-RU" w:eastAsia="ru-RU"/>
        </w:rPr>
      </w:pPr>
      <w:r w:rsidRPr="00AA2172">
        <w:rPr>
          <w:rFonts w:ascii="Times New Roman" w:eastAsia="Times New Roman" w:hAnsi="Times New Roman" w:cs="Times New Roman"/>
          <w:sz w:val="24"/>
          <w:szCs w:val="24"/>
          <w:lang w:val="ru-RU" w:eastAsia="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AA2172" w:rsidRPr="00AA2172" w:rsidRDefault="00AA2172" w:rsidP="00AA2172">
      <w:pPr>
        <w:shd w:val="clear" w:color="auto" w:fill="FFFFFF"/>
        <w:spacing w:beforeAutospacing="1" w:after="0" w:line="240" w:lineRule="auto"/>
        <w:ind w:firstLine="709"/>
        <w:jc w:val="both"/>
        <w:rPr>
          <w:rFonts w:ascii="Times New Roman" w:eastAsia="Times New Roman" w:hAnsi="Times New Roman" w:cs="Times New Roman"/>
          <w:sz w:val="24"/>
          <w:szCs w:val="24"/>
          <w:lang w:val="ru-RU" w:eastAsia="ru-RU"/>
        </w:rPr>
      </w:pPr>
      <w:r w:rsidRPr="00AA2172">
        <w:rPr>
          <w:rFonts w:ascii="Times New Roman" w:eastAsia="Times New Roman" w:hAnsi="Times New Roman" w:cs="Times New Roman"/>
          <w:sz w:val="24"/>
          <w:szCs w:val="24"/>
          <w:lang w:val="ru-RU" w:eastAsia="ru-RU"/>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AA2172" w:rsidRPr="00AA2172" w:rsidRDefault="00AA2172" w:rsidP="00AA2172">
      <w:pPr>
        <w:shd w:val="clear" w:color="auto" w:fill="FFFFFF"/>
        <w:spacing w:beforeAutospacing="1" w:after="0" w:line="240" w:lineRule="auto"/>
        <w:ind w:firstLine="709"/>
        <w:jc w:val="both"/>
        <w:rPr>
          <w:rFonts w:ascii="Times New Roman" w:eastAsia="Times New Roman" w:hAnsi="Times New Roman" w:cs="Times New Roman"/>
          <w:sz w:val="24"/>
          <w:szCs w:val="24"/>
          <w:lang w:val="ru-RU" w:eastAsia="ru-RU"/>
        </w:rPr>
      </w:pPr>
      <w:r w:rsidRPr="00AA2172">
        <w:rPr>
          <w:rFonts w:ascii="Times New Roman" w:eastAsia="Times New Roman" w:hAnsi="Times New Roman" w:cs="Times New Roman"/>
          <w:sz w:val="24"/>
          <w:szCs w:val="24"/>
          <w:lang w:val="ru-RU" w:eastAsia="ru-RU"/>
        </w:rPr>
        <w:lastRenderedPageBreak/>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AA2172" w:rsidRPr="00AA2172" w:rsidRDefault="00AA2172" w:rsidP="00AA2172">
      <w:pPr>
        <w:shd w:val="clear" w:color="auto" w:fill="FFFFFF"/>
        <w:spacing w:beforeAutospacing="1" w:after="0" w:line="240" w:lineRule="auto"/>
        <w:ind w:firstLine="709"/>
        <w:jc w:val="both"/>
        <w:rPr>
          <w:rFonts w:ascii="Times New Roman" w:eastAsia="Times New Roman" w:hAnsi="Times New Roman" w:cs="Times New Roman"/>
          <w:sz w:val="24"/>
          <w:szCs w:val="24"/>
          <w:lang w:val="ru-RU" w:eastAsia="ru-RU"/>
        </w:rPr>
      </w:pPr>
      <w:r w:rsidRPr="00AA2172">
        <w:rPr>
          <w:rFonts w:ascii="Times New Roman" w:eastAsia="Times New Roman" w:hAnsi="Times New Roman" w:cs="Times New Roman"/>
          <w:sz w:val="24"/>
          <w:szCs w:val="24"/>
          <w:lang w:val="ru-RU" w:eastAsia="ru-RU"/>
        </w:rPr>
        <w:t>соблюдать правила безопасности в бассейне при выполнении плавательных упражнений;</w:t>
      </w:r>
    </w:p>
    <w:p w:rsidR="00AA2172" w:rsidRPr="00AA2172" w:rsidRDefault="00AA2172" w:rsidP="00AA2172">
      <w:pPr>
        <w:shd w:val="clear" w:color="auto" w:fill="FFFFFF"/>
        <w:spacing w:beforeAutospacing="1" w:after="0" w:line="240" w:lineRule="auto"/>
        <w:ind w:firstLine="709"/>
        <w:jc w:val="both"/>
        <w:rPr>
          <w:rFonts w:ascii="Times New Roman" w:eastAsia="Times New Roman" w:hAnsi="Times New Roman" w:cs="Times New Roman"/>
          <w:sz w:val="24"/>
          <w:szCs w:val="24"/>
          <w:lang w:val="ru-RU" w:eastAsia="ru-RU"/>
        </w:rPr>
      </w:pPr>
      <w:r w:rsidRPr="00AA2172">
        <w:rPr>
          <w:rFonts w:ascii="Times New Roman" w:eastAsia="Times New Roman" w:hAnsi="Times New Roman" w:cs="Times New Roman"/>
          <w:sz w:val="24"/>
          <w:szCs w:val="24"/>
          <w:lang w:val="ru-RU" w:eastAsia="ru-RU"/>
        </w:rPr>
        <w:t xml:space="preserve">выполнять повороты кувырком, маятником; </w:t>
      </w:r>
    </w:p>
    <w:p w:rsidR="00AA2172" w:rsidRPr="00AA2172" w:rsidRDefault="00AA2172" w:rsidP="00AA2172">
      <w:pPr>
        <w:shd w:val="clear" w:color="auto" w:fill="FFFFFF"/>
        <w:spacing w:beforeAutospacing="1" w:after="0" w:line="240" w:lineRule="auto"/>
        <w:ind w:firstLine="709"/>
        <w:jc w:val="both"/>
        <w:rPr>
          <w:rFonts w:ascii="Times New Roman" w:eastAsia="Times New Roman" w:hAnsi="Times New Roman" w:cs="Times New Roman"/>
          <w:sz w:val="24"/>
          <w:szCs w:val="24"/>
          <w:lang w:val="ru-RU" w:eastAsia="ru-RU"/>
        </w:rPr>
      </w:pPr>
      <w:r w:rsidRPr="00AA2172">
        <w:rPr>
          <w:rFonts w:ascii="Times New Roman" w:eastAsia="Times New Roman" w:hAnsi="Times New Roman" w:cs="Times New Roman"/>
          <w:sz w:val="24"/>
          <w:szCs w:val="24"/>
          <w:lang w:val="ru-RU" w:eastAsia="ru-RU"/>
        </w:rPr>
        <w:t xml:space="preserve">выполнять технические элементы брассом в согласовании с дыханием; 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AA2172" w:rsidRPr="00AA2172" w:rsidRDefault="00AA2172" w:rsidP="00AA2172">
      <w:pPr>
        <w:shd w:val="clear" w:color="auto" w:fill="FFFFFF"/>
        <w:spacing w:beforeAutospacing="1" w:after="0" w:line="240" w:lineRule="auto"/>
        <w:ind w:firstLine="709"/>
        <w:jc w:val="both"/>
        <w:rPr>
          <w:rFonts w:ascii="Times New Roman" w:eastAsia="Times New Roman" w:hAnsi="Times New Roman" w:cs="Times New Roman"/>
          <w:sz w:val="24"/>
          <w:szCs w:val="24"/>
          <w:lang w:val="ru-RU" w:eastAsia="ru-RU"/>
        </w:rPr>
      </w:pPr>
      <w:r w:rsidRPr="00AA2172">
        <w:rPr>
          <w:rFonts w:ascii="Times New Roman" w:eastAsia="Times New Roman" w:hAnsi="Times New Roman" w:cs="Times New Roman"/>
          <w:sz w:val="24"/>
          <w:szCs w:val="24"/>
          <w:lang w:val="ru-RU"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A2172" w:rsidRPr="00AA2172" w:rsidRDefault="00AA2172" w:rsidP="00AA2172">
      <w:pPr>
        <w:shd w:val="clear" w:color="auto" w:fill="FFFFFF"/>
        <w:spacing w:beforeAutospacing="1" w:after="0" w:afterAutospacing="1" w:line="240" w:lineRule="auto"/>
        <w:rPr>
          <w:rFonts w:ascii="Times New Roman" w:eastAsia="Times New Roman" w:hAnsi="Times New Roman" w:cs="Times New Roman"/>
          <w:color w:val="333333"/>
          <w:sz w:val="24"/>
          <w:szCs w:val="24"/>
          <w:lang w:val="ru-RU" w:eastAsia="ru-RU"/>
        </w:rPr>
      </w:pPr>
      <w:r w:rsidRPr="00AA2172">
        <w:rPr>
          <w:rFonts w:ascii="Times New Roman" w:eastAsia="Times New Roman" w:hAnsi="Times New Roman" w:cs="Times New Roman"/>
          <w:color w:val="333333"/>
          <w:sz w:val="28"/>
          <w:szCs w:val="28"/>
          <w:lang w:val="ru-RU" w:eastAsia="ru-RU"/>
        </w:rPr>
        <w:br/>
      </w:r>
    </w:p>
    <w:p w:rsidR="00AA2172" w:rsidRPr="00AA2172" w:rsidRDefault="00AA2172" w:rsidP="00AA2172">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val="ru-RU" w:eastAsia="ru-RU"/>
        </w:rPr>
      </w:pPr>
    </w:p>
    <w:p w:rsidR="00AA2172" w:rsidRPr="00AA2172" w:rsidRDefault="00AA2172" w:rsidP="00AA2172">
      <w:pPr>
        <w:shd w:val="clear" w:color="auto" w:fill="FFFFFF"/>
        <w:spacing w:beforeAutospacing="1" w:after="0" w:line="240" w:lineRule="auto"/>
        <w:ind w:firstLine="709"/>
        <w:jc w:val="both"/>
        <w:rPr>
          <w:rFonts w:ascii="Times New Roman" w:eastAsia="Times New Roman" w:hAnsi="Times New Roman" w:cs="Times New Roman"/>
          <w:color w:val="333333"/>
          <w:sz w:val="24"/>
          <w:szCs w:val="24"/>
          <w:lang w:val="ru-RU" w:eastAsia="ru-RU"/>
        </w:rPr>
      </w:pPr>
    </w:p>
    <w:p w:rsidR="005353D2" w:rsidRPr="00874B8F" w:rsidRDefault="005353D2">
      <w:pPr>
        <w:autoSpaceDE w:val="0"/>
        <w:autoSpaceDN w:val="0"/>
        <w:spacing w:after="64" w:line="220" w:lineRule="exact"/>
        <w:rPr>
          <w:rFonts w:ascii="Times New Roman" w:hAnsi="Times New Roman" w:cs="Times New Roman"/>
          <w:lang w:val="ru-RU"/>
        </w:rPr>
      </w:pPr>
    </w:p>
    <w:p w:rsidR="005353D2" w:rsidRPr="00874B8F" w:rsidRDefault="001B6E67" w:rsidP="00874B8F">
      <w:pPr>
        <w:autoSpaceDE w:val="0"/>
        <w:autoSpaceDN w:val="0"/>
        <w:spacing w:after="258" w:line="233" w:lineRule="auto"/>
        <w:jc w:val="center"/>
        <w:rPr>
          <w:rFonts w:ascii="Times New Roman" w:hAnsi="Times New Roman" w:cs="Times New Roman"/>
        </w:rPr>
      </w:pPr>
      <w:r w:rsidRPr="00874B8F">
        <w:rPr>
          <w:rFonts w:ascii="Times New Roman" w:eastAsia="Times New Roman" w:hAnsi="Times New Roman" w:cs="Times New Roman"/>
          <w:b/>
          <w:color w:val="000000"/>
          <w:w w:val="101"/>
        </w:rPr>
        <w:t>ТЕМАТИЧЕСКОЕ ПЛАНИРОВАНИЕ</w:t>
      </w:r>
    </w:p>
    <w:tbl>
      <w:tblPr>
        <w:tblW w:w="0" w:type="auto"/>
        <w:tblInd w:w="6" w:type="dxa"/>
        <w:tblLayout w:type="fixed"/>
        <w:tblLook w:val="04A0" w:firstRow="1" w:lastRow="0" w:firstColumn="1" w:lastColumn="0" w:noHBand="0" w:noVBand="1"/>
      </w:tblPr>
      <w:tblGrid>
        <w:gridCol w:w="468"/>
        <w:gridCol w:w="5200"/>
        <w:gridCol w:w="528"/>
        <w:gridCol w:w="1104"/>
        <w:gridCol w:w="1140"/>
        <w:gridCol w:w="2758"/>
        <w:gridCol w:w="2126"/>
        <w:gridCol w:w="2126"/>
      </w:tblGrid>
      <w:tr w:rsidR="00BD7113" w:rsidRPr="00874B8F" w:rsidTr="00874B8F">
        <w:trPr>
          <w:trHeight w:hRule="exact" w:val="348"/>
        </w:trPr>
        <w:tc>
          <w:tcPr>
            <w:tcW w:w="468"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BD7113" w:rsidRPr="00874B8F" w:rsidRDefault="00BD7113">
            <w:pPr>
              <w:autoSpaceDE w:val="0"/>
              <w:autoSpaceDN w:val="0"/>
              <w:spacing w:before="78" w:after="0" w:line="245" w:lineRule="auto"/>
              <w:ind w:right="144"/>
              <w:jc w:val="center"/>
              <w:rPr>
                <w:rFonts w:ascii="Times New Roman" w:hAnsi="Times New Roman" w:cs="Times New Roman"/>
              </w:rPr>
            </w:pPr>
            <w:r w:rsidRPr="00874B8F">
              <w:rPr>
                <w:rFonts w:ascii="Times New Roman" w:eastAsia="Times New Roman" w:hAnsi="Times New Roman" w:cs="Times New Roman"/>
                <w:b/>
                <w:color w:val="000000"/>
                <w:w w:val="97"/>
              </w:rPr>
              <w:t>№</w:t>
            </w:r>
            <w:r w:rsidRPr="00874B8F">
              <w:rPr>
                <w:rFonts w:ascii="Times New Roman" w:hAnsi="Times New Roman" w:cs="Times New Roman"/>
              </w:rPr>
              <w:br/>
            </w:r>
            <w:r w:rsidRPr="00874B8F">
              <w:rPr>
                <w:rFonts w:ascii="Times New Roman" w:eastAsia="Times New Roman" w:hAnsi="Times New Roman" w:cs="Times New Roman"/>
                <w:b/>
                <w:color w:val="000000"/>
                <w:w w:val="97"/>
              </w:rPr>
              <w:t>п/п</w:t>
            </w:r>
          </w:p>
        </w:tc>
        <w:tc>
          <w:tcPr>
            <w:tcW w:w="5200"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BD7113" w:rsidRPr="00874B8F" w:rsidRDefault="00BD7113">
            <w:pPr>
              <w:autoSpaceDE w:val="0"/>
              <w:autoSpaceDN w:val="0"/>
              <w:spacing w:before="78" w:after="0" w:line="230" w:lineRule="auto"/>
              <w:ind w:left="72"/>
              <w:rPr>
                <w:rFonts w:ascii="Times New Roman" w:hAnsi="Times New Roman" w:cs="Times New Roman"/>
                <w:lang w:val="ru-RU"/>
              </w:rPr>
            </w:pPr>
            <w:r w:rsidRPr="00874B8F">
              <w:rPr>
                <w:rFonts w:ascii="Times New Roman" w:eastAsia="Times New Roman" w:hAnsi="Times New Roman" w:cs="Times New Roman"/>
                <w:b/>
                <w:color w:val="000000"/>
                <w:w w:val="97"/>
                <w:lang w:val="ru-RU"/>
              </w:rPr>
              <w:t>Наименование разделов и тем программы</w:t>
            </w:r>
          </w:p>
        </w:tc>
        <w:tc>
          <w:tcPr>
            <w:tcW w:w="2772"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BD7113" w:rsidRPr="00874B8F" w:rsidRDefault="00BD7113" w:rsidP="00874B8F">
            <w:pPr>
              <w:autoSpaceDE w:val="0"/>
              <w:autoSpaceDN w:val="0"/>
              <w:spacing w:before="78" w:after="0" w:line="230" w:lineRule="auto"/>
              <w:ind w:left="72"/>
              <w:jc w:val="center"/>
              <w:rPr>
                <w:rFonts w:ascii="Times New Roman" w:hAnsi="Times New Roman" w:cs="Times New Roman"/>
              </w:rPr>
            </w:pPr>
            <w:proofErr w:type="spellStart"/>
            <w:r w:rsidRPr="00874B8F">
              <w:rPr>
                <w:rFonts w:ascii="Times New Roman" w:eastAsia="Times New Roman" w:hAnsi="Times New Roman" w:cs="Times New Roman"/>
                <w:b/>
                <w:color w:val="000000"/>
                <w:w w:val="97"/>
              </w:rPr>
              <w:t>Количество</w:t>
            </w:r>
            <w:proofErr w:type="spellEnd"/>
            <w:r w:rsidRPr="00874B8F">
              <w:rPr>
                <w:rFonts w:ascii="Times New Roman" w:eastAsia="Times New Roman" w:hAnsi="Times New Roman" w:cs="Times New Roman"/>
                <w:b/>
                <w:color w:val="000000"/>
                <w:w w:val="97"/>
              </w:rPr>
              <w:t xml:space="preserve"> </w:t>
            </w:r>
            <w:proofErr w:type="spellStart"/>
            <w:r w:rsidRPr="00874B8F">
              <w:rPr>
                <w:rFonts w:ascii="Times New Roman" w:eastAsia="Times New Roman" w:hAnsi="Times New Roman" w:cs="Times New Roman"/>
                <w:b/>
                <w:color w:val="000000"/>
                <w:w w:val="97"/>
              </w:rPr>
              <w:t>часов</w:t>
            </w:r>
            <w:proofErr w:type="spellEnd"/>
          </w:p>
        </w:tc>
        <w:tc>
          <w:tcPr>
            <w:tcW w:w="2758"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BD7113" w:rsidRPr="00874B8F" w:rsidRDefault="00BD7113" w:rsidP="00874B8F">
            <w:pPr>
              <w:autoSpaceDE w:val="0"/>
              <w:autoSpaceDN w:val="0"/>
              <w:spacing w:before="78" w:after="0" w:line="245" w:lineRule="auto"/>
              <w:ind w:left="72"/>
              <w:jc w:val="center"/>
              <w:rPr>
                <w:rFonts w:ascii="Times New Roman" w:hAnsi="Times New Roman" w:cs="Times New Roman"/>
              </w:rPr>
            </w:pPr>
            <w:proofErr w:type="spellStart"/>
            <w:r w:rsidRPr="00874B8F">
              <w:rPr>
                <w:rFonts w:ascii="Times New Roman" w:eastAsia="Times New Roman" w:hAnsi="Times New Roman" w:cs="Times New Roman"/>
                <w:b/>
                <w:color w:val="000000"/>
                <w:w w:val="97"/>
              </w:rPr>
              <w:t>Дата</w:t>
            </w:r>
            <w:proofErr w:type="spellEnd"/>
            <w:r w:rsidRPr="00874B8F">
              <w:rPr>
                <w:rFonts w:ascii="Times New Roman" w:eastAsia="Times New Roman" w:hAnsi="Times New Roman" w:cs="Times New Roman"/>
                <w:b/>
                <w:color w:val="000000"/>
                <w:w w:val="97"/>
              </w:rPr>
              <w:t xml:space="preserve"> </w:t>
            </w:r>
            <w:r w:rsidRPr="00874B8F">
              <w:rPr>
                <w:rFonts w:ascii="Times New Roman" w:hAnsi="Times New Roman" w:cs="Times New Roman"/>
              </w:rPr>
              <w:br/>
            </w:r>
            <w:proofErr w:type="spellStart"/>
            <w:r w:rsidRPr="00874B8F">
              <w:rPr>
                <w:rFonts w:ascii="Times New Roman" w:eastAsia="Times New Roman" w:hAnsi="Times New Roman" w:cs="Times New Roman"/>
                <w:b/>
                <w:color w:val="000000"/>
                <w:w w:val="97"/>
              </w:rPr>
              <w:t>изучения</w:t>
            </w:r>
            <w:proofErr w:type="spellEnd"/>
          </w:p>
        </w:tc>
        <w:tc>
          <w:tcPr>
            <w:tcW w:w="2126" w:type="dxa"/>
            <w:vMerge w:val="restart"/>
            <w:tcBorders>
              <w:top w:val="single" w:sz="4" w:space="0" w:color="000000"/>
              <w:left w:val="single" w:sz="4" w:space="0" w:color="000000"/>
              <w:right w:val="single" w:sz="4" w:space="0" w:color="000000"/>
            </w:tcBorders>
            <w:tcMar>
              <w:left w:w="0" w:type="dxa"/>
              <w:right w:w="0" w:type="dxa"/>
            </w:tcMar>
          </w:tcPr>
          <w:p w:rsidR="00BD7113" w:rsidRPr="00874B8F" w:rsidRDefault="00BD7113" w:rsidP="00BD7113">
            <w:pPr>
              <w:autoSpaceDE w:val="0"/>
              <w:autoSpaceDN w:val="0"/>
              <w:spacing w:before="78" w:after="0" w:line="247" w:lineRule="auto"/>
              <w:ind w:left="72" w:right="288"/>
              <w:jc w:val="center"/>
              <w:rPr>
                <w:rFonts w:ascii="Times New Roman" w:hAnsi="Times New Roman" w:cs="Times New Roman"/>
              </w:rPr>
            </w:pPr>
            <w:proofErr w:type="spellStart"/>
            <w:r w:rsidRPr="00874B8F">
              <w:rPr>
                <w:rFonts w:ascii="Times New Roman" w:eastAsia="Times New Roman" w:hAnsi="Times New Roman" w:cs="Times New Roman"/>
                <w:b/>
                <w:color w:val="000000"/>
                <w:w w:val="97"/>
              </w:rPr>
              <w:t>Виды</w:t>
            </w:r>
            <w:proofErr w:type="spellEnd"/>
            <w:r w:rsidRPr="00874B8F">
              <w:rPr>
                <w:rFonts w:ascii="Times New Roman" w:eastAsia="Times New Roman" w:hAnsi="Times New Roman" w:cs="Times New Roman"/>
                <w:b/>
                <w:color w:val="000000"/>
                <w:w w:val="97"/>
              </w:rPr>
              <w:t xml:space="preserve">, </w:t>
            </w:r>
            <w:r w:rsidRPr="00874B8F">
              <w:rPr>
                <w:rFonts w:ascii="Times New Roman" w:hAnsi="Times New Roman" w:cs="Times New Roman"/>
              </w:rPr>
              <w:br/>
            </w:r>
            <w:proofErr w:type="spellStart"/>
            <w:r w:rsidRPr="00874B8F">
              <w:rPr>
                <w:rFonts w:ascii="Times New Roman" w:eastAsia="Times New Roman" w:hAnsi="Times New Roman" w:cs="Times New Roman"/>
                <w:b/>
                <w:color w:val="000000"/>
                <w:w w:val="97"/>
              </w:rPr>
              <w:t>формы</w:t>
            </w:r>
            <w:proofErr w:type="spellEnd"/>
            <w:r w:rsidRPr="00874B8F">
              <w:rPr>
                <w:rFonts w:ascii="Times New Roman" w:eastAsia="Times New Roman" w:hAnsi="Times New Roman" w:cs="Times New Roman"/>
                <w:b/>
                <w:color w:val="000000"/>
                <w:w w:val="97"/>
              </w:rPr>
              <w:t xml:space="preserve"> </w:t>
            </w:r>
            <w:r w:rsidRPr="00874B8F">
              <w:rPr>
                <w:rFonts w:ascii="Times New Roman" w:hAnsi="Times New Roman" w:cs="Times New Roman"/>
              </w:rPr>
              <w:br/>
            </w:r>
            <w:proofErr w:type="spellStart"/>
            <w:r w:rsidRPr="00874B8F">
              <w:rPr>
                <w:rFonts w:ascii="Times New Roman" w:eastAsia="Times New Roman" w:hAnsi="Times New Roman" w:cs="Times New Roman"/>
                <w:b/>
                <w:color w:val="000000"/>
                <w:w w:val="97"/>
              </w:rPr>
              <w:t>контроля</w:t>
            </w:r>
            <w:proofErr w:type="spellEnd"/>
          </w:p>
        </w:tc>
        <w:tc>
          <w:tcPr>
            <w:tcW w:w="212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BD7113" w:rsidRPr="00874B8F" w:rsidRDefault="00BD7113">
            <w:pPr>
              <w:autoSpaceDE w:val="0"/>
              <w:autoSpaceDN w:val="0"/>
              <w:spacing w:before="78" w:after="0" w:line="245" w:lineRule="auto"/>
              <w:ind w:left="72" w:right="576"/>
              <w:rPr>
                <w:rFonts w:ascii="Times New Roman" w:hAnsi="Times New Roman" w:cs="Times New Roman"/>
              </w:rPr>
            </w:pPr>
            <w:proofErr w:type="spellStart"/>
            <w:r w:rsidRPr="00874B8F">
              <w:rPr>
                <w:rFonts w:ascii="Times New Roman" w:eastAsia="Times New Roman" w:hAnsi="Times New Roman" w:cs="Times New Roman"/>
                <w:b/>
                <w:color w:val="000000"/>
                <w:w w:val="97"/>
              </w:rPr>
              <w:t>Электронные</w:t>
            </w:r>
            <w:proofErr w:type="spellEnd"/>
            <w:r w:rsidRPr="00874B8F">
              <w:rPr>
                <w:rFonts w:ascii="Times New Roman" w:eastAsia="Times New Roman" w:hAnsi="Times New Roman" w:cs="Times New Roman"/>
                <w:b/>
                <w:color w:val="000000"/>
                <w:w w:val="97"/>
              </w:rPr>
              <w:t xml:space="preserve"> (</w:t>
            </w:r>
            <w:proofErr w:type="spellStart"/>
            <w:r w:rsidRPr="00874B8F">
              <w:rPr>
                <w:rFonts w:ascii="Times New Roman" w:eastAsia="Times New Roman" w:hAnsi="Times New Roman" w:cs="Times New Roman"/>
                <w:b/>
                <w:color w:val="000000"/>
                <w:w w:val="97"/>
              </w:rPr>
              <w:t>цифровые</w:t>
            </w:r>
            <w:proofErr w:type="spellEnd"/>
            <w:r w:rsidRPr="00874B8F">
              <w:rPr>
                <w:rFonts w:ascii="Times New Roman" w:eastAsia="Times New Roman" w:hAnsi="Times New Roman" w:cs="Times New Roman"/>
                <w:b/>
                <w:color w:val="000000"/>
                <w:w w:val="97"/>
              </w:rPr>
              <w:t xml:space="preserve">) </w:t>
            </w:r>
            <w:proofErr w:type="spellStart"/>
            <w:r w:rsidRPr="00874B8F">
              <w:rPr>
                <w:rFonts w:ascii="Times New Roman" w:eastAsia="Times New Roman" w:hAnsi="Times New Roman" w:cs="Times New Roman"/>
                <w:b/>
                <w:color w:val="000000"/>
                <w:w w:val="97"/>
              </w:rPr>
              <w:t>образовательные</w:t>
            </w:r>
            <w:proofErr w:type="spellEnd"/>
            <w:r w:rsidRPr="00874B8F">
              <w:rPr>
                <w:rFonts w:ascii="Times New Roman" w:eastAsia="Times New Roman" w:hAnsi="Times New Roman" w:cs="Times New Roman"/>
                <w:b/>
                <w:color w:val="000000"/>
                <w:w w:val="97"/>
              </w:rPr>
              <w:t xml:space="preserve"> </w:t>
            </w:r>
            <w:proofErr w:type="spellStart"/>
            <w:r w:rsidRPr="00874B8F">
              <w:rPr>
                <w:rFonts w:ascii="Times New Roman" w:eastAsia="Times New Roman" w:hAnsi="Times New Roman" w:cs="Times New Roman"/>
                <w:b/>
                <w:color w:val="000000"/>
                <w:w w:val="97"/>
              </w:rPr>
              <w:t>ресурсы</w:t>
            </w:r>
            <w:proofErr w:type="spellEnd"/>
          </w:p>
        </w:tc>
      </w:tr>
      <w:tr w:rsidR="00BD7113" w:rsidRPr="00874B8F" w:rsidTr="00874B8F">
        <w:trPr>
          <w:trHeight w:hRule="exact" w:val="1014"/>
        </w:trPr>
        <w:tc>
          <w:tcPr>
            <w:tcW w:w="468" w:type="dxa"/>
            <w:vMerge/>
            <w:tcBorders>
              <w:top w:val="single" w:sz="4" w:space="0" w:color="000000"/>
              <w:left w:val="single" w:sz="4" w:space="0" w:color="000000"/>
              <w:bottom w:val="single" w:sz="4" w:space="0" w:color="000000"/>
              <w:right w:val="single" w:sz="4" w:space="0" w:color="000000"/>
            </w:tcBorders>
          </w:tcPr>
          <w:p w:rsidR="00BD7113" w:rsidRPr="00874B8F" w:rsidRDefault="00BD7113">
            <w:pPr>
              <w:rPr>
                <w:rFonts w:ascii="Times New Roman" w:hAnsi="Times New Roman" w:cs="Times New Roman"/>
              </w:rPr>
            </w:pPr>
          </w:p>
        </w:tc>
        <w:tc>
          <w:tcPr>
            <w:tcW w:w="5200" w:type="dxa"/>
            <w:vMerge/>
            <w:tcBorders>
              <w:top w:val="single" w:sz="4" w:space="0" w:color="000000"/>
              <w:left w:val="single" w:sz="4" w:space="0" w:color="000000"/>
              <w:bottom w:val="single" w:sz="4" w:space="0" w:color="000000"/>
              <w:right w:val="single" w:sz="4" w:space="0" w:color="000000"/>
            </w:tcBorders>
          </w:tcPr>
          <w:p w:rsidR="00BD7113" w:rsidRPr="00874B8F" w:rsidRDefault="00BD7113">
            <w:pPr>
              <w:rPr>
                <w:rFonts w:ascii="Times New Roman" w:hAnsi="Times New Roman" w:cs="Times New Roman"/>
              </w:rPr>
            </w:pP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BD7113" w:rsidRPr="00874B8F" w:rsidRDefault="00BD7113">
            <w:pPr>
              <w:autoSpaceDE w:val="0"/>
              <w:autoSpaceDN w:val="0"/>
              <w:spacing w:before="78" w:after="0" w:line="230" w:lineRule="auto"/>
              <w:jc w:val="center"/>
              <w:rPr>
                <w:rFonts w:ascii="Times New Roman" w:hAnsi="Times New Roman" w:cs="Times New Roman"/>
              </w:rPr>
            </w:pPr>
            <w:proofErr w:type="spellStart"/>
            <w:r w:rsidRPr="00874B8F">
              <w:rPr>
                <w:rFonts w:ascii="Times New Roman" w:eastAsia="Times New Roman" w:hAnsi="Times New Roman" w:cs="Times New Roman"/>
                <w:b/>
                <w:color w:val="000000"/>
                <w:w w:val="97"/>
              </w:rPr>
              <w:t>всего</w:t>
            </w:r>
            <w:proofErr w:type="spellEnd"/>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BD7113" w:rsidRPr="00874B8F" w:rsidRDefault="00BD7113">
            <w:pPr>
              <w:autoSpaceDE w:val="0"/>
              <w:autoSpaceDN w:val="0"/>
              <w:spacing w:before="78" w:after="0" w:line="245" w:lineRule="auto"/>
              <w:ind w:left="72"/>
              <w:rPr>
                <w:rFonts w:ascii="Times New Roman" w:hAnsi="Times New Roman" w:cs="Times New Roman"/>
              </w:rPr>
            </w:pPr>
            <w:proofErr w:type="spellStart"/>
            <w:r w:rsidRPr="00874B8F">
              <w:rPr>
                <w:rFonts w:ascii="Times New Roman" w:eastAsia="Times New Roman" w:hAnsi="Times New Roman" w:cs="Times New Roman"/>
                <w:b/>
                <w:color w:val="000000"/>
                <w:w w:val="97"/>
              </w:rPr>
              <w:t>контрольные</w:t>
            </w:r>
            <w:proofErr w:type="spellEnd"/>
            <w:r w:rsidRPr="00874B8F">
              <w:rPr>
                <w:rFonts w:ascii="Times New Roman" w:eastAsia="Times New Roman" w:hAnsi="Times New Roman" w:cs="Times New Roman"/>
                <w:b/>
                <w:color w:val="000000"/>
                <w:w w:val="97"/>
              </w:rPr>
              <w:t xml:space="preserve"> </w:t>
            </w:r>
            <w:proofErr w:type="spellStart"/>
            <w:r w:rsidRPr="00874B8F">
              <w:rPr>
                <w:rFonts w:ascii="Times New Roman" w:eastAsia="Times New Roman" w:hAnsi="Times New Roman" w:cs="Times New Roman"/>
                <w:b/>
                <w:color w:val="000000"/>
                <w:w w:val="97"/>
              </w:rPr>
              <w:t>работы</w:t>
            </w:r>
            <w:proofErr w:type="spellEnd"/>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BD7113" w:rsidRPr="00874B8F" w:rsidRDefault="00BD7113">
            <w:pPr>
              <w:autoSpaceDE w:val="0"/>
              <w:autoSpaceDN w:val="0"/>
              <w:spacing w:before="78" w:after="0" w:line="245" w:lineRule="auto"/>
              <w:ind w:left="72"/>
              <w:rPr>
                <w:rFonts w:ascii="Times New Roman" w:hAnsi="Times New Roman" w:cs="Times New Roman"/>
              </w:rPr>
            </w:pPr>
            <w:proofErr w:type="spellStart"/>
            <w:r w:rsidRPr="00874B8F">
              <w:rPr>
                <w:rFonts w:ascii="Times New Roman" w:eastAsia="Times New Roman" w:hAnsi="Times New Roman" w:cs="Times New Roman"/>
                <w:b/>
                <w:color w:val="000000"/>
                <w:w w:val="97"/>
              </w:rPr>
              <w:t>практические</w:t>
            </w:r>
            <w:proofErr w:type="spellEnd"/>
            <w:r w:rsidRPr="00874B8F">
              <w:rPr>
                <w:rFonts w:ascii="Times New Roman" w:eastAsia="Times New Roman" w:hAnsi="Times New Roman" w:cs="Times New Roman"/>
                <w:b/>
                <w:color w:val="000000"/>
                <w:w w:val="97"/>
              </w:rPr>
              <w:t xml:space="preserve"> </w:t>
            </w:r>
            <w:proofErr w:type="spellStart"/>
            <w:r w:rsidRPr="00874B8F">
              <w:rPr>
                <w:rFonts w:ascii="Times New Roman" w:eastAsia="Times New Roman" w:hAnsi="Times New Roman" w:cs="Times New Roman"/>
                <w:b/>
                <w:color w:val="000000"/>
                <w:w w:val="97"/>
              </w:rPr>
              <w:t>работы</w:t>
            </w:r>
            <w:proofErr w:type="spellEnd"/>
          </w:p>
        </w:tc>
        <w:tc>
          <w:tcPr>
            <w:tcW w:w="2758" w:type="dxa"/>
            <w:vMerge/>
            <w:tcBorders>
              <w:top w:val="single" w:sz="4" w:space="0" w:color="000000"/>
              <w:left w:val="single" w:sz="4" w:space="0" w:color="000000"/>
              <w:bottom w:val="single" w:sz="4" w:space="0" w:color="000000"/>
              <w:right w:val="single" w:sz="4" w:space="0" w:color="000000"/>
            </w:tcBorders>
          </w:tcPr>
          <w:p w:rsidR="00BD7113" w:rsidRPr="00874B8F" w:rsidRDefault="00BD7113">
            <w:pPr>
              <w:rPr>
                <w:rFonts w:ascii="Times New Roman" w:hAnsi="Times New Roman" w:cs="Times New Roman"/>
              </w:rPr>
            </w:pPr>
          </w:p>
        </w:tc>
        <w:tc>
          <w:tcPr>
            <w:tcW w:w="2126" w:type="dxa"/>
            <w:vMerge/>
            <w:tcBorders>
              <w:left w:val="single" w:sz="4" w:space="0" w:color="000000"/>
              <w:bottom w:val="single" w:sz="4" w:space="0" w:color="000000"/>
              <w:right w:val="single" w:sz="4" w:space="0" w:color="000000"/>
            </w:tcBorders>
          </w:tcPr>
          <w:p w:rsidR="00BD7113" w:rsidRPr="00874B8F" w:rsidRDefault="00BD7113">
            <w:pPr>
              <w:rPr>
                <w:rFonts w:ascii="Times New Roman" w:hAnsi="Times New Roman" w:cs="Times New Roman"/>
              </w:rPr>
            </w:pPr>
          </w:p>
        </w:tc>
        <w:tc>
          <w:tcPr>
            <w:tcW w:w="2126" w:type="dxa"/>
            <w:vMerge/>
            <w:tcBorders>
              <w:top w:val="single" w:sz="4" w:space="0" w:color="000000"/>
              <w:left w:val="single" w:sz="4" w:space="0" w:color="000000"/>
              <w:bottom w:val="single" w:sz="4" w:space="0" w:color="000000"/>
              <w:right w:val="single" w:sz="4" w:space="0" w:color="000000"/>
            </w:tcBorders>
          </w:tcPr>
          <w:p w:rsidR="00BD7113" w:rsidRPr="00874B8F" w:rsidRDefault="00BD7113">
            <w:pPr>
              <w:rPr>
                <w:rFonts w:ascii="Times New Roman" w:hAnsi="Times New Roman" w:cs="Times New Roman"/>
              </w:rPr>
            </w:pPr>
          </w:p>
        </w:tc>
      </w:tr>
      <w:tr w:rsidR="005353D2" w:rsidRPr="0052465F" w:rsidTr="00BD7113">
        <w:trPr>
          <w:trHeight w:hRule="exact" w:val="348"/>
        </w:trPr>
        <w:tc>
          <w:tcPr>
            <w:tcW w:w="15450" w:type="dxa"/>
            <w:gridSpan w:val="8"/>
            <w:tcBorders>
              <w:top w:val="single" w:sz="4" w:space="0" w:color="000000"/>
              <w:left w:val="single" w:sz="4" w:space="0" w:color="000000"/>
              <w:bottom w:val="single" w:sz="4" w:space="0" w:color="000000"/>
              <w:right w:val="single" w:sz="4" w:space="0" w:color="000000"/>
            </w:tcBorders>
            <w:tcMar>
              <w:left w:w="0" w:type="dxa"/>
              <w:right w:w="0" w:type="dxa"/>
            </w:tcMar>
          </w:tcPr>
          <w:p w:rsidR="005353D2" w:rsidRPr="00874B8F" w:rsidRDefault="001B6E67">
            <w:pPr>
              <w:autoSpaceDE w:val="0"/>
              <w:autoSpaceDN w:val="0"/>
              <w:spacing w:before="78" w:after="0" w:line="230" w:lineRule="auto"/>
              <w:ind w:left="72"/>
              <w:rPr>
                <w:rFonts w:ascii="Times New Roman" w:hAnsi="Times New Roman" w:cs="Times New Roman"/>
                <w:lang w:val="ru-RU"/>
              </w:rPr>
            </w:pPr>
            <w:r w:rsidRPr="00874B8F">
              <w:rPr>
                <w:rFonts w:ascii="Times New Roman" w:eastAsia="Times New Roman" w:hAnsi="Times New Roman" w:cs="Times New Roman"/>
                <w:b/>
                <w:color w:val="000000"/>
                <w:w w:val="97"/>
                <w:lang w:val="ru-RU"/>
              </w:rPr>
              <w:t>Раздел 1. ЗНАНИЯ О ФИЗИЧЕСКОЙ КУЛЬТУРЕ</w:t>
            </w:r>
          </w:p>
        </w:tc>
      </w:tr>
      <w:tr w:rsidR="00BD7113" w:rsidRPr="00874B8F" w:rsidTr="00874B8F">
        <w:trPr>
          <w:trHeight w:hRule="exact" w:val="1118"/>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BD7113" w:rsidRPr="00874B8F" w:rsidRDefault="00BD7113">
            <w:pPr>
              <w:autoSpaceDE w:val="0"/>
              <w:autoSpaceDN w:val="0"/>
              <w:spacing w:before="80" w:after="0" w:line="230" w:lineRule="auto"/>
              <w:jc w:val="center"/>
              <w:rPr>
                <w:rFonts w:ascii="Times New Roman" w:hAnsi="Times New Roman" w:cs="Times New Roman"/>
              </w:rPr>
            </w:pPr>
            <w:r w:rsidRPr="00874B8F">
              <w:rPr>
                <w:rFonts w:ascii="Times New Roman" w:eastAsia="Times New Roman" w:hAnsi="Times New Roman" w:cs="Times New Roman"/>
                <w:color w:val="000000"/>
                <w:w w:val="97"/>
              </w:rPr>
              <w:t>1.1.</w:t>
            </w:r>
          </w:p>
        </w:tc>
        <w:tc>
          <w:tcPr>
            <w:tcW w:w="5200" w:type="dxa"/>
            <w:tcBorders>
              <w:top w:val="single" w:sz="4" w:space="0" w:color="000000"/>
              <w:left w:val="single" w:sz="4" w:space="0" w:color="000000"/>
              <w:bottom w:val="single" w:sz="4" w:space="0" w:color="000000"/>
              <w:right w:val="single" w:sz="4" w:space="0" w:color="000000"/>
            </w:tcBorders>
            <w:tcMar>
              <w:left w:w="0" w:type="dxa"/>
              <w:right w:w="0" w:type="dxa"/>
            </w:tcMar>
          </w:tcPr>
          <w:p w:rsidR="00BD7113" w:rsidRPr="00874B8F" w:rsidRDefault="00BD7113">
            <w:pPr>
              <w:autoSpaceDE w:val="0"/>
              <w:autoSpaceDN w:val="0"/>
              <w:spacing w:before="80" w:after="0" w:line="230" w:lineRule="auto"/>
              <w:ind w:left="72"/>
              <w:rPr>
                <w:rFonts w:ascii="Times New Roman" w:hAnsi="Times New Roman" w:cs="Times New Roman"/>
                <w:lang w:val="ru-RU"/>
              </w:rPr>
            </w:pPr>
            <w:r w:rsidRPr="00874B8F">
              <w:rPr>
                <w:rFonts w:ascii="Times New Roman" w:eastAsia="Times New Roman" w:hAnsi="Times New Roman" w:cs="Times New Roman"/>
                <w:lang w:val="ru-RU" w:eastAsia="ru-RU"/>
              </w:rPr>
              <w:t xml:space="preserve">Здоровый образ </w:t>
            </w:r>
            <w:proofErr w:type="spellStart"/>
            <w:r w:rsidRPr="00874B8F">
              <w:rPr>
                <w:rFonts w:ascii="Times New Roman" w:eastAsia="Times New Roman" w:hAnsi="Times New Roman" w:cs="Times New Roman"/>
                <w:lang w:val="ru-RU" w:eastAsia="ru-RU"/>
              </w:rPr>
              <w:t>жизни</w:t>
            </w:r>
            <w:proofErr w:type="gramStart"/>
            <w:r w:rsidRPr="00874B8F">
              <w:rPr>
                <w:rFonts w:ascii="Times New Roman" w:eastAsia="Times New Roman" w:hAnsi="Times New Roman" w:cs="Times New Roman"/>
                <w:lang w:val="ru-RU" w:eastAsia="ru-RU"/>
              </w:rPr>
              <w:t>.Т</w:t>
            </w:r>
            <w:proofErr w:type="gramEnd"/>
            <w:r w:rsidRPr="00874B8F">
              <w:rPr>
                <w:rFonts w:ascii="Times New Roman" w:eastAsia="Times New Roman" w:hAnsi="Times New Roman" w:cs="Times New Roman"/>
                <w:lang w:val="ru-RU" w:eastAsia="ru-RU"/>
              </w:rPr>
              <w:t>уристские</w:t>
            </w:r>
            <w:proofErr w:type="spellEnd"/>
            <w:r w:rsidRPr="00874B8F">
              <w:rPr>
                <w:rFonts w:ascii="Times New Roman" w:eastAsia="Times New Roman" w:hAnsi="Times New Roman" w:cs="Times New Roman"/>
                <w:lang w:val="ru-RU" w:eastAsia="ru-RU"/>
              </w:rPr>
              <w:t xml:space="preserve"> походы как форма организации здорового образа жизни. </w:t>
            </w:r>
            <w:r w:rsidRPr="00874B8F">
              <w:rPr>
                <w:rFonts w:ascii="Times New Roman" w:eastAsia="Times New Roman" w:hAnsi="Times New Roman" w:cs="Times New Roman"/>
                <w:b/>
                <w:color w:val="000000"/>
                <w:w w:val="97"/>
                <w:lang w:val="ru-RU"/>
              </w:rPr>
              <w:t xml:space="preserve"> </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BD7113" w:rsidRPr="00874B8F" w:rsidRDefault="00BD7113">
            <w:pPr>
              <w:autoSpaceDE w:val="0"/>
              <w:autoSpaceDN w:val="0"/>
              <w:spacing w:before="80" w:after="0" w:line="230" w:lineRule="auto"/>
              <w:ind w:left="72"/>
              <w:rPr>
                <w:rFonts w:ascii="Times New Roman" w:hAnsi="Times New Roman" w:cs="Times New Roman"/>
                <w:lang w:val="ru-RU"/>
              </w:rPr>
            </w:pPr>
            <w:r w:rsidRPr="00874B8F">
              <w:rPr>
                <w:rFonts w:ascii="Times New Roman" w:eastAsia="Times New Roman" w:hAnsi="Times New Roman" w:cs="Times New Roman"/>
                <w:color w:val="000000"/>
                <w:w w:val="97"/>
                <w:lang w:val="ru-RU"/>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BD7113" w:rsidRPr="00874B8F" w:rsidRDefault="00BD7113" w:rsidP="0031794D">
            <w:pPr>
              <w:autoSpaceDE w:val="0"/>
              <w:autoSpaceDN w:val="0"/>
              <w:spacing w:before="80" w:after="0" w:line="230" w:lineRule="auto"/>
              <w:ind w:left="72"/>
              <w:jc w:val="center"/>
              <w:rPr>
                <w:rFonts w:ascii="Times New Roman" w:hAnsi="Times New Roman" w:cs="Times New Roman"/>
              </w:rPr>
            </w:pPr>
            <w:r w:rsidRPr="00874B8F">
              <w:rPr>
                <w:rFonts w:ascii="Times New Roman" w:eastAsia="Times New Roman" w:hAnsi="Times New Roman" w:cs="Times New Roman"/>
                <w:color w:val="000000"/>
                <w:w w:val="97"/>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BD7113" w:rsidRPr="00874B8F" w:rsidRDefault="00BD7113" w:rsidP="0031794D">
            <w:pPr>
              <w:autoSpaceDE w:val="0"/>
              <w:autoSpaceDN w:val="0"/>
              <w:spacing w:before="80" w:after="0" w:line="230" w:lineRule="auto"/>
              <w:ind w:left="72"/>
              <w:jc w:val="center"/>
              <w:rPr>
                <w:rFonts w:ascii="Times New Roman" w:hAnsi="Times New Roman" w:cs="Times New Roman"/>
              </w:rPr>
            </w:pPr>
            <w:r w:rsidRPr="00874B8F">
              <w:rPr>
                <w:rFonts w:ascii="Times New Roman" w:eastAsia="Times New Roman" w:hAnsi="Times New Roman" w:cs="Times New Roman"/>
                <w:color w:val="000000"/>
                <w:w w:val="97"/>
              </w:rPr>
              <w:t>0</w:t>
            </w:r>
          </w:p>
        </w:tc>
        <w:tc>
          <w:tcPr>
            <w:tcW w:w="2758" w:type="dxa"/>
            <w:tcBorders>
              <w:top w:val="single" w:sz="4" w:space="0" w:color="000000"/>
              <w:left w:val="single" w:sz="4" w:space="0" w:color="000000"/>
              <w:bottom w:val="single" w:sz="4" w:space="0" w:color="000000"/>
              <w:right w:val="single" w:sz="4" w:space="0" w:color="000000"/>
            </w:tcBorders>
            <w:tcMar>
              <w:left w:w="0" w:type="dxa"/>
              <w:right w:w="0" w:type="dxa"/>
            </w:tcMar>
          </w:tcPr>
          <w:p w:rsidR="00BD7113" w:rsidRPr="00874B8F" w:rsidRDefault="00BD7113">
            <w:pPr>
              <w:rPr>
                <w:rFonts w:ascii="Times New Roman" w:hAnsi="Times New Roman" w:cs="Times New Roman"/>
              </w:rPr>
            </w:pPr>
          </w:p>
        </w:tc>
        <w:tc>
          <w:tcPr>
            <w:tcW w:w="2126" w:type="dxa"/>
            <w:tcBorders>
              <w:top w:val="single" w:sz="4" w:space="0" w:color="000000"/>
              <w:left w:val="single" w:sz="4" w:space="0" w:color="000000"/>
              <w:bottom w:val="single" w:sz="4" w:space="0" w:color="000000"/>
              <w:right w:val="single" w:sz="4" w:space="0" w:color="000000"/>
            </w:tcBorders>
            <w:tcMar>
              <w:left w:w="0" w:type="dxa"/>
              <w:right w:w="0" w:type="dxa"/>
            </w:tcMar>
          </w:tcPr>
          <w:p w:rsidR="00BD7113" w:rsidRPr="00874B8F" w:rsidRDefault="00BD7113" w:rsidP="00BD7113">
            <w:pPr>
              <w:autoSpaceDE w:val="0"/>
              <w:autoSpaceDN w:val="0"/>
              <w:spacing w:before="80" w:after="0" w:line="245" w:lineRule="auto"/>
              <w:ind w:left="72" w:right="432"/>
              <w:jc w:val="center"/>
              <w:rPr>
                <w:rFonts w:ascii="Times New Roman" w:hAnsi="Times New Roman" w:cs="Times New Roman"/>
              </w:rPr>
            </w:pPr>
            <w:proofErr w:type="spellStart"/>
            <w:r w:rsidRPr="00874B8F">
              <w:rPr>
                <w:rFonts w:ascii="Times New Roman" w:eastAsia="Times New Roman" w:hAnsi="Times New Roman" w:cs="Times New Roman"/>
                <w:color w:val="000000"/>
                <w:w w:val="97"/>
              </w:rPr>
              <w:t>Устный</w:t>
            </w:r>
            <w:proofErr w:type="spellEnd"/>
            <w:r w:rsidRPr="00874B8F">
              <w:rPr>
                <w:rFonts w:ascii="Times New Roman" w:eastAsia="Times New Roman" w:hAnsi="Times New Roman" w:cs="Times New Roman"/>
                <w:color w:val="000000"/>
                <w:w w:val="97"/>
              </w:rPr>
              <w:t xml:space="preserve"> </w:t>
            </w:r>
            <w:r w:rsidRPr="00874B8F">
              <w:rPr>
                <w:rFonts w:ascii="Times New Roman" w:hAnsi="Times New Roman" w:cs="Times New Roman"/>
              </w:rPr>
              <w:br/>
            </w:r>
            <w:proofErr w:type="spellStart"/>
            <w:r w:rsidRPr="00874B8F">
              <w:rPr>
                <w:rFonts w:ascii="Times New Roman" w:eastAsia="Times New Roman" w:hAnsi="Times New Roman" w:cs="Times New Roman"/>
                <w:color w:val="000000"/>
                <w:w w:val="97"/>
              </w:rPr>
              <w:t>опрос</w:t>
            </w:r>
            <w:proofErr w:type="spellEnd"/>
            <w:r w:rsidRPr="00874B8F">
              <w:rPr>
                <w:rFonts w:ascii="Times New Roman" w:eastAsia="Times New Roman" w:hAnsi="Times New Roman" w:cs="Times New Roman"/>
                <w:color w:val="000000"/>
                <w:w w:val="97"/>
              </w:rPr>
              <w:t>;</w:t>
            </w:r>
          </w:p>
        </w:tc>
        <w:tc>
          <w:tcPr>
            <w:tcW w:w="2126" w:type="dxa"/>
            <w:tcBorders>
              <w:top w:val="single" w:sz="4" w:space="0" w:color="000000"/>
              <w:left w:val="single" w:sz="4" w:space="0" w:color="000000"/>
              <w:bottom w:val="single" w:sz="4" w:space="0" w:color="000000"/>
              <w:right w:val="single" w:sz="4" w:space="0" w:color="000000"/>
            </w:tcBorders>
            <w:tcMar>
              <w:left w:w="0" w:type="dxa"/>
              <w:right w:w="0" w:type="dxa"/>
            </w:tcMar>
          </w:tcPr>
          <w:p w:rsidR="00BD7113" w:rsidRPr="00874B8F" w:rsidRDefault="00BD7113" w:rsidP="00BD7113">
            <w:pPr>
              <w:autoSpaceDE w:val="0"/>
              <w:autoSpaceDN w:val="0"/>
              <w:spacing w:before="80" w:after="0" w:line="230" w:lineRule="auto"/>
              <w:ind w:left="72"/>
              <w:jc w:val="center"/>
              <w:rPr>
                <w:rFonts w:ascii="Times New Roman" w:hAnsi="Times New Roman" w:cs="Times New Roman"/>
              </w:rPr>
            </w:pPr>
            <w:r w:rsidRPr="00874B8F">
              <w:rPr>
                <w:rFonts w:ascii="Times New Roman" w:hAnsi="Times New Roman" w:cs="Times New Roman"/>
              </w:rPr>
              <w:t>resh.edu.ru</w:t>
            </w:r>
          </w:p>
        </w:tc>
      </w:tr>
      <w:tr w:rsidR="00BD7113" w:rsidRPr="00874B8F" w:rsidTr="00874B8F">
        <w:trPr>
          <w:trHeight w:hRule="exact" w:val="1116"/>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BD7113" w:rsidRPr="00874B8F" w:rsidRDefault="00BD7113">
            <w:pPr>
              <w:autoSpaceDE w:val="0"/>
              <w:autoSpaceDN w:val="0"/>
              <w:spacing w:before="76" w:after="0" w:line="233" w:lineRule="auto"/>
              <w:jc w:val="center"/>
              <w:rPr>
                <w:rFonts w:ascii="Times New Roman" w:hAnsi="Times New Roman" w:cs="Times New Roman"/>
              </w:rPr>
            </w:pPr>
            <w:r w:rsidRPr="00874B8F">
              <w:rPr>
                <w:rFonts w:ascii="Times New Roman" w:eastAsia="Times New Roman" w:hAnsi="Times New Roman" w:cs="Times New Roman"/>
                <w:color w:val="000000"/>
                <w:w w:val="97"/>
              </w:rPr>
              <w:t>1.2.</w:t>
            </w:r>
          </w:p>
        </w:tc>
        <w:tc>
          <w:tcPr>
            <w:tcW w:w="5200" w:type="dxa"/>
            <w:tcBorders>
              <w:top w:val="single" w:sz="4" w:space="0" w:color="000000"/>
              <w:left w:val="single" w:sz="4" w:space="0" w:color="000000"/>
              <w:bottom w:val="single" w:sz="4" w:space="0" w:color="000000"/>
              <w:right w:val="single" w:sz="4" w:space="0" w:color="000000"/>
            </w:tcBorders>
            <w:tcMar>
              <w:left w:w="0" w:type="dxa"/>
              <w:right w:w="0" w:type="dxa"/>
            </w:tcMar>
          </w:tcPr>
          <w:p w:rsidR="00BD7113" w:rsidRPr="00874B8F" w:rsidRDefault="00BD7113">
            <w:pPr>
              <w:autoSpaceDE w:val="0"/>
              <w:autoSpaceDN w:val="0"/>
              <w:spacing w:before="76" w:after="0" w:line="233" w:lineRule="auto"/>
              <w:ind w:left="72"/>
              <w:rPr>
                <w:rFonts w:ascii="Times New Roman" w:hAnsi="Times New Roman" w:cs="Times New Roman"/>
                <w:lang w:val="ru-RU"/>
              </w:rPr>
            </w:pPr>
            <w:proofErr w:type="spellStart"/>
            <w:r w:rsidRPr="00874B8F">
              <w:rPr>
                <w:rFonts w:ascii="Times New Roman" w:eastAsia="Times New Roman" w:hAnsi="Times New Roman" w:cs="Times New Roman"/>
                <w:lang w:eastAsia="ru-RU"/>
              </w:rPr>
              <w:t>Профессионально-прикладная</w:t>
            </w:r>
            <w:proofErr w:type="spellEnd"/>
            <w:r w:rsidRPr="00874B8F">
              <w:rPr>
                <w:rFonts w:ascii="Times New Roman" w:eastAsia="Times New Roman" w:hAnsi="Times New Roman" w:cs="Times New Roman"/>
                <w:lang w:eastAsia="ru-RU"/>
              </w:rPr>
              <w:t xml:space="preserve"> </w:t>
            </w:r>
            <w:proofErr w:type="spellStart"/>
            <w:r w:rsidRPr="00874B8F">
              <w:rPr>
                <w:rFonts w:ascii="Times New Roman" w:eastAsia="Times New Roman" w:hAnsi="Times New Roman" w:cs="Times New Roman"/>
                <w:lang w:eastAsia="ru-RU"/>
              </w:rPr>
              <w:t>физическая</w:t>
            </w:r>
            <w:proofErr w:type="spellEnd"/>
            <w:r w:rsidRPr="00874B8F">
              <w:rPr>
                <w:rFonts w:ascii="Times New Roman" w:eastAsia="Times New Roman" w:hAnsi="Times New Roman" w:cs="Times New Roman"/>
                <w:lang w:eastAsia="ru-RU"/>
              </w:rPr>
              <w:t xml:space="preserve"> </w:t>
            </w:r>
            <w:proofErr w:type="spellStart"/>
            <w:r w:rsidRPr="00874B8F">
              <w:rPr>
                <w:rFonts w:ascii="Times New Roman" w:eastAsia="Times New Roman" w:hAnsi="Times New Roman" w:cs="Times New Roman"/>
                <w:lang w:eastAsia="ru-RU"/>
              </w:rPr>
              <w:t>культура</w:t>
            </w:r>
            <w:proofErr w:type="spellEnd"/>
            <w:r w:rsidRPr="00874B8F">
              <w:rPr>
                <w:rFonts w:ascii="Times New Roman" w:eastAsia="Times New Roman" w:hAnsi="Times New Roman" w:cs="Times New Roman"/>
                <w:lang w:eastAsia="ru-RU"/>
              </w:rPr>
              <w:t>.</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BD7113" w:rsidRPr="00874B8F" w:rsidRDefault="00BD7113">
            <w:pPr>
              <w:autoSpaceDE w:val="0"/>
              <w:autoSpaceDN w:val="0"/>
              <w:spacing w:before="76" w:after="0" w:line="233" w:lineRule="auto"/>
              <w:ind w:left="72"/>
              <w:rPr>
                <w:rFonts w:ascii="Times New Roman" w:hAnsi="Times New Roman" w:cs="Times New Roman"/>
                <w:lang w:val="ru-RU"/>
              </w:rPr>
            </w:pPr>
            <w:r w:rsidRPr="00874B8F">
              <w:rPr>
                <w:rFonts w:ascii="Times New Roman" w:eastAsia="Times New Roman" w:hAnsi="Times New Roman" w:cs="Times New Roman"/>
                <w:color w:val="000000"/>
                <w:w w:val="97"/>
                <w:lang w:val="ru-RU"/>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BD7113" w:rsidRPr="00874B8F" w:rsidRDefault="00BD7113" w:rsidP="0031794D">
            <w:pPr>
              <w:autoSpaceDE w:val="0"/>
              <w:autoSpaceDN w:val="0"/>
              <w:spacing w:before="76" w:after="0" w:line="233" w:lineRule="auto"/>
              <w:ind w:left="72"/>
              <w:jc w:val="center"/>
              <w:rPr>
                <w:rFonts w:ascii="Times New Roman" w:hAnsi="Times New Roman" w:cs="Times New Roman"/>
              </w:rPr>
            </w:pPr>
            <w:r w:rsidRPr="00874B8F">
              <w:rPr>
                <w:rFonts w:ascii="Times New Roman" w:eastAsia="Times New Roman" w:hAnsi="Times New Roman" w:cs="Times New Roman"/>
                <w:color w:val="000000"/>
                <w:w w:val="97"/>
              </w:rPr>
              <w:t>0.5</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BD7113" w:rsidRPr="00874B8F" w:rsidRDefault="00BD7113" w:rsidP="0031794D">
            <w:pPr>
              <w:autoSpaceDE w:val="0"/>
              <w:autoSpaceDN w:val="0"/>
              <w:spacing w:before="76" w:after="0" w:line="233" w:lineRule="auto"/>
              <w:ind w:left="72"/>
              <w:jc w:val="center"/>
              <w:rPr>
                <w:rFonts w:ascii="Times New Roman" w:hAnsi="Times New Roman" w:cs="Times New Roman"/>
              </w:rPr>
            </w:pPr>
            <w:r w:rsidRPr="00874B8F">
              <w:rPr>
                <w:rFonts w:ascii="Times New Roman" w:eastAsia="Times New Roman" w:hAnsi="Times New Roman" w:cs="Times New Roman"/>
                <w:color w:val="000000"/>
                <w:w w:val="97"/>
              </w:rPr>
              <w:t>0</w:t>
            </w:r>
          </w:p>
        </w:tc>
        <w:tc>
          <w:tcPr>
            <w:tcW w:w="2758" w:type="dxa"/>
            <w:tcBorders>
              <w:top w:val="single" w:sz="4" w:space="0" w:color="000000"/>
              <w:left w:val="single" w:sz="4" w:space="0" w:color="000000"/>
              <w:bottom w:val="single" w:sz="4" w:space="0" w:color="000000"/>
              <w:right w:val="single" w:sz="4" w:space="0" w:color="000000"/>
            </w:tcBorders>
            <w:tcMar>
              <w:left w:w="0" w:type="dxa"/>
              <w:right w:w="0" w:type="dxa"/>
            </w:tcMar>
          </w:tcPr>
          <w:p w:rsidR="00BD7113" w:rsidRPr="00874B8F" w:rsidRDefault="00BD7113">
            <w:pPr>
              <w:rPr>
                <w:rFonts w:ascii="Times New Roman" w:hAnsi="Times New Roman" w:cs="Times New Roman"/>
              </w:rPr>
            </w:pPr>
          </w:p>
        </w:tc>
        <w:tc>
          <w:tcPr>
            <w:tcW w:w="2126" w:type="dxa"/>
            <w:tcBorders>
              <w:top w:val="single" w:sz="4" w:space="0" w:color="000000"/>
              <w:left w:val="single" w:sz="4" w:space="0" w:color="000000"/>
              <w:bottom w:val="single" w:sz="4" w:space="0" w:color="000000"/>
              <w:right w:val="single" w:sz="4" w:space="0" w:color="000000"/>
            </w:tcBorders>
            <w:tcMar>
              <w:left w:w="0" w:type="dxa"/>
              <w:right w:w="0" w:type="dxa"/>
            </w:tcMar>
          </w:tcPr>
          <w:p w:rsidR="00BD7113" w:rsidRPr="00874B8F" w:rsidRDefault="00BD7113" w:rsidP="00BD7113">
            <w:pPr>
              <w:autoSpaceDE w:val="0"/>
              <w:autoSpaceDN w:val="0"/>
              <w:spacing w:before="76" w:after="0" w:line="245" w:lineRule="auto"/>
              <w:ind w:left="72" w:right="432"/>
              <w:jc w:val="center"/>
              <w:rPr>
                <w:rFonts w:ascii="Times New Roman" w:hAnsi="Times New Roman" w:cs="Times New Roman"/>
              </w:rPr>
            </w:pPr>
            <w:proofErr w:type="spellStart"/>
            <w:r w:rsidRPr="00874B8F">
              <w:rPr>
                <w:rFonts w:ascii="Times New Roman" w:eastAsia="Times New Roman" w:hAnsi="Times New Roman" w:cs="Times New Roman"/>
                <w:color w:val="000000"/>
                <w:w w:val="97"/>
              </w:rPr>
              <w:t>Устный</w:t>
            </w:r>
            <w:proofErr w:type="spellEnd"/>
            <w:r w:rsidRPr="00874B8F">
              <w:rPr>
                <w:rFonts w:ascii="Times New Roman" w:eastAsia="Times New Roman" w:hAnsi="Times New Roman" w:cs="Times New Roman"/>
                <w:color w:val="000000"/>
                <w:w w:val="97"/>
              </w:rPr>
              <w:t xml:space="preserve"> </w:t>
            </w:r>
            <w:r w:rsidRPr="00874B8F">
              <w:rPr>
                <w:rFonts w:ascii="Times New Roman" w:hAnsi="Times New Roman" w:cs="Times New Roman"/>
              </w:rPr>
              <w:br/>
            </w:r>
            <w:proofErr w:type="spellStart"/>
            <w:r w:rsidRPr="00874B8F">
              <w:rPr>
                <w:rFonts w:ascii="Times New Roman" w:eastAsia="Times New Roman" w:hAnsi="Times New Roman" w:cs="Times New Roman"/>
                <w:color w:val="000000"/>
                <w:w w:val="97"/>
              </w:rPr>
              <w:t>опрос</w:t>
            </w:r>
            <w:proofErr w:type="spellEnd"/>
            <w:r w:rsidRPr="00874B8F">
              <w:rPr>
                <w:rFonts w:ascii="Times New Roman" w:eastAsia="Times New Roman" w:hAnsi="Times New Roman" w:cs="Times New Roman"/>
                <w:color w:val="000000"/>
                <w:w w:val="97"/>
              </w:rPr>
              <w:t>;</w:t>
            </w:r>
          </w:p>
        </w:tc>
        <w:tc>
          <w:tcPr>
            <w:tcW w:w="2126" w:type="dxa"/>
            <w:tcBorders>
              <w:top w:val="single" w:sz="4" w:space="0" w:color="000000"/>
              <w:left w:val="single" w:sz="4" w:space="0" w:color="000000"/>
              <w:bottom w:val="single" w:sz="4" w:space="0" w:color="000000"/>
              <w:right w:val="single" w:sz="4" w:space="0" w:color="000000"/>
            </w:tcBorders>
            <w:tcMar>
              <w:left w:w="0" w:type="dxa"/>
              <w:right w:w="0" w:type="dxa"/>
            </w:tcMar>
          </w:tcPr>
          <w:p w:rsidR="00BD7113" w:rsidRPr="00874B8F" w:rsidRDefault="00BD7113" w:rsidP="00BD7113">
            <w:pPr>
              <w:jc w:val="center"/>
              <w:rPr>
                <w:rFonts w:ascii="Times New Roman" w:hAnsi="Times New Roman" w:cs="Times New Roman"/>
              </w:rPr>
            </w:pPr>
            <w:r w:rsidRPr="00874B8F">
              <w:rPr>
                <w:rFonts w:ascii="Times New Roman" w:hAnsi="Times New Roman" w:cs="Times New Roman"/>
              </w:rPr>
              <w:t>resh.edu.ru</w:t>
            </w:r>
          </w:p>
        </w:tc>
      </w:tr>
      <w:tr w:rsidR="005353D2" w:rsidRPr="00874B8F" w:rsidTr="00874B8F">
        <w:trPr>
          <w:trHeight w:hRule="exact" w:val="527"/>
        </w:trPr>
        <w:tc>
          <w:tcPr>
            <w:tcW w:w="566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353D2" w:rsidRPr="00874B8F" w:rsidRDefault="001B6E67">
            <w:pPr>
              <w:autoSpaceDE w:val="0"/>
              <w:autoSpaceDN w:val="0"/>
              <w:spacing w:before="78" w:after="0" w:line="230" w:lineRule="auto"/>
              <w:ind w:left="72"/>
              <w:rPr>
                <w:rFonts w:ascii="Times New Roman" w:hAnsi="Times New Roman" w:cs="Times New Roman"/>
                <w:b/>
                <w:bCs/>
              </w:rPr>
            </w:pPr>
            <w:proofErr w:type="spellStart"/>
            <w:r w:rsidRPr="00874B8F">
              <w:rPr>
                <w:rFonts w:ascii="Times New Roman" w:eastAsia="Times New Roman" w:hAnsi="Times New Roman" w:cs="Times New Roman"/>
                <w:b/>
                <w:bCs/>
                <w:color w:val="000000"/>
                <w:w w:val="97"/>
              </w:rPr>
              <w:t>Итого</w:t>
            </w:r>
            <w:proofErr w:type="spellEnd"/>
            <w:r w:rsidRPr="00874B8F">
              <w:rPr>
                <w:rFonts w:ascii="Times New Roman" w:eastAsia="Times New Roman" w:hAnsi="Times New Roman" w:cs="Times New Roman"/>
                <w:b/>
                <w:bCs/>
                <w:color w:val="000000"/>
                <w:w w:val="97"/>
              </w:rPr>
              <w:t xml:space="preserve"> </w:t>
            </w:r>
            <w:proofErr w:type="spellStart"/>
            <w:r w:rsidRPr="00874B8F">
              <w:rPr>
                <w:rFonts w:ascii="Times New Roman" w:eastAsia="Times New Roman" w:hAnsi="Times New Roman" w:cs="Times New Roman"/>
                <w:b/>
                <w:bCs/>
                <w:color w:val="000000"/>
                <w:w w:val="97"/>
              </w:rPr>
              <w:t>по</w:t>
            </w:r>
            <w:proofErr w:type="spellEnd"/>
            <w:r w:rsidRPr="00874B8F">
              <w:rPr>
                <w:rFonts w:ascii="Times New Roman" w:eastAsia="Times New Roman" w:hAnsi="Times New Roman" w:cs="Times New Roman"/>
                <w:b/>
                <w:bCs/>
                <w:color w:val="000000"/>
                <w:w w:val="97"/>
              </w:rPr>
              <w:t xml:space="preserve"> </w:t>
            </w:r>
            <w:proofErr w:type="spellStart"/>
            <w:r w:rsidRPr="00874B8F">
              <w:rPr>
                <w:rFonts w:ascii="Times New Roman" w:eastAsia="Times New Roman" w:hAnsi="Times New Roman" w:cs="Times New Roman"/>
                <w:b/>
                <w:bCs/>
                <w:color w:val="000000"/>
                <w:w w:val="97"/>
              </w:rPr>
              <w:t>разделу</w:t>
            </w:r>
            <w:proofErr w:type="spellEnd"/>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5353D2" w:rsidRPr="00874B8F" w:rsidRDefault="00AA2172">
            <w:pPr>
              <w:autoSpaceDE w:val="0"/>
              <w:autoSpaceDN w:val="0"/>
              <w:spacing w:before="78" w:after="0" w:line="230" w:lineRule="auto"/>
              <w:ind w:left="72"/>
              <w:rPr>
                <w:rFonts w:ascii="Times New Roman" w:hAnsi="Times New Roman" w:cs="Times New Roman"/>
                <w:b/>
                <w:bCs/>
                <w:lang w:val="ru-RU"/>
              </w:rPr>
            </w:pPr>
            <w:r w:rsidRPr="00874B8F">
              <w:rPr>
                <w:rFonts w:ascii="Times New Roman" w:eastAsia="Times New Roman" w:hAnsi="Times New Roman" w:cs="Times New Roman"/>
                <w:b/>
                <w:bCs/>
                <w:color w:val="000000"/>
                <w:w w:val="97"/>
                <w:lang w:val="ru-RU"/>
              </w:rPr>
              <w:t>2</w:t>
            </w:r>
          </w:p>
        </w:tc>
        <w:tc>
          <w:tcPr>
            <w:tcW w:w="9254"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rsidR="005353D2" w:rsidRPr="00874B8F" w:rsidRDefault="005353D2">
            <w:pPr>
              <w:rPr>
                <w:rFonts w:ascii="Times New Roman" w:hAnsi="Times New Roman" w:cs="Times New Roman"/>
              </w:rPr>
            </w:pPr>
          </w:p>
        </w:tc>
      </w:tr>
      <w:tr w:rsidR="005353D2" w:rsidRPr="00874B8F" w:rsidTr="00BD7113">
        <w:trPr>
          <w:trHeight w:hRule="exact" w:val="348"/>
        </w:trPr>
        <w:tc>
          <w:tcPr>
            <w:tcW w:w="15450" w:type="dxa"/>
            <w:gridSpan w:val="8"/>
            <w:tcBorders>
              <w:top w:val="single" w:sz="4" w:space="0" w:color="000000"/>
              <w:left w:val="single" w:sz="4" w:space="0" w:color="000000"/>
              <w:bottom w:val="single" w:sz="4" w:space="0" w:color="000000"/>
              <w:right w:val="single" w:sz="4" w:space="0" w:color="000000"/>
            </w:tcBorders>
            <w:tcMar>
              <w:left w:w="0" w:type="dxa"/>
              <w:right w:w="0" w:type="dxa"/>
            </w:tcMar>
          </w:tcPr>
          <w:p w:rsidR="005353D2" w:rsidRPr="00874B8F" w:rsidRDefault="001B6E67">
            <w:pPr>
              <w:autoSpaceDE w:val="0"/>
              <w:autoSpaceDN w:val="0"/>
              <w:spacing w:before="76" w:after="0" w:line="233" w:lineRule="auto"/>
              <w:ind w:left="72"/>
              <w:rPr>
                <w:rFonts w:ascii="Times New Roman" w:hAnsi="Times New Roman" w:cs="Times New Roman"/>
              </w:rPr>
            </w:pPr>
            <w:proofErr w:type="spellStart"/>
            <w:r w:rsidRPr="00874B8F">
              <w:rPr>
                <w:rFonts w:ascii="Times New Roman" w:eastAsia="Times New Roman" w:hAnsi="Times New Roman" w:cs="Times New Roman"/>
                <w:b/>
                <w:color w:val="000000"/>
                <w:w w:val="97"/>
              </w:rPr>
              <w:lastRenderedPageBreak/>
              <w:t>Раздел</w:t>
            </w:r>
            <w:proofErr w:type="spellEnd"/>
            <w:r w:rsidRPr="00874B8F">
              <w:rPr>
                <w:rFonts w:ascii="Times New Roman" w:eastAsia="Times New Roman" w:hAnsi="Times New Roman" w:cs="Times New Roman"/>
                <w:b/>
                <w:color w:val="000000"/>
                <w:w w:val="97"/>
              </w:rPr>
              <w:t xml:space="preserve"> 2. СПОСОБЫ САМОСТОЯТЕЛЬНОЙ ДЕЯТЕЛЬНОСТИ</w:t>
            </w:r>
          </w:p>
        </w:tc>
      </w:tr>
      <w:tr w:rsidR="00BD7113" w:rsidRPr="00874B8F" w:rsidTr="00874B8F">
        <w:trPr>
          <w:trHeight w:hRule="exact" w:val="107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BD7113" w:rsidRPr="00874B8F" w:rsidRDefault="00BD7113">
            <w:pPr>
              <w:autoSpaceDE w:val="0"/>
              <w:autoSpaceDN w:val="0"/>
              <w:spacing w:before="76" w:after="0" w:line="233" w:lineRule="auto"/>
              <w:jc w:val="center"/>
              <w:rPr>
                <w:rFonts w:ascii="Times New Roman" w:hAnsi="Times New Roman" w:cs="Times New Roman"/>
              </w:rPr>
            </w:pPr>
            <w:r w:rsidRPr="00874B8F">
              <w:rPr>
                <w:rFonts w:ascii="Times New Roman" w:eastAsia="Times New Roman" w:hAnsi="Times New Roman" w:cs="Times New Roman"/>
                <w:color w:val="000000"/>
                <w:w w:val="97"/>
              </w:rPr>
              <w:t>2.1.</w:t>
            </w:r>
          </w:p>
        </w:tc>
        <w:tc>
          <w:tcPr>
            <w:tcW w:w="5200" w:type="dxa"/>
            <w:tcBorders>
              <w:top w:val="single" w:sz="4" w:space="0" w:color="000000"/>
              <w:left w:val="single" w:sz="4" w:space="0" w:color="000000"/>
              <w:bottom w:val="single" w:sz="4" w:space="0" w:color="000000"/>
              <w:right w:val="single" w:sz="4" w:space="0" w:color="000000"/>
            </w:tcBorders>
            <w:tcMar>
              <w:left w:w="0" w:type="dxa"/>
              <w:right w:w="0" w:type="dxa"/>
            </w:tcMar>
          </w:tcPr>
          <w:p w:rsidR="00BD7113" w:rsidRPr="00874B8F" w:rsidRDefault="00BD7113">
            <w:pPr>
              <w:autoSpaceDE w:val="0"/>
              <w:autoSpaceDN w:val="0"/>
              <w:spacing w:before="76" w:after="0" w:line="233" w:lineRule="auto"/>
              <w:ind w:left="72"/>
              <w:rPr>
                <w:rFonts w:ascii="Times New Roman" w:hAnsi="Times New Roman" w:cs="Times New Roman"/>
                <w:lang w:val="ru-RU"/>
              </w:rPr>
            </w:pPr>
            <w:r w:rsidRPr="00874B8F">
              <w:rPr>
                <w:rFonts w:ascii="Times New Roman" w:eastAsia="Times New Roman" w:hAnsi="Times New Roman" w:cs="Times New Roman"/>
                <w:lang w:val="ru-RU" w:eastAsia="ru-RU"/>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BD7113" w:rsidRPr="00874B8F" w:rsidRDefault="00BD7113" w:rsidP="0048620C">
            <w:pPr>
              <w:autoSpaceDE w:val="0"/>
              <w:autoSpaceDN w:val="0"/>
              <w:spacing w:before="76" w:after="0" w:line="233" w:lineRule="auto"/>
              <w:ind w:left="72"/>
              <w:jc w:val="center"/>
              <w:rPr>
                <w:rFonts w:ascii="Times New Roman" w:hAnsi="Times New Roman" w:cs="Times New Roman"/>
                <w:lang w:val="ru-RU"/>
              </w:rPr>
            </w:pPr>
            <w:r w:rsidRPr="00874B8F">
              <w:rPr>
                <w:rFonts w:ascii="Times New Roman" w:eastAsia="Times New Roman" w:hAnsi="Times New Roman" w:cs="Times New Roman"/>
                <w:color w:val="000000"/>
                <w:w w:val="97"/>
                <w:lang w:val="ru-RU"/>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BD7113" w:rsidRPr="00874B8F" w:rsidRDefault="00BD7113" w:rsidP="0048620C">
            <w:pPr>
              <w:autoSpaceDE w:val="0"/>
              <w:autoSpaceDN w:val="0"/>
              <w:spacing w:before="76" w:after="0" w:line="233" w:lineRule="auto"/>
              <w:ind w:left="72"/>
              <w:jc w:val="center"/>
              <w:rPr>
                <w:rFonts w:ascii="Times New Roman" w:hAnsi="Times New Roman" w:cs="Times New Roman"/>
              </w:rPr>
            </w:pPr>
            <w:r w:rsidRPr="00874B8F">
              <w:rPr>
                <w:rFonts w:ascii="Times New Roman" w:eastAsia="Times New Roman" w:hAnsi="Times New Roman" w:cs="Times New Roman"/>
                <w:color w:val="000000"/>
                <w:w w:val="97"/>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BD7113" w:rsidRPr="00874B8F" w:rsidRDefault="00BD7113" w:rsidP="0048620C">
            <w:pPr>
              <w:autoSpaceDE w:val="0"/>
              <w:autoSpaceDN w:val="0"/>
              <w:spacing w:before="76" w:after="0" w:line="233" w:lineRule="auto"/>
              <w:ind w:left="72"/>
              <w:jc w:val="center"/>
              <w:rPr>
                <w:rFonts w:ascii="Times New Roman" w:hAnsi="Times New Roman" w:cs="Times New Roman"/>
                <w:lang w:val="ru-RU"/>
              </w:rPr>
            </w:pPr>
            <w:r w:rsidRPr="00874B8F">
              <w:rPr>
                <w:rFonts w:ascii="Times New Roman" w:eastAsia="Times New Roman" w:hAnsi="Times New Roman" w:cs="Times New Roman"/>
                <w:color w:val="000000"/>
                <w:w w:val="97"/>
              </w:rPr>
              <w:t>0</w:t>
            </w:r>
          </w:p>
        </w:tc>
        <w:tc>
          <w:tcPr>
            <w:tcW w:w="2758" w:type="dxa"/>
            <w:tcBorders>
              <w:top w:val="single" w:sz="4" w:space="0" w:color="000000"/>
              <w:left w:val="single" w:sz="4" w:space="0" w:color="000000"/>
              <w:bottom w:val="single" w:sz="4" w:space="0" w:color="000000"/>
              <w:right w:val="single" w:sz="4" w:space="0" w:color="000000"/>
            </w:tcBorders>
            <w:tcMar>
              <w:left w:w="0" w:type="dxa"/>
              <w:right w:w="0" w:type="dxa"/>
            </w:tcMar>
          </w:tcPr>
          <w:p w:rsidR="00BD7113" w:rsidRPr="00874B8F" w:rsidRDefault="00BD7113">
            <w:pPr>
              <w:rPr>
                <w:rFonts w:ascii="Times New Roman" w:hAnsi="Times New Roman" w:cs="Times New Roman"/>
              </w:rPr>
            </w:pPr>
          </w:p>
        </w:tc>
        <w:tc>
          <w:tcPr>
            <w:tcW w:w="2126" w:type="dxa"/>
            <w:tcBorders>
              <w:top w:val="single" w:sz="4" w:space="0" w:color="000000"/>
              <w:left w:val="single" w:sz="4" w:space="0" w:color="000000"/>
              <w:bottom w:val="single" w:sz="4" w:space="0" w:color="000000"/>
              <w:right w:val="single" w:sz="4" w:space="0" w:color="000000"/>
            </w:tcBorders>
            <w:tcMar>
              <w:left w:w="0" w:type="dxa"/>
              <w:right w:w="0" w:type="dxa"/>
            </w:tcMar>
          </w:tcPr>
          <w:p w:rsidR="00BD7113" w:rsidRPr="00874B8F" w:rsidRDefault="00BD7113" w:rsidP="00BD7113">
            <w:pPr>
              <w:autoSpaceDE w:val="0"/>
              <w:autoSpaceDN w:val="0"/>
              <w:spacing w:before="76" w:after="0" w:line="245" w:lineRule="auto"/>
              <w:ind w:left="72" w:right="432"/>
              <w:jc w:val="center"/>
              <w:rPr>
                <w:rFonts w:ascii="Times New Roman" w:hAnsi="Times New Roman" w:cs="Times New Roman"/>
              </w:rPr>
            </w:pPr>
            <w:proofErr w:type="spellStart"/>
            <w:r w:rsidRPr="00874B8F">
              <w:rPr>
                <w:rFonts w:ascii="Times New Roman" w:eastAsia="Times New Roman" w:hAnsi="Times New Roman" w:cs="Times New Roman"/>
                <w:color w:val="000000"/>
                <w:w w:val="97"/>
              </w:rPr>
              <w:t>Устный</w:t>
            </w:r>
            <w:proofErr w:type="spellEnd"/>
            <w:r w:rsidRPr="00874B8F">
              <w:rPr>
                <w:rFonts w:ascii="Times New Roman" w:eastAsia="Times New Roman" w:hAnsi="Times New Roman" w:cs="Times New Roman"/>
                <w:color w:val="000000"/>
                <w:w w:val="97"/>
              </w:rPr>
              <w:t xml:space="preserve"> </w:t>
            </w:r>
            <w:r w:rsidRPr="00874B8F">
              <w:rPr>
                <w:rFonts w:ascii="Times New Roman" w:hAnsi="Times New Roman" w:cs="Times New Roman"/>
              </w:rPr>
              <w:br/>
            </w:r>
            <w:proofErr w:type="spellStart"/>
            <w:r w:rsidRPr="00874B8F">
              <w:rPr>
                <w:rFonts w:ascii="Times New Roman" w:eastAsia="Times New Roman" w:hAnsi="Times New Roman" w:cs="Times New Roman"/>
                <w:color w:val="000000"/>
                <w:w w:val="97"/>
              </w:rPr>
              <w:t>опрос</w:t>
            </w:r>
            <w:proofErr w:type="spellEnd"/>
            <w:r w:rsidRPr="00874B8F">
              <w:rPr>
                <w:rFonts w:ascii="Times New Roman" w:eastAsia="Times New Roman" w:hAnsi="Times New Roman" w:cs="Times New Roman"/>
                <w:color w:val="000000"/>
                <w:w w:val="97"/>
              </w:rPr>
              <w:t>;</w:t>
            </w:r>
          </w:p>
        </w:tc>
        <w:tc>
          <w:tcPr>
            <w:tcW w:w="2126" w:type="dxa"/>
            <w:tcBorders>
              <w:top w:val="single" w:sz="4" w:space="0" w:color="000000"/>
              <w:left w:val="single" w:sz="4" w:space="0" w:color="000000"/>
              <w:bottom w:val="single" w:sz="4" w:space="0" w:color="000000"/>
              <w:right w:val="single" w:sz="4" w:space="0" w:color="000000"/>
            </w:tcBorders>
            <w:tcMar>
              <w:left w:w="0" w:type="dxa"/>
              <w:right w:w="0" w:type="dxa"/>
            </w:tcMar>
          </w:tcPr>
          <w:p w:rsidR="00BD7113" w:rsidRPr="00874B8F" w:rsidRDefault="00BD7113" w:rsidP="00BD7113">
            <w:pPr>
              <w:jc w:val="center"/>
              <w:rPr>
                <w:rFonts w:ascii="Times New Roman" w:hAnsi="Times New Roman" w:cs="Times New Roman"/>
              </w:rPr>
            </w:pPr>
            <w:r w:rsidRPr="00874B8F">
              <w:rPr>
                <w:rFonts w:ascii="Times New Roman" w:hAnsi="Times New Roman" w:cs="Times New Roman"/>
              </w:rPr>
              <w:t>resh.edu.ru</w:t>
            </w:r>
          </w:p>
        </w:tc>
      </w:tr>
      <w:tr w:rsidR="00BD7113" w:rsidRPr="00874B8F" w:rsidTr="00874B8F">
        <w:trPr>
          <w:trHeight w:hRule="exact" w:val="55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BD7113" w:rsidRPr="00874B8F" w:rsidRDefault="00BD7113">
            <w:pPr>
              <w:autoSpaceDE w:val="0"/>
              <w:autoSpaceDN w:val="0"/>
              <w:spacing w:before="78" w:after="0" w:line="230" w:lineRule="auto"/>
              <w:jc w:val="center"/>
              <w:rPr>
                <w:rFonts w:ascii="Times New Roman" w:hAnsi="Times New Roman" w:cs="Times New Roman"/>
              </w:rPr>
            </w:pPr>
            <w:r w:rsidRPr="00874B8F">
              <w:rPr>
                <w:rFonts w:ascii="Times New Roman" w:eastAsia="Times New Roman" w:hAnsi="Times New Roman" w:cs="Times New Roman"/>
                <w:color w:val="000000"/>
                <w:w w:val="97"/>
              </w:rPr>
              <w:t>2.2.</w:t>
            </w:r>
          </w:p>
        </w:tc>
        <w:tc>
          <w:tcPr>
            <w:tcW w:w="5200" w:type="dxa"/>
            <w:tcBorders>
              <w:top w:val="single" w:sz="4" w:space="0" w:color="000000"/>
              <w:left w:val="single" w:sz="4" w:space="0" w:color="000000"/>
              <w:bottom w:val="single" w:sz="4" w:space="0" w:color="000000"/>
              <w:right w:val="single" w:sz="4" w:space="0" w:color="000000"/>
            </w:tcBorders>
            <w:tcMar>
              <w:left w:w="0" w:type="dxa"/>
              <w:right w:w="0" w:type="dxa"/>
            </w:tcMar>
          </w:tcPr>
          <w:p w:rsidR="00BD7113" w:rsidRPr="00874B8F" w:rsidRDefault="00BD7113">
            <w:pPr>
              <w:autoSpaceDE w:val="0"/>
              <w:autoSpaceDN w:val="0"/>
              <w:spacing w:before="78" w:after="0" w:line="230" w:lineRule="auto"/>
              <w:ind w:left="72"/>
              <w:rPr>
                <w:rFonts w:ascii="Times New Roman" w:hAnsi="Times New Roman" w:cs="Times New Roman"/>
                <w:lang w:val="ru-RU"/>
              </w:rPr>
            </w:pPr>
            <w:r w:rsidRPr="00874B8F">
              <w:rPr>
                <w:rFonts w:ascii="Times New Roman" w:eastAsia="Times New Roman" w:hAnsi="Times New Roman" w:cs="Times New Roman"/>
                <w:lang w:val="ru-RU" w:eastAsia="ru-RU"/>
              </w:rPr>
              <w:t>Банные процедуры как средство укрепления здоровья.</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BD7113" w:rsidRPr="00874B8F" w:rsidRDefault="00BD7113" w:rsidP="0048620C">
            <w:pPr>
              <w:autoSpaceDE w:val="0"/>
              <w:autoSpaceDN w:val="0"/>
              <w:spacing w:before="78" w:after="0" w:line="230" w:lineRule="auto"/>
              <w:jc w:val="center"/>
              <w:rPr>
                <w:rFonts w:ascii="Times New Roman" w:hAnsi="Times New Roman" w:cs="Times New Roman"/>
                <w:lang w:val="ru-RU"/>
              </w:rPr>
            </w:pPr>
            <w:r w:rsidRPr="00874B8F">
              <w:rPr>
                <w:rFonts w:ascii="Times New Roman" w:eastAsia="Times New Roman" w:hAnsi="Times New Roman" w:cs="Times New Roman"/>
                <w:color w:val="000000"/>
                <w:w w:val="97"/>
                <w:lang w:val="ru-RU"/>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BD7113" w:rsidRPr="00874B8F" w:rsidRDefault="00BD7113" w:rsidP="0048620C">
            <w:pPr>
              <w:autoSpaceDE w:val="0"/>
              <w:autoSpaceDN w:val="0"/>
              <w:spacing w:before="78" w:after="0" w:line="230" w:lineRule="auto"/>
              <w:ind w:left="72"/>
              <w:jc w:val="center"/>
              <w:rPr>
                <w:rFonts w:ascii="Times New Roman" w:hAnsi="Times New Roman" w:cs="Times New Roman"/>
              </w:rPr>
            </w:pPr>
            <w:r w:rsidRPr="00874B8F">
              <w:rPr>
                <w:rFonts w:ascii="Times New Roman" w:eastAsia="Times New Roman" w:hAnsi="Times New Roman" w:cs="Times New Roman"/>
                <w:color w:val="000000"/>
                <w:w w:val="97"/>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BD7113" w:rsidRPr="00874B8F" w:rsidRDefault="00BD7113" w:rsidP="0048620C">
            <w:pPr>
              <w:autoSpaceDE w:val="0"/>
              <w:autoSpaceDN w:val="0"/>
              <w:spacing w:before="78" w:after="0" w:line="230" w:lineRule="auto"/>
              <w:ind w:left="72"/>
              <w:jc w:val="center"/>
              <w:rPr>
                <w:rFonts w:ascii="Times New Roman" w:hAnsi="Times New Roman" w:cs="Times New Roman"/>
                <w:lang w:val="ru-RU"/>
              </w:rPr>
            </w:pPr>
            <w:r w:rsidRPr="00874B8F">
              <w:rPr>
                <w:rFonts w:ascii="Times New Roman" w:eastAsia="Times New Roman" w:hAnsi="Times New Roman" w:cs="Times New Roman"/>
                <w:color w:val="000000"/>
                <w:w w:val="97"/>
              </w:rPr>
              <w:t>0</w:t>
            </w:r>
          </w:p>
        </w:tc>
        <w:tc>
          <w:tcPr>
            <w:tcW w:w="2758" w:type="dxa"/>
            <w:tcBorders>
              <w:top w:val="single" w:sz="4" w:space="0" w:color="000000"/>
              <w:left w:val="single" w:sz="4" w:space="0" w:color="000000"/>
              <w:bottom w:val="single" w:sz="4" w:space="0" w:color="000000"/>
              <w:right w:val="single" w:sz="4" w:space="0" w:color="000000"/>
            </w:tcBorders>
            <w:tcMar>
              <w:left w:w="0" w:type="dxa"/>
              <w:right w:w="0" w:type="dxa"/>
            </w:tcMar>
          </w:tcPr>
          <w:p w:rsidR="00BD7113" w:rsidRPr="00874B8F" w:rsidRDefault="00BD7113">
            <w:pPr>
              <w:rPr>
                <w:rFonts w:ascii="Times New Roman" w:hAnsi="Times New Roman" w:cs="Times New Roman"/>
              </w:rPr>
            </w:pPr>
          </w:p>
        </w:tc>
        <w:tc>
          <w:tcPr>
            <w:tcW w:w="2126" w:type="dxa"/>
            <w:tcBorders>
              <w:top w:val="single" w:sz="4" w:space="0" w:color="000000"/>
              <w:left w:val="single" w:sz="4" w:space="0" w:color="000000"/>
              <w:bottom w:val="single" w:sz="4" w:space="0" w:color="000000"/>
              <w:right w:val="single" w:sz="4" w:space="0" w:color="000000"/>
            </w:tcBorders>
            <w:tcMar>
              <w:left w:w="0" w:type="dxa"/>
              <w:right w:w="0" w:type="dxa"/>
            </w:tcMar>
          </w:tcPr>
          <w:p w:rsidR="00BD7113" w:rsidRPr="00874B8F" w:rsidRDefault="00BD7113" w:rsidP="00BD7113">
            <w:pPr>
              <w:autoSpaceDE w:val="0"/>
              <w:autoSpaceDN w:val="0"/>
              <w:spacing w:before="78" w:after="0" w:line="245" w:lineRule="auto"/>
              <w:ind w:left="72" w:right="432"/>
              <w:jc w:val="center"/>
              <w:rPr>
                <w:rFonts w:ascii="Times New Roman" w:hAnsi="Times New Roman" w:cs="Times New Roman"/>
              </w:rPr>
            </w:pPr>
            <w:proofErr w:type="spellStart"/>
            <w:r w:rsidRPr="00874B8F">
              <w:rPr>
                <w:rFonts w:ascii="Times New Roman" w:eastAsia="Times New Roman" w:hAnsi="Times New Roman" w:cs="Times New Roman"/>
                <w:color w:val="000000"/>
                <w:w w:val="97"/>
              </w:rPr>
              <w:t>Устный</w:t>
            </w:r>
            <w:proofErr w:type="spellEnd"/>
            <w:r w:rsidRPr="00874B8F">
              <w:rPr>
                <w:rFonts w:ascii="Times New Roman" w:eastAsia="Times New Roman" w:hAnsi="Times New Roman" w:cs="Times New Roman"/>
                <w:color w:val="000000"/>
                <w:w w:val="97"/>
              </w:rPr>
              <w:t xml:space="preserve"> </w:t>
            </w:r>
            <w:r w:rsidRPr="00874B8F">
              <w:rPr>
                <w:rFonts w:ascii="Times New Roman" w:hAnsi="Times New Roman" w:cs="Times New Roman"/>
              </w:rPr>
              <w:br/>
            </w:r>
            <w:proofErr w:type="spellStart"/>
            <w:r w:rsidRPr="00874B8F">
              <w:rPr>
                <w:rFonts w:ascii="Times New Roman" w:eastAsia="Times New Roman" w:hAnsi="Times New Roman" w:cs="Times New Roman"/>
                <w:color w:val="000000"/>
                <w:w w:val="97"/>
              </w:rPr>
              <w:t>опрос</w:t>
            </w:r>
            <w:proofErr w:type="spellEnd"/>
            <w:r w:rsidRPr="00874B8F">
              <w:rPr>
                <w:rFonts w:ascii="Times New Roman" w:eastAsia="Times New Roman" w:hAnsi="Times New Roman" w:cs="Times New Roman"/>
                <w:color w:val="000000"/>
                <w:w w:val="97"/>
              </w:rPr>
              <w:t>;</w:t>
            </w:r>
          </w:p>
        </w:tc>
        <w:tc>
          <w:tcPr>
            <w:tcW w:w="2126" w:type="dxa"/>
            <w:tcBorders>
              <w:top w:val="single" w:sz="4" w:space="0" w:color="000000"/>
              <w:left w:val="single" w:sz="4" w:space="0" w:color="000000"/>
              <w:bottom w:val="single" w:sz="4" w:space="0" w:color="000000"/>
              <w:right w:val="single" w:sz="4" w:space="0" w:color="000000"/>
            </w:tcBorders>
            <w:tcMar>
              <w:left w:w="0" w:type="dxa"/>
              <w:right w:w="0" w:type="dxa"/>
            </w:tcMar>
          </w:tcPr>
          <w:p w:rsidR="00BD7113" w:rsidRPr="00874B8F" w:rsidRDefault="00BD7113" w:rsidP="00BD7113">
            <w:pPr>
              <w:jc w:val="center"/>
              <w:rPr>
                <w:rFonts w:ascii="Times New Roman" w:hAnsi="Times New Roman" w:cs="Times New Roman"/>
              </w:rPr>
            </w:pPr>
            <w:r w:rsidRPr="00874B8F">
              <w:rPr>
                <w:rFonts w:ascii="Times New Roman" w:hAnsi="Times New Roman" w:cs="Times New Roman"/>
              </w:rPr>
              <w:t>resh.edu.ru</w:t>
            </w:r>
          </w:p>
        </w:tc>
      </w:tr>
      <w:tr w:rsidR="00BD7113" w:rsidRPr="00874B8F" w:rsidTr="00874B8F">
        <w:trPr>
          <w:trHeight w:hRule="exact" w:val="728"/>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BD7113" w:rsidRPr="00874B8F" w:rsidRDefault="00BD7113">
            <w:pPr>
              <w:autoSpaceDE w:val="0"/>
              <w:autoSpaceDN w:val="0"/>
              <w:spacing w:before="78" w:after="0" w:line="230" w:lineRule="auto"/>
              <w:jc w:val="center"/>
              <w:rPr>
                <w:rFonts w:ascii="Times New Roman" w:hAnsi="Times New Roman" w:cs="Times New Roman"/>
              </w:rPr>
            </w:pPr>
            <w:r w:rsidRPr="00874B8F">
              <w:rPr>
                <w:rFonts w:ascii="Times New Roman" w:eastAsia="Times New Roman" w:hAnsi="Times New Roman" w:cs="Times New Roman"/>
                <w:color w:val="000000"/>
                <w:w w:val="97"/>
              </w:rPr>
              <w:t>2.3.</w:t>
            </w:r>
          </w:p>
        </w:tc>
        <w:tc>
          <w:tcPr>
            <w:tcW w:w="5200" w:type="dxa"/>
            <w:tcBorders>
              <w:top w:val="single" w:sz="4" w:space="0" w:color="000000"/>
              <w:left w:val="single" w:sz="4" w:space="0" w:color="000000"/>
              <w:bottom w:val="single" w:sz="4" w:space="0" w:color="000000"/>
              <w:right w:val="single" w:sz="4" w:space="0" w:color="000000"/>
            </w:tcBorders>
            <w:tcMar>
              <w:left w:w="0" w:type="dxa"/>
              <w:right w:w="0" w:type="dxa"/>
            </w:tcMar>
          </w:tcPr>
          <w:p w:rsidR="00BD7113" w:rsidRPr="00874B8F" w:rsidRDefault="00BD7113">
            <w:pPr>
              <w:autoSpaceDE w:val="0"/>
              <w:autoSpaceDN w:val="0"/>
              <w:spacing w:before="78" w:after="0" w:line="245" w:lineRule="auto"/>
              <w:ind w:left="72" w:right="576"/>
              <w:rPr>
                <w:rFonts w:ascii="Times New Roman" w:hAnsi="Times New Roman" w:cs="Times New Roman"/>
                <w:lang w:val="ru-RU"/>
              </w:rPr>
            </w:pPr>
            <w:proofErr w:type="spellStart"/>
            <w:r w:rsidRPr="00874B8F">
              <w:rPr>
                <w:rFonts w:ascii="Times New Roman" w:eastAsia="Times New Roman" w:hAnsi="Times New Roman" w:cs="Times New Roman"/>
                <w:lang w:eastAsia="ru-RU"/>
              </w:rPr>
              <w:t>Измерение</w:t>
            </w:r>
            <w:proofErr w:type="spellEnd"/>
            <w:r w:rsidRPr="00874B8F">
              <w:rPr>
                <w:rFonts w:ascii="Times New Roman" w:eastAsia="Times New Roman" w:hAnsi="Times New Roman" w:cs="Times New Roman"/>
                <w:lang w:eastAsia="ru-RU"/>
              </w:rPr>
              <w:t xml:space="preserve"> </w:t>
            </w:r>
            <w:proofErr w:type="spellStart"/>
            <w:r w:rsidRPr="00874B8F">
              <w:rPr>
                <w:rFonts w:ascii="Times New Roman" w:eastAsia="Times New Roman" w:hAnsi="Times New Roman" w:cs="Times New Roman"/>
                <w:lang w:eastAsia="ru-RU"/>
              </w:rPr>
              <w:t>функциональных</w:t>
            </w:r>
            <w:proofErr w:type="spellEnd"/>
            <w:r w:rsidRPr="00874B8F">
              <w:rPr>
                <w:rFonts w:ascii="Times New Roman" w:eastAsia="Times New Roman" w:hAnsi="Times New Roman" w:cs="Times New Roman"/>
                <w:lang w:eastAsia="ru-RU"/>
              </w:rPr>
              <w:t xml:space="preserve"> </w:t>
            </w:r>
            <w:proofErr w:type="spellStart"/>
            <w:r w:rsidRPr="00874B8F">
              <w:rPr>
                <w:rFonts w:ascii="Times New Roman" w:eastAsia="Times New Roman" w:hAnsi="Times New Roman" w:cs="Times New Roman"/>
                <w:lang w:eastAsia="ru-RU"/>
              </w:rPr>
              <w:t>резервов</w:t>
            </w:r>
            <w:proofErr w:type="spellEnd"/>
            <w:r w:rsidRPr="00874B8F">
              <w:rPr>
                <w:rFonts w:ascii="Times New Roman" w:eastAsia="Times New Roman" w:hAnsi="Times New Roman" w:cs="Times New Roman"/>
                <w:lang w:eastAsia="ru-RU"/>
              </w:rPr>
              <w:t xml:space="preserve"> </w:t>
            </w:r>
            <w:proofErr w:type="spellStart"/>
            <w:r w:rsidRPr="00874B8F">
              <w:rPr>
                <w:rFonts w:ascii="Times New Roman" w:eastAsia="Times New Roman" w:hAnsi="Times New Roman" w:cs="Times New Roman"/>
                <w:lang w:eastAsia="ru-RU"/>
              </w:rPr>
              <w:t>организма</w:t>
            </w:r>
            <w:proofErr w:type="spellEnd"/>
            <w:r w:rsidRPr="00874B8F">
              <w:rPr>
                <w:rFonts w:ascii="Times New Roman" w:eastAsia="Times New Roman" w:hAnsi="Times New Roman" w:cs="Times New Roman"/>
                <w:lang w:eastAsia="ru-RU"/>
              </w:rPr>
              <w:t>.</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BD7113" w:rsidRPr="00874B8F" w:rsidRDefault="00BD7113" w:rsidP="0048620C">
            <w:pPr>
              <w:autoSpaceDE w:val="0"/>
              <w:autoSpaceDN w:val="0"/>
              <w:spacing w:before="78" w:after="0" w:line="230" w:lineRule="auto"/>
              <w:jc w:val="center"/>
              <w:rPr>
                <w:rFonts w:ascii="Times New Roman" w:hAnsi="Times New Roman" w:cs="Times New Roman"/>
                <w:lang w:val="ru-RU"/>
              </w:rPr>
            </w:pPr>
            <w:r w:rsidRPr="00874B8F">
              <w:rPr>
                <w:rFonts w:ascii="Times New Roman" w:eastAsia="Times New Roman" w:hAnsi="Times New Roman" w:cs="Times New Roman"/>
                <w:color w:val="000000"/>
                <w:w w:val="97"/>
                <w:lang w:val="ru-RU"/>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BD7113" w:rsidRPr="00874B8F" w:rsidRDefault="00BD7113" w:rsidP="0048620C">
            <w:pPr>
              <w:autoSpaceDE w:val="0"/>
              <w:autoSpaceDN w:val="0"/>
              <w:spacing w:before="78" w:after="0" w:line="230" w:lineRule="auto"/>
              <w:ind w:left="72"/>
              <w:jc w:val="center"/>
              <w:rPr>
                <w:rFonts w:ascii="Times New Roman" w:hAnsi="Times New Roman" w:cs="Times New Roman"/>
              </w:rPr>
            </w:pPr>
            <w:r w:rsidRPr="00874B8F">
              <w:rPr>
                <w:rFonts w:ascii="Times New Roman" w:eastAsia="Times New Roman" w:hAnsi="Times New Roman" w:cs="Times New Roman"/>
                <w:color w:val="000000"/>
                <w:w w:val="97"/>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BD7113" w:rsidRPr="00874B8F" w:rsidRDefault="00BD7113" w:rsidP="0048620C">
            <w:pPr>
              <w:autoSpaceDE w:val="0"/>
              <w:autoSpaceDN w:val="0"/>
              <w:spacing w:before="78" w:after="0" w:line="230" w:lineRule="auto"/>
              <w:ind w:left="72"/>
              <w:jc w:val="center"/>
              <w:rPr>
                <w:rFonts w:ascii="Times New Roman" w:hAnsi="Times New Roman" w:cs="Times New Roman"/>
                <w:lang w:val="ru-RU"/>
              </w:rPr>
            </w:pPr>
            <w:r w:rsidRPr="00874B8F">
              <w:rPr>
                <w:rFonts w:ascii="Times New Roman" w:eastAsia="Times New Roman" w:hAnsi="Times New Roman" w:cs="Times New Roman"/>
                <w:color w:val="000000"/>
                <w:w w:val="97"/>
                <w:lang w:val="ru-RU"/>
              </w:rPr>
              <w:t>0</w:t>
            </w:r>
          </w:p>
        </w:tc>
        <w:tc>
          <w:tcPr>
            <w:tcW w:w="2758" w:type="dxa"/>
            <w:tcBorders>
              <w:top w:val="single" w:sz="4" w:space="0" w:color="000000"/>
              <w:left w:val="single" w:sz="4" w:space="0" w:color="000000"/>
              <w:bottom w:val="single" w:sz="4" w:space="0" w:color="000000"/>
              <w:right w:val="single" w:sz="4" w:space="0" w:color="000000"/>
            </w:tcBorders>
            <w:tcMar>
              <w:left w:w="0" w:type="dxa"/>
              <w:right w:w="0" w:type="dxa"/>
            </w:tcMar>
          </w:tcPr>
          <w:p w:rsidR="00BD7113" w:rsidRPr="00874B8F" w:rsidRDefault="00BD7113">
            <w:pPr>
              <w:rPr>
                <w:rFonts w:ascii="Times New Roman" w:hAnsi="Times New Roman" w:cs="Times New Roman"/>
              </w:rPr>
            </w:pPr>
          </w:p>
        </w:tc>
        <w:tc>
          <w:tcPr>
            <w:tcW w:w="2126" w:type="dxa"/>
            <w:tcBorders>
              <w:top w:val="single" w:sz="4" w:space="0" w:color="000000"/>
              <w:left w:val="single" w:sz="4" w:space="0" w:color="000000"/>
              <w:bottom w:val="single" w:sz="4" w:space="0" w:color="000000"/>
              <w:right w:val="single" w:sz="4" w:space="0" w:color="000000"/>
            </w:tcBorders>
            <w:tcMar>
              <w:left w:w="0" w:type="dxa"/>
              <w:right w:w="0" w:type="dxa"/>
            </w:tcMar>
          </w:tcPr>
          <w:p w:rsidR="00BD7113" w:rsidRPr="00874B8F" w:rsidRDefault="00BD7113" w:rsidP="00BD7113">
            <w:pPr>
              <w:jc w:val="center"/>
              <w:rPr>
                <w:rFonts w:ascii="Times New Roman" w:hAnsi="Times New Roman" w:cs="Times New Roman"/>
              </w:rPr>
            </w:pPr>
            <w:proofErr w:type="spellStart"/>
            <w:r w:rsidRPr="00874B8F">
              <w:rPr>
                <w:rFonts w:ascii="Times New Roman" w:eastAsia="Times New Roman" w:hAnsi="Times New Roman" w:cs="Times New Roman"/>
                <w:color w:val="000000"/>
                <w:w w:val="97"/>
              </w:rPr>
              <w:t>Устный</w:t>
            </w:r>
            <w:proofErr w:type="spellEnd"/>
            <w:r w:rsidRPr="00874B8F">
              <w:rPr>
                <w:rFonts w:ascii="Times New Roman" w:eastAsia="Times New Roman" w:hAnsi="Times New Roman" w:cs="Times New Roman"/>
                <w:color w:val="000000"/>
                <w:w w:val="97"/>
              </w:rPr>
              <w:t xml:space="preserve"> </w:t>
            </w:r>
            <w:r w:rsidRPr="00874B8F">
              <w:rPr>
                <w:rFonts w:ascii="Times New Roman" w:hAnsi="Times New Roman" w:cs="Times New Roman"/>
              </w:rPr>
              <w:br/>
            </w:r>
            <w:proofErr w:type="spellStart"/>
            <w:r w:rsidRPr="00874B8F">
              <w:rPr>
                <w:rFonts w:ascii="Times New Roman" w:eastAsia="Times New Roman" w:hAnsi="Times New Roman" w:cs="Times New Roman"/>
                <w:color w:val="000000"/>
                <w:w w:val="97"/>
              </w:rPr>
              <w:t>опрос</w:t>
            </w:r>
            <w:proofErr w:type="spellEnd"/>
            <w:r w:rsidRPr="00874B8F">
              <w:rPr>
                <w:rFonts w:ascii="Times New Roman" w:eastAsia="Times New Roman" w:hAnsi="Times New Roman" w:cs="Times New Roman"/>
                <w:color w:val="000000"/>
                <w:w w:val="97"/>
              </w:rPr>
              <w:t>;</w:t>
            </w:r>
          </w:p>
        </w:tc>
        <w:tc>
          <w:tcPr>
            <w:tcW w:w="2126" w:type="dxa"/>
            <w:tcBorders>
              <w:top w:val="single" w:sz="4" w:space="0" w:color="000000"/>
              <w:left w:val="single" w:sz="4" w:space="0" w:color="000000"/>
              <w:bottom w:val="single" w:sz="4" w:space="0" w:color="000000"/>
              <w:right w:val="single" w:sz="4" w:space="0" w:color="000000"/>
            </w:tcBorders>
            <w:tcMar>
              <w:left w:w="0" w:type="dxa"/>
              <w:right w:w="0" w:type="dxa"/>
            </w:tcMar>
          </w:tcPr>
          <w:p w:rsidR="00BD7113" w:rsidRPr="00874B8F" w:rsidRDefault="00BD7113" w:rsidP="00BD7113">
            <w:pPr>
              <w:jc w:val="center"/>
              <w:rPr>
                <w:rFonts w:ascii="Times New Roman" w:hAnsi="Times New Roman" w:cs="Times New Roman"/>
              </w:rPr>
            </w:pPr>
            <w:r w:rsidRPr="00874B8F">
              <w:rPr>
                <w:rFonts w:ascii="Times New Roman" w:hAnsi="Times New Roman" w:cs="Times New Roman"/>
              </w:rPr>
              <w:t>resh.edu.ru</w:t>
            </w:r>
          </w:p>
        </w:tc>
      </w:tr>
      <w:tr w:rsidR="00BD7113" w:rsidRPr="00874B8F" w:rsidTr="00874B8F">
        <w:trPr>
          <w:trHeight w:hRule="exact" w:val="91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BD7113" w:rsidRPr="00874B8F" w:rsidRDefault="00BD7113">
            <w:pPr>
              <w:autoSpaceDE w:val="0"/>
              <w:autoSpaceDN w:val="0"/>
              <w:spacing w:before="76" w:after="0" w:line="233" w:lineRule="auto"/>
              <w:jc w:val="center"/>
              <w:rPr>
                <w:rFonts w:ascii="Times New Roman" w:hAnsi="Times New Roman" w:cs="Times New Roman"/>
              </w:rPr>
            </w:pPr>
            <w:r w:rsidRPr="00874B8F">
              <w:rPr>
                <w:rFonts w:ascii="Times New Roman" w:eastAsia="Times New Roman" w:hAnsi="Times New Roman" w:cs="Times New Roman"/>
                <w:color w:val="000000"/>
                <w:w w:val="97"/>
              </w:rPr>
              <w:t>2.4.</w:t>
            </w:r>
          </w:p>
        </w:tc>
        <w:tc>
          <w:tcPr>
            <w:tcW w:w="5200" w:type="dxa"/>
            <w:tcBorders>
              <w:top w:val="single" w:sz="4" w:space="0" w:color="000000"/>
              <w:left w:val="single" w:sz="4" w:space="0" w:color="000000"/>
              <w:bottom w:val="single" w:sz="4" w:space="0" w:color="000000"/>
              <w:right w:val="single" w:sz="4" w:space="0" w:color="000000"/>
            </w:tcBorders>
            <w:tcMar>
              <w:left w:w="0" w:type="dxa"/>
              <w:right w:w="0" w:type="dxa"/>
            </w:tcMar>
          </w:tcPr>
          <w:p w:rsidR="00BD7113" w:rsidRPr="00874B8F" w:rsidRDefault="00BD7113">
            <w:pPr>
              <w:autoSpaceDE w:val="0"/>
              <w:autoSpaceDN w:val="0"/>
              <w:spacing w:before="76" w:after="0" w:line="245" w:lineRule="auto"/>
              <w:ind w:left="72" w:right="576"/>
              <w:rPr>
                <w:rFonts w:ascii="Times New Roman" w:hAnsi="Times New Roman" w:cs="Times New Roman"/>
                <w:lang w:val="ru-RU"/>
              </w:rPr>
            </w:pPr>
            <w:r w:rsidRPr="00874B8F">
              <w:rPr>
                <w:rFonts w:ascii="Times New Roman" w:eastAsia="Times New Roman" w:hAnsi="Times New Roman" w:cs="Times New Roman"/>
                <w:lang w:val="ru-RU" w:eastAsia="ru-RU"/>
              </w:rPr>
              <w:t>Оказание первой помощи на самостоятельных занятиях физическими упражнениями и во время активного отдыха.</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BD7113" w:rsidRPr="00874B8F" w:rsidRDefault="00BD7113" w:rsidP="0048620C">
            <w:pPr>
              <w:autoSpaceDE w:val="0"/>
              <w:autoSpaceDN w:val="0"/>
              <w:spacing w:before="76" w:after="0" w:line="233" w:lineRule="auto"/>
              <w:ind w:left="72"/>
              <w:jc w:val="center"/>
              <w:rPr>
                <w:rFonts w:ascii="Times New Roman" w:hAnsi="Times New Roman" w:cs="Times New Roman"/>
                <w:lang w:val="ru-RU"/>
              </w:rPr>
            </w:pPr>
            <w:r w:rsidRPr="00874B8F">
              <w:rPr>
                <w:rFonts w:ascii="Times New Roman" w:eastAsia="Times New Roman" w:hAnsi="Times New Roman" w:cs="Times New Roman"/>
                <w:color w:val="000000"/>
                <w:w w:val="97"/>
                <w:lang w:val="ru-RU"/>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BD7113" w:rsidRPr="00874B8F" w:rsidRDefault="00BD7113" w:rsidP="0048620C">
            <w:pPr>
              <w:autoSpaceDE w:val="0"/>
              <w:autoSpaceDN w:val="0"/>
              <w:spacing w:before="76" w:after="0" w:line="233" w:lineRule="auto"/>
              <w:ind w:left="72"/>
              <w:jc w:val="center"/>
              <w:rPr>
                <w:rFonts w:ascii="Times New Roman" w:hAnsi="Times New Roman" w:cs="Times New Roman"/>
              </w:rPr>
            </w:pPr>
            <w:r w:rsidRPr="00874B8F">
              <w:rPr>
                <w:rFonts w:ascii="Times New Roman" w:eastAsia="Times New Roman" w:hAnsi="Times New Roman" w:cs="Times New Roman"/>
                <w:color w:val="000000"/>
                <w:w w:val="97"/>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BD7113" w:rsidRPr="00874B8F" w:rsidRDefault="00BD7113" w:rsidP="0048620C">
            <w:pPr>
              <w:autoSpaceDE w:val="0"/>
              <w:autoSpaceDN w:val="0"/>
              <w:spacing w:before="76" w:after="0" w:line="233" w:lineRule="auto"/>
              <w:ind w:left="72"/>
              <w:jc w:val="center"/>
              <w:rPr>
                <w:rFonts w:ascii="Times New Roman" w:hAnsi="Times New Roman" w:cs="Times New Roman"/>
                <w:lang w:val="ru-RU"/>
              </w:rPr>
            </w:pPr>
            <w:r w:rsidRPr="00874B8F">
              <w:rPr>
                <w:rFonts w:ascii="Times New Roman" w:eastAsia="Times New Roman" w:hAnsi="Times New Roman" w:cs="Times New Roman"/>
                <w:color w:val="000000"/>
                <w:w w:val="97"/>
                <w:lang w:val="ru-RU"/>
              </w:rPr>
              <w:t>0</w:t>
            </w:r>
          </w:p>
        </w:tc>
        <w:tc>
          <w:tcPr>
            <w:tcW w:w="2758" w:type="dxa"/>
            <w:tcBorders>
              <w:top w:val="single" w:sz="4" w:space="0" w:color="000000"/>
              <w:left w:val="single" w:sz="4" w:space="0" w:color="000000"/>
              <w:bottom w:val="single" w:sz="4" w:space="0" w:color="000000"/>
              <w:right w:val="single" w:sz="4" w:space="0" w:color="000000"/>
            </w:tcBorders>
            <w:tcMar>
              <w:left w:w="0" w:type="dxa"/>
              <w:right w:w="0" w:type="dxa"/>
            </w:tcMar>
          </w:tcPr>
          <w:p w:rsidR="00BD7113" w:rsidRPr="00874B8F" w:rsidRDefault="00BD7113">
            <w:pPr>
              <w:rPr>
                <w:rFonts w:ascii="Times New Roman" w:hAnsi="Times New Roman" w:cs="Times New Roman"/>
              </w:rPr>
            </w:pPr>
          </w:p>
        </w:tc>
        <w:tc>
          <w:tcPr>
            <w:tcW w:w="2126" w:type="dxa"/>
            <w:tcBorders>
              <w:top w:val="single" w:sz="4" w:space="0" w:color="000000"/>
              <w:left w:val="single" w:sz="4" w:space="0" w:color="000000"/>
              <w:bottom w:val="single" w:sz="4" w:space="0" w:color="000000"/>
              <w:right w:val="single" w:sz="4" w:space="0" w:color="000000"/>
            </w:tcBorders>
            <w:tcMar>
              <w:left w:w="0" w:type="dxa"/>
              <w:right w:w="0" w:type="dxa"/>
            </w:tcMar>
          </w:tcPr>
          <w:p w:rsidR="00BD7113" w:rsidRPr="00874B8F" w:rsidRDefault="00BD7113" w:rsidP="00BD7113">
            <w:pPr>
              <w:jc w:val="center"/>
              <w:rPr>
                <w:rFonts w:ascii="Times New Roman" w:hAnsi="Times New Roman" w:cs="Times New Roman"/>
              </w:rPr>
            </w:pPr>
            <w:proofErr w:type="spellStart"/>
            <w:r w:rsidRPr="00874B8F">
              <w:rPr>
                <w:rFonts w:ascii="Times New Roman" w:eastAsia="Times New Roman" w:hAnsi="Times New Roman" w:cs="Times New Roman"/>
                <w:color w:val="000000"/>
                <w:w w:val="97"/>
              </w:rPr>
              <w:t>Устный</w:t>
            </w:r>
            <w:proofErr w:type="spellEnd"/>
            <w:r w:rsidRPr="00874B8F">
              <w:rPr>
                <w:rFonts w:ascii="Times New Roman" w:eastAsia="Times New Roman" w:hAnsi="Times New Roman" w:cs="Times New Roman"/>
                <w:color w:val="000000"/>
                <w:w w:val="97"/>
              </w:rPr>
              <w:t xml:space="preserve"> </w:t>
            </w:r>
            <w:r w:rsidRPr="00874B8F">
              <w:rPr>
                <w:rFonts w:ascii="Times New Roman" w:hAnsi="Times New Roman" w:cs="Times New Roman"/>
              </w:rPr>
              <w:br/>
            </w:r>
            <w:proofErr w:type="spellStart"/>
            <w:r w:rsidRPr="00874B8F">
              <w:rPr>
                <w:rFonts w:ascii="Times New Roman" w:eastAsia="Times New Roman" w:hAnsi="Times New Roman" w:cs="Times New Roman"/>
                <w:color w:val="000000"/>
                <w:w w:val="97"/>
              </w:rPr>
              <w:t>опрос</w:t>
            </w:r>
            <w:proofErr w:type="spellEnd"/>
            <w:r w:rsidRPr="00874B8F">
              <w:rPr>
                <w:rFonts w:ascii="Times New Roman" w:eastAsia="Times New Roman" w:hAnsi="Times New Roman" w:cs="Times New Roman"/>
                <w:color w:val="000000"/>
                <w:w w:val="97"/>
              </w:rPr>
              <w:t>;</w:t>
            </w:r>
          </w:p>
        </w:tc>
        <w:tc>
          <w:tcPr>
            <w:tcW w:w="2126" w:type="dxa"/>
            <w:tcBorders>
              <w:top w:val="single" w:sz="4" w:space="0" w:color="000000"/>
              <w:left w:val="single" w:sz="4" w:space="0" w:color="000000"/>
              <w:bottom w:val="single" w:sz="4" w:space="0" w:color="000000"/>
              <w:right w:val="single" w:sz="4" w:space="0" w:color="000000"/>
            </w:tcBorders>
            <w:tcMar>
              <w:left w:w="0" w:type="dxa"/>
              <w:right w:w="0" w:type="dxa"/>
            </w:tcMar>
          </w:tcPr>
          <w:p w:rsidR="00BD7113" w:rsidRPr="00874B8F" w:rsidRDefault="00BD7113" w:rsidP="00BD7113">
            <w:pPr>
              <w:jc w:val="center"/>
              <w:rPr>
                <w:rFonts w:ascii="Times New Roman" w:hAnsi="Times New Roman" w:cs="Times New Roman"/>
              </w:rPr>
            </w:pPr>
            <w:r w:rsidRPr="00874B8F">
              <w:rPr>
                <w:rFonts w:ascii="Times New Roman" w:hAnsi="Times New Roman" w:cs="Times New Roman"/>
              </w:rPr>
              <w:t>resh.edu.ru</w:t>
            </w:r>
          </w:p>
        </w:tc>
      </w:tr>
      <w:tr w:rsidR="005353D2" w:rsidRPr="00874B8F" w:rsidTr="00874B8F">
        <w:trPr>
          <w:trHeight w:hRule="exact" w:val="430"/>
        </w:trPr>
        <w:tc>
          <w:tcPr>
            <w:tcW w:w="566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353D2" w:rsidRPr="00874B8F" w:rsidRDefault="001B6E67">
            <w:pPr>
              <w:autoSpaceDE w:val="0"/>
              <w:autoSpaceDN w:val="0"/>
              <w:spacing w:before="76" w:after="0" w:line="233" w:lineRule="auto"/>
              <w:ind w:left="72"/>
              <w:rPr>
                <w:rFonts w:ascii="Times New Roman" w:hAnsi="Times New Roman" w:cs="Times New Roman"/>
                <w:b/>
                <w:bCs/>
              </w:rPr>
            </w:pPr>
            <w:proofErr w:type="spellStart"/>
            <w:r w:rsidRPr="00874B8F">
              <w:rPr>
                <w:rFonts w:ascii="Times New Roman" w:eastAsia="Times New Roman" w:hAnsi="Times New Roman" w:cs="Times New Roman"/>
                <w:b/>
                <w:bCs/>
                <w:color w:val="000000"/>
                <w:w w:val="97"/>
              </w:rPr>
              <w:t>Итого</w:t>
            </w:r>
            <w:proofErr w:type="spellEnd"/>
            <w:r w:rsidRPr="00874B8F">
              <w:rPr>
                <w:rFonts w:ascii="Times New Roman" w:eastAsia="Times New Roman" w:hAnsi="Times New Roman" w:cs="Times New Roman"/>
                <w:b/>
                <w:bCs/>
                <w:color w:val="000000"/>
                <w:w w:val="97"/>
              </w:rPr>
              <w:t xml:space="preserve"> </w:t>
            </w:r>
            <w:proofErr w:type="spellStart"/>
            <w:r w:rsidRPr="00874B8F">
              <w:rPr>
                <w:rFonts w:ascii="Times New Roman" w:eastAsia="Times New Roman" w:hAnsi="Times New Roman" w:cs="Times New Roman"/>
                <w:b/>
                <w:bCs/>
                <w:color w:val="000000"/>
                <w:w w:val="97"/>
              </w:rPr>
              <w:t>по</w:t>
            </w:r>
            <w:proofErr w:type="spellEnd"/>
            <w:r w:rsidRPr="00874B8F">
              <w:rPr>
                <w:rFonts w:ascii="Times New Roman" w:eastAsia="Times New Roman" w:hAnsi="Times New Roman" w:cs="Times New Roman"/>
                <w:b/>
                <w:bCs/>
                <w:color w:val="000000"/>
                <w:w w:val="97"/>
              </w:rPr>
              <w:t xml:space="preserve"> </w:t>
            </w:r>
            <w:proofErr w:type="spellStart"/>
            <w:r w:rsidRPr="00874B8F">
              <w:rPr>
                <w:rFonts w:ascii="Times New Roman" w:eastAsia="Times New Roman" w:hAnsi="Times New Roman" w:cs="Times New Roman"/>
                <w:b/>
                <w:bCs/>
                <w:color w:val="000000"/>
                <w:w w:val="97"/>
              </w:rPr>
              <w:t>разделу</w:t>
            </w:r>
            <w:proofErr w:type="spellEnd"/>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5353D2" w:rsidRPr="00874B8F" w:rsidRDefault="0048620C" w:rsidP="0048620C">
            <w:pPr>
              <w:autoSpaceDE w:val="0"/>
              <w:autoSpaceDN w:val="0"/>
              <w:spacing w:before="76" w:after="0" w:line="233" w:lineRule="auto"/>
              <w:ind w:left="72"/>
              <w:jc w:val="center"/>
              <w:rPr>
                <w:rFonts w:ascii="Times New Roman" w:hAnsi="Times New Roman" w:cs="Times New Roman"/>
                <w:b/>
                <w:bCs/>
                <w:lang w:val="ru-RU"/>
              </w:rPr>
            </w:pPr>
            <w:r w:rsidRPr="00874B8F">
              <w:rPr>
                <w:rFonts w:ascii="Times New Roman" w:eastAsia="Times New Roman" w:hAnsi="Times New Roman" w:cs="Times New Roman"/>
                <w:b/>
                <w:bCs/>
                <w:color w:val="000000"/>
                <w:w w:val="97"/>
                <w:lang w:val="ru-RU"/>
              </w:rPr>
              <w:t>4</w:t>
            </w:r>
          </w:p>
        </w:tc>
        <w:tc>
          <w:tcPr>
            <w:tcW w:w="9254"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rsidR="005353D2" w:rsidRPr="00874B8F" w:rsidRDefault="005353D2">
            <w:pPr>
              <w:rPr>
                <w:rFonts w:ascii="Times New Roman" w:hAnsi="Times New Roman" w:cs="Times New Roman"/>
              </w:rPr>
            </w:pPr>
          </w:p>
        </w:tc>
      </w:tr>
    </w:tbl>
    <w:p w:rsidR="005353D2" w:rsidRPr="00874B8F" w:rsidRDefault="005353D2">
      <w:pPr>
        <w:autoSpaceDE w:val="0"/>
        <w:autoSpaceDN w:val="0"/>
        <w:spacing w:after="0" w:line="14" w:lineRule="exact"/>
        <w:rPr>
          <w:rFonts w:ascii="Times New Roman" w:hAnsi="Times New Roman" w:cs="Times New Roman"/>
        </w:rPr>
      </w:pPr>
    </w:p>
    <w:p w:rsidR="005353D2" w:rsidRPr="00874B8F" w:rsidRDefault="005353D2">
      <w:pPr>
        <w:rPr>
          <w:rFonts w:ascii="Times New Roman" w:hAnsi="Times New Roman" w:cs="Times New Roman"/>
        </w:rPr>
        <w:sectPr w:rsidR="005353D2" w:rsidRPr="00874B8F">
          <w:pgSz w:w="16840" w:h="11900"/>
          <w:pgMar w:top="282" w:right="640" w:bottom="412" w:left="666" w:header="720" w:footer="720" w:gutter="0"/>
          <w:cols w:space="720" w:equalWidth="0">
            <w:col w:w="15534" w:space="0"/>
          </w:cols>
          <w:docGrid w:linePitch="360"/>
        </w:sectPr>
      </w:pPr>
    </w:p>
    <w:p w:rsidR="005353D2" w:rsidRPr="00874B8F" w:rsidRDefault="005353D2">
      <w:pPr>
        <w:autoSpaceDE w:val="0"/>
        <w:autoSpaceDN w:val="0"/>
        <w:spacing w:after="66" w:line="220" w:lineRule="exact"/>
        <w:rPr>
          <w:rFonts w:ascii="Times New Roman" w:hAnsi="Times New Roman" w:cs="Times New Roman"/>
        </w:rPr>
      </w:pPr>
    </w:p>
    <w:tbl>
      <w:tblPr>
        <w:tblW w:w="0" w:type="auto"/>
        <w:tblInd w:w="6" w:type="dxa"/>
        <w:tblLayout w:type="fixed"/>
        <w:tblLook w:val="04A0" w:firstRow="1" w:lastRow="0" w:firstColumn="1" w:lastColumn="0" w:noHBand="0" w:noVBand="1"/>
      </w:tblPr>
      <w:tblGrid>
        <w:gridCol w:w="468"/>
        <w:gridCol w:w="5060"/>
        <w:gridCol w:w="670"/>
        <w:gridCol w:w="1104"/>
        <w:gridCol w:w="1140"/>
        <w:gridCol w:w="2756"/>
        <w:gridCol w:w="2268"/>
        <w:gridCol w:w="1984"/>
      </w:tblGrid>
      <w:tr w:rsidR="005353D2" w:rsidRPr="0052465F" w:rsidTr="00BD7113">
        <w:trPr>
          <w:trHeight w:hRule="exact" w:val="639"/>
        </w:trPr>
        <w:tc>
          <w:tcPr>
            <w:tcW w:w="15450" w:type="dxa"/>
            <w:gridSpan w:val="8"/>
            <w:tcBorders>
              <w:top w:val="single" w:sz="4" w:space="0" w:color="000000"/>
              <w:left w:val="single" w:sz="4" w:space="0" w:color="000000"/>
              <w:bottom w:val="single" w:sz="4" w:space="0" w:color="000000"/>
              <w:right w:val="single" w:sz="4" w:space="0" w:color="000000"/>
            </w:tcBorders>
            <w:tcMar>
              <w:left w:w="0" w:type="dxa"/>
              <w:right w:w="0" w:type="dxa"/>
            </w:tcMar>
          </w:tcPr>
          <w:p w:rsidR="005353D2" w:rsidRPr="00874B8F" w:rsidRDefault="001B6E67">
            <w:pPr>
              <w:autoSpaceDE w:val="0"/>
              <w:autoSpaceDN w:val="0"/>
              <w:spacing w:before="78" w:after="0" w:line="230" w:lineRule="auto"/>
              <w:ind w:left="72"/>
              <w:rPr>
                <w:rFonts w:ascii="Times New Roman" w:eastAsia="Times New Roman" w:hAnsi="Times New Roman" w:cs="Times New Roman"/>
                <w:b/>
                <w:color w:val="000000"/>
                <w:w w:val="97"/>
                <w:lang w:val="ru-RU"/>
              </w:rPr>
            </w:pPr>
            <w:r w:rsidRPr="00874B8F">
              <w:rPr>
                <w:rFonts w:ascii="Times New Roman" w:eastAsia="Times New Roman" w:hAnsi="Times New Roman" w:cs="Times New Roman"/>
                <w:b/>
                <w:color w:val="000000"/>
                <w:w w:val="97"/>
                <w:lang w:val="ru-RU"/>
              </w:rPr>
              <w:t>ФИЗИЧЕСКОЕ СОВЕРШЕНСТВОВАНИЕ</w:t>
            </w:r>
          </w:p>
          <w:p w:rsidR="00E919C3" w:rsidRPr="00874B8F" w:rsidRDefault="00E919C3" w:rsidP="00E919C3">
            <w:pPr>
              <w:autoSpaceDE w:val="0"/>
              <w:autoSpaceDN w:val="0"/>
              <w:spacing w:before="78" w:after="0" w:line="230" w:lineRule="auto"/>
              <w:ind w:left="72"/>
              <w:rPr>
                <w:rFonts w:ascii="Times New Roman" w:eastAsia="Times New Roman" w:hAnsi="Times New Roman" w:cs="Times New Roman"/>
                <w:b/>
                <w:color w:val="000000"/>
                <w:w w:val="97"/>
                <w:lang w:val="ru-RU"/>
              </w:rPr>
            </w:pPr>
            <w:r w:rsidRPr="00874B8F">
              <w:rPr>
                <w:rFonts w:ascii="Times New Roman" w:eastAsia="Times New Roman" w:hAnsi="Times New Roman" w:cs="Times New Roman"/>
                <w:b/>
                <w:bCs/>
                <w:lang w:val="ru-RU" w:eastAsia="ru-RU"/>
              </w:rPr>
              <w:t>Раздел 1.</w:t>
            </w:r>
            <w:r w:rsidRPr="00874B8F">
              <w:rPr>
                <w:rFonts w:ascii="Times New Roman" w:eastAsia="Times New Roman" w:hAnsi="Times New Roman" w:cs="Times New Roman"/>
                <w:lang w:val="ru-RU" w:eastAsia="ru-RU"/>
              </w:rPr>
              <w:t xml:space="preserve"> </w:t>
            </w:r>
            <w:r w:rsidRPr="00874B8F">
              <w:rPr>
                <w:rFonts w:ascii="Times New Roman" w:eastAsia="Times New Roman" w:hAnsi="Times New Roman" w:cs="Times New Roman"/>
                <w:b/>
                <w:bCs/>
                <w:lang w:val="ru-RU" w:eastAsia="ru-RU"/>
              </w:rPr>
              <w:t>Физкультурно-оздоровительная деятельность.</w:t>
            </w:r>
          </w:p>
          <w:p w:rsidR="00E919C3" w:rsidRPr="00874B8F" w:rsidRDefault="00E919C3" w:rsidP="00E919C3">
            <w:pPr>
              <w:rPr>
                <w:rFonts w:ascii="Times New Roman" w:hAnsi="Times New Roman" w:cs="Times New Roman"/>
                <w:lang w:val="ru-RU"/>
              </w:rPr>
            </w:pPr>
          </w:p>
        </w:tc>
      </w:tr>
      <w:tr w:rsidR="00BD7113" w:rsidRPr="00874B8F" w:rsidTr="00874B8F">
        <w:trPr>
          <w:trHeight w:hRule="exact" w:val="1555"/>
        </w:trPr>
        <w:tc>
          <w:tcPr>
            <w:tcW w:w="468" w:type="dxa"/>
            <w:tcBorders>
              <w:top w:val="single" w:sz="4" w:space="0" w:color="000000"/>
              <w:left w:val="single" w:sz="4" w:space="0" w:color="000000"/>
              <w:bottom w:val="single" w:sz="4" w:space="0" w:color="auto"/>
              <w:right w:val="single" w:sz="4" w:space="0" w:color="000000"/>
            </w:tcBorders>
            <w:tcMar>
              <w:left w:w="0" w:type="dxa"/>
              <w:right w:w="0" w:type="dxa"/>
            </w:tcMar>
          </w:tcPr>
          <w:p w:rsidR="00BD7113" w:rsidRPr="00874B8F" w:rsidRDefault="00BD7113">
            <w:pPr>
              <w:autoSpaceDE w:val="0"/>
              <w:autoSpaceDN w:val="0"/>
              <w:spacing w:before="78" w:after="0" w:line="230" w:lineRule="auto"/>
              <w:jc w:val="center"/>
              <w:rPr>
                <w:rFonts w:ascii="Times New Roman" w:hAnsi="Times New Roman" w:cs="Times New Roman"/>
              </w:rPr>
            </w:pPr>
            <w:r w:rsidRPr="00874B8F">
              <w:rPr>
                <w:rFonts w:ascii="Times New Roman" w:eastAsia="Times New Roman" w:hAnsi="Times New Roman" w:cs="Times New Roman"/>
                <w:color w:val="000000"/>
                <w:w w:val="97"/>
                <w:lang w:val="ru-RU"/>
              </w:rPr>
              <w:t>1</w:t>
            </w:r>
            <w:r w:rsidRPr="00874B8F">
              <w:rPr>
                <w:rFonts w:ascii="Times New Roman" w:eastAsia="Times New Roman" w:hAnsi="Times New Roman" w:cs="Times New Roman"/>
                <w:color w:val="000000"/>
                <w:w w:val="97"/>
              </w:rPr>
              <w:t>.1.</w:t>
            </w:r>
          </w:p>
        </w:tc>
        <w:tc>
          <w:tcPr>
            <w:tcW w:w="5060" w:type="dxa"/>
            <w:tcBorders>
              <w:top w:val="single" w:sz="4" w:space="0" w:color="000000"/>
              <w:left w:val="single" w:sz="4" w:space="0" w:color="000000"/>
              <w:bottom w:val="single" w:sz="4" w:space="0" w:color="auto"/>
              <w:right w:val="single" w:sz="4" w:space="0" w:color="000000"/>
            </w:tcBorders>
            <w:tcMar>
              <w:left w:w="0" w:type="dxa"/>
              <w:right w:w="0" w:type="dxa"/>
            </w:tcMar>
          </w:tcPr>
          <w:p w:rsidR="00BD7113" w:rsidRPr="00874B8F" w:rsidRDefault="00BD7113">
            <w:pPr>
              <w:autoSpaceDE w:val="0"/>
              <w:autoSpaceDN w:val="0"/>
              <w:spacing w:before="78" w:after="0" w:line="230" w:lineRule="auto"/>
              <w:ind w:left="72"/>
              <w:rPr>
                <w:rFonts w:ascii="Times New Roman" w:hAnsi="Times New Roman" w:cs="Times New Roman"/>
                <w:lang w:val="ru-RU"/>
              </w:rPr>
            </w:pPr>
            <w:r w:rsidRPr="00874B8F">
              <w:rPr>
                <w:rFonts w:ascii="Times New Roman" w:eastAsia="Times New Roman" w:hAnsi="Times New Roman" w:cs="Times New Roman"/>
                <w:lang w:val="ru-RU" w:eastAsia="ru-RU"/>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tc>
        <w:tc>
          <w:tcPr>
            <w:tcW w:w="670" w:type="dxa"/>
            <w:tcBorders>
              <w:top w:val="single" w:sz="4" w:space="0" w:color="000000"/>
              <w:left w:val="single" w:sz="4" w:space="0" w:color="000000"/>
              <w:bottom w:val="single" w:sz="4" w:space="0" w:color="auto"/>
              <w:right w:val="single" w:sz="4" w:space="0" w:color="000000"/>
            </w:tcBorders>
            <w:tcMar>
              <w:left w:w="0" w:type="dxa"/>
              <w:right w:w="0" w:type="dxa"/>
            </w:tcMar>
          </w:tcPr>
          <w:p w:rsidR="00BD7113" w:rsidRPr="00874B8F" w:rsidRDefault="00BD7113" w:rsidP="00874B8F">
            <w:pPr>
              <w:autoSpaceDE w:val="0"/>
              <w:autoSpaceDN w:val="0"/>
              <w:spacing w:before="78" w:after="0" w:line="230" w:lineRule="auto"/>
              <w:ind w:left="72"/>
              <w:jc w:val="center"/>
              <w:rPr>
                <w:rFonts w:ascii="Times New Roman" w:hAnsi="Times New Roman" w:cs="Times New Roman"/>
                <w:lang w:val="ru-RU"/>
              </w:rPr>
            </w:pPr>
            <w:r w:rsidRPr="00874B8F">
              <w:rPr>
                <w:rFonts w:ascii="Times New Roman" w:eastAsia="Times New Roman" w:hAnsi="Times New Roman" w:cs="Times New Roman"/>
                <w:color w:val="000000"/>
                <w:w w:val="97"/>
                <w:lang w:val="ru-RU"/>
              </w:rPr>
              <w:t>1</w:t>
            </w:r>
          </w:p>
        </w:tc>
        <w:tc>
          <w:tcPr>
            <w:tcW w:w="1104" w:type="dxa"/>
            <w:tcBorders>
              <w:top w:val="single" w:sz="4" w:space="0" w:color="000000"/>
              <w:left w:val="single" w:sz="4" w:space="0" w:color="000000"/>
              <w:bottom w:val="single" w:sz="4" w:space="0" w:color="auto"/>
              <w:right w:val="single" w:sz="4" w:space="0" w:color="000000"/>
            </w:tcBorders>
            <w:tcMar>
              <w:left w:w="0" w:type="dxa"/>
              <w:right w:w="0" w:type="dxa"/>
            </w:tcMar>
          </w:tcPr>
          <w:p w:rsidR="00BD7113" w:rsidRPr="00874B8F" w:rsidRDefault="00BD7113" w:rsidP="00874B8F">
            <w:pPr>
              <w:autoSpaceDE w:val="0"/>
              <w:autoSpaceDN w:val="0"/>
              <w:spacing w:before="78" w:after="0" w:line="230" w:lineRule="auto"/>
              <w:ind w:left="72"/>
              <w:jc w:val="center"/>
              <w:rPr>
                <w:rFonts w:ascii="Times New Roman" w:hAnsi="Times New Roman" w:cs="Times New Roman"/>
              </w:rPr>
            </w:pPr>
            <w:r w:rsidRPr="00874B8F">
              <w:rPr>
                <w:rFonts w:ascii="Times New Roman" w:eastAsia="Times New Roman" w:hAnsi="Times New Roman" w:cs="Times New Roman"/>
                <w:color w:val="000000"/>
                <w:w w:val="97"/>
              </w:rPr>
              <w:t>0</w:t>
            </w:r>
          </w:p>
        </w:tc>
        <w:tc>
          <w:tcPr>
            <w:tcW w:w="1140" w:type="dxa"/>
            <w:tcBorders>
              <w:top w:val="single" w:sz="4" w:space="0" w:color="000000"/>
              <w:left w:val="single" w:sz="4" w:space="0" w:color="000000"/>
              <w:bottom w:val="single" w:sz="4" w:space="0" w:color="auto"/>
              <w:right w:val="single" w:sz="4" w:space="0" w:color="000000"/>
            </w:tcBorders>
            <w:tcMar>
              <w:left w:w="0" w:type="dxa"/>
              <w:right w:w="0" w:type="dxa"/>
            </w:tcMar>
          </w:tcPr>
          <w:p w:rsidR="00BD7113" w:rsidRPr="00874B8F" w:rsidRDefault="00BD7113" w:rsidP="00874B8F">
            <w:pPr>
              <w:autoSpaceDE w:val="0"/>
              <w:autoSpaceDN w:val="0"/>
              <w:spacing w:before="78" w:after="0" w:line="230" w:lineRule="auto"/>
              <w:ind w:left="72"/>
              <w:jc w:val="center"/>
              <w:rPr>
                <w:rFonts w:ascii="Times New Roman" w:hAnsi="Times New Roman" w:cs="Times New Roman"/>
                <w:lang w:val="ru-RU"/>
              </w:rPr>
            </w:pPr>
            <w:r w:rsidRPr="00874B8F">
              <w:rPr>
                <w:rFonts w:ascii="Times New Roman" w:eastAsia="Times New Roman" w:hAnsi="Times New Roman" w:cs="Times New Roman"/>
                <w:color w:val="000000"/>
                <w:w w:val="97"/>
              </w:rPr>
              <w:t>0</w:t>
            </w:r>
          </w:p>
        </w:tc>
        <w:tc>
          <w:tcPr>
            <w:tcW w:w="2756" w:type="dxa"/>
            <w:tcBorders>
              <w:top w:val="single" w:sz="4" w:space="0" w:color="000000"/>
              <w:left w:val="single" w:sz="4" w:space="0" w:color="000000"/>
              <w:bottom w:val="single" w:sz="4" w:space="0" w:color="auto"/>
              <w:right w:val="single" w:sz="4" w:space="0" w:color="000000"/>
            </w:tcBorders>
            <w:tcMar>
              <w:left w:w="0" w:type="dxa"/>
              <w:right w:w="0" w:type="dxa"/>
            </w:tcMar>
          </w:tcPr>
          <w:p w:rsidR="00BD7113" w:rsidRPr="00874B8F" w:rsidRDefault="00BD7113">
            <w:pPr>
              <w:rPr>
                <w:rFonts w:ascii="Times New Roman" w:hAnsi="Times New Roman" w:cs="Times New Roman"/>
              </w:rPr>
            </w:pPr>
          </w:p>
        </w:tc>
        <w:tc>
          <w:tcPr>
            <w:tcW w:w="2268" w:type="dxa"/>
            <w:tcBorders>
              <w:top w:val="single" w:sz="4" w:space="0" w:color="000000"/>
              <w:left w:val="single" w:sz="4" w:space="0" w:color="000000"/>
              <w:bottom w:val="single" w:sz="4" w:space="0" w:color="auto"/>
              <w:right w:val="single" w:sz="4" w:space="0" w:color="000000"/>
            </w:tcBorders>
            <w:tcMar>
              <w:left w:w="0" w:type="dxa"/>
              <w:right w:w="0" w:type="dxa"/>
            </w:tcMar>
          </w:tcPr>
          <w:p w:rsidR="00BD7113" w:rsidRPr="00874B8F" w:rsidRDefault="00BD7113" w:rsidP="00BD7113">
            <w:pPr>
              <w:autoSpaceDE w:val="0"/>
              <w:autoSpaceDN w:val="0"/>
              <w:spacing w:before="78" w:after="0" w:line="245" w:lineRule="auto"/>
              <w:ind w:left="72" w:right="432"/>
              <w:jc w:val="center"/>
              <w:rPr>
                <w:rFonts w:ascii="Times New Roman" w:hAnsi="Times New Roman" w:cs="Times New Roman"/>
              </w:rPr>
            </w:pPr>
            <w:proofErr w:type="spellStart"/>
            <w:r w:rsidRPr="00874B8F">
              <w:rPr>
                <w:rFonts w:ascii="Times New Roman" w:eastAsia="Times New Roman" w:hAnsi="Times New Roman" w:cs="Times New Roman"/>
                <w:color w:val="000000"/>
                <w:w w:val="97"/>
              </w:rPr>
              <w:t>Устный</w:t>
            </w:r>
            <w:proofErr w:type="spellEnd"/>
            <w:r w:rsidRPr="00874B8F">
              <w:rPr>
                <w:rFonts w:ascii="Times New Roman" w:eastAsia="Times New Roman" w:hAnsi="Times New Roman" w:cs="Times New Roman"/>
                <w:color w:val="000000"/>
                <w:w w:val="97"/>
              </w:rPr>
              <w:t xml:space="preserve"> </w:t>
            </w:r>
            <w:r w:rsidRPr="00874B8F">
              <w:rPr>
                <w:rFonts w:ascii="Times New Roman" w:hAnsi="Times New Roman" w:cs="Times New Roman"/>
              </w:rPr>
              <w:br/>
            </w:r>
            <w:proofErr w:type="spellStart"/>
            <w:r w:rsidRPr="00874B8F">
              <w:rPr>
                <w:rFonts w:ascii="Times New Roman" w:eastAsia="Times New Roman" w:hAnsi="Times New Roman" w:cs="Times New Roman"/>
                <w:color w:val="000000"/>
                <w:w w:val="97"/>
              </w:rPr>
              <w:t>опрос</w:t>
            </w:r>
            <w:proofErr w:type="spellEnd"/>
            <w:r w:rsidRPr="00874B8F">
              <w:rPr>
                <w:rFonts w:ascii="Times New Roman" w:eastAsia="Times New Roman" w:hAnsi="Times New Roman" w:cs="Times New Roman"/>
                <w:color w:val="000000"/>
                <w:w w:val="97"/>
              </w:rPr>
              <w:t>;</w:t>
            </w:r>
          </w:p>
        </w:tc>
        <w:tc>
          <w:tcPr>
            <w:tcW w:w="1984" w:type="dxa"/>
            <w:tcBorders>
              <w:top w:val="single" w:sz="4" w:space="0" w:color="000000"/>
              <w:left w:val="single" w:sz="4" w:space="0" w:color="000000"/>
              <w:bottom w:val="single" w:sz="4" w:space="0" w:color="auto"/>
              <w:right w:val="single" w:sz="4" w:space="0" w:color="000000"/>
            </w:tcBorders>
            <w:tcMar>
              <w:left w:w="0" w:type="dxa"/>
              <w:right w:w="0" w:type="dxa"/>
            </w:tcMar>
          </w:tcPr>
          <w:p w:rsidR="00BD7113" w:rsidRPr="00874B8F" w:rsidRDefault="00BD7113" w:rsidP="00BD7113">
            <w:pPr>
              <w:jc w:val="center"/>
              <w:rPr>
                <w:rFonts w:ascii="Times New Roman" w:hAnsi="Times New Roman" w:cs="Times New Roman"/>
              </w:rPr>
            </w:pPr>
            <w:r w:rsidRPr="00874B8F">
              <w:rPr>
                <w:rFonts w:ascii="Times New Roman" w:hAnsi="Times New Roman" w:cs="Times New Roman"/>
              </w:rPr>
              <w:t>resh.edu.ru</w:t>
            </w:r>
          </w:p>
        </w:tc>
      </w:tr>
      <w:tr w:rsidR="00241EA6" w:rsidRPr="00874B8F" w:rsidTr="00BD7113">
        <w:trPr>
          <w:trHeight w:hRule="exact" w:val="390"/>
        </w:trPr>
        <w:tc>
          <w:tcPr>
            <w:tcW w:w="5528" w:type="dxa"/>
            <w:gridSpan w:val="2"/>
            <w:tcBorders>
              <w:top w:val="single" w:sz="4" w:space="0" w:color="auto"/>
              <w:left w:val="single" w:sz="4" w:space="0" w:color="000000"/>
              <w:bottom w:val="single" w:sz="4" w:space="0" w:color="auto"/>
              <w:right w:val="single" w:sz="4" w:space="0" w:color="000000"/>
            </w:tcBorders>
            <w:tcMar>
              <w:left w:w="0" w:type="dxa"/>
              <w:right w:w="0" w:type="dxa"/>
            </w:tcMar>
          </w:tcPr>
          <w:p w:rsidR="00241EA6" w:rsidRPr="00874B8F" w:rsidRDefault="00241EA6" w:rsidP="00241EA6">
            <w:pPr>
              <w:autoSpaceDE w:val="0"/>
              <w:autoSpaceDN w:val="0"/>
              <w:spacing w:before="78" w:after="0" w:line="230" w:lineRule="auto"/>
              <w:ind w:left="72"/>
              <w:rPr>
                <w:rFonts w:ascii="Times New Roman" w:eastAsia="Times New Roman" w:hAnsi="Times New Roman" w:cs="Times New Roman"/>
                <w:b/>
                <w:bCs/>
                <w:color w:val="000000"/>
                <w:w w:val="97"/>
              </w:rPr>
            </w:pPr>
            <w:proofErr w:type="spellStart"/>
            <w:r w:rsidRPr="00874B8F">
              <w:rPr>
                <w:rFonts w:ascii="Times New Roman" w:eastAsia="Times New Roman" w:hAnsi="Times New Roman" w:cs="Times New Roman"/>
                <w:b/>
                <w:bCs/>
                <w:color w:val="000000"/>
                <w:w w:val="97"/>
              </w:rPr>
              <w:t>Итого</w:t>
            </w:r>
            <w:proofErr w:type="spellEnd"/>
            <w:r w:rsidRPr="00874B8F">
              <w:rPr>
                <w:rFonts w:ascii="Times New Roman" w:eastAsia="Times New Roman" w:hAnsi="Times New Roman" w:cs="Times New Roman"/>
                <w:b/>
                <w:bCs/>
                <w:color w:val="000000"/>
                <w:w w:val="97"/>
              </w:rPr>
              <w:t xml:space="preserve"> </w:t>
            </w:r>
            <w:proofErr w:type="spellStart"/>
            <w:r w:rsidRPr="00874B8F">
              <w:rPr>
                <w:rFonts w:ascii="Times New Roman" w:eastAsia="Times New Roman" w:hAnsi="Times New Roman" w:cs="Times New Roman"/>
                <w:b/>
                <w:bCs/>
                <w:color w:val="000000"/>
                <w:w w:val="97"/>
              </w:rPr>
              <w:t>по</w:t>
            </w:r>
            <w:proofErr w:type="spellEnd"/>
            <w:r w:rsidRPr="00874B8F">
              <w:rPr>
                <w:rFonts w:ascii="Times New Roman" w:eastAsia="Times New Roman" w:hAnsi="Times New Roman" w:cs="Times New Roman"/>
                <w:b/>
                <w:bCs/>
                <w:color w:val="000000"/>
                <w:w w:val="97"/>
              </w:rPr>
              <w:t xml:space="preserve"> </w:t>
            </w:r>
            <w:proofErr w:type="spellStart"/>
            <w:r w:rsidRPr="00874B8F">
              <w:rPr>
                <w:rFonts w:ascii="Times New Roman" w:eastAsia="Times New Roman" w:hAnsi="Times New Roman" w:cs="Times New Roman"/>
                <w:b/>
                <w:bCs/>
                <w:color w:val="000000"/>
                <w:w w:val="97"/>
              </w:rPr>
              <w:t>разделу</w:t>
            </w:r>
            <w:proofErr w:type="spellEnd"/>
          </w:p>
        </w:tc>
        <w:tc>
          <w:tcPr>
            <w:tcW w:w="670" w:type="dxa"/>
            <w:tcBorders>
              <w:top w:val="single" w:sz="4" w:space="0" w:color="auto"/>
              <w:left w:val="single" w:sz="4" w:space="0" w:color="000000"/>
              <w:bottom w:val="single" w:sz="4" w:space="0" w:color="auto"/>
              <w:right w:val="single" w:sz="4" w:space="0" w:color="000000"/>
            </w:tcBorders>
            <w:tcMar>
              <w:left w:w="0" w:type="dxa"/>
              <w:right w:w="0" w:type="dxa"/>
            </w:tcMar>
          </w:tcPr>
          <w:p w:rsidR="00241EA6" w:rsidRPr="00874B8F" w:rsidRDefault="0048620C" w:rsidP="00874B8F">
            <w:pPr>
              <w:autoSpaceDE w:val="0"/>
              <w:autoSpaceDN w:val="0"/>
              <w:spacing w:before="78" w:after="0" w:line="230" w:lineRule="auto"/>
              <w:ind w:left="72"/>
              <w:jc w:val="center"/>
              <w:rPr>
                <w:rFonts w:ascii="Times New Roman" w:eastAsia="Times New Roman" w:hAnsi="Times New Roman" w:cs="Times New Roman"/>
                <w:b/>
                <w:bCs/>
                <w:color w:val="000000"/>
                <w:w w:val="97"/>
                <w:lang w:val="ru-RU"/>
              </w:rPr>
            </w:pPr>
            <w:r w:rsidRPr="00874B8F">
              <w:rPr>
                <w:rFonts w:ascii="Times New Roman" w:eastAsia="Times New Roman" w:hAnsi="Times New Roman" w:cs="Times New Roman"/>
                <w:b/>
                <w:bCs/>
                <w:color w:val="000000"/>
                <w:w w:val="97"/>
                <w:lang w:val="ru-RU"/>
              </w:rPr>
              <w:t>1</w:t>
            </w:r>
          </w:p>
        </w:tc>
        <w:tc>
          <w:tcPr>
            <w:tcW w:w="9252" w:type="dxa"/>
            <w:gridSpan w:val="5"/>
            <w:tcBorders>
              <w:top w:val="single" w:sz="4" w:space="0" w:color="auto"/>
              <w:left w:val="single" w:sz="4" w:space="0" w:color="000000"/>
              <w:bottom w:val="single" w:sz="4" w:space="0" w:color="auto"/>
              <w:right w:val="single" w:sz="4" w:space="0" w:color="000000"/>
            </w:tcBorders>
            <w:tcMar>
              <w:left w:w="0" w:type="dxa"/>
              <w:right w:w="0" w:type="dxa"/>
            </w:tcMar>
          </w:tcPr>
          <w:p w:rsidR="00241EA6" w:rsidRPr="00874B8F" w:rsidRDefault="00241EA6" w:rsidP="00241EA6">
            <w:pPr>
              <w:rPr>
                <w:rFonts w:ascii="Times New Roman" w:hAnsi="Times New Roman" w:cs="Times New Roman"/>
              </w:rPr>
            </w:pPr>
          </w:p>
        </w:tc>
      </w:tr>
      <w:tr w:rsidR="00E919C3" w:rsidRPr="00874B8F" w:rsidTr="00BD7113">
        <w:trPr>
          <w:trHeight w:hRule="exact" w:val="562"/>
        </w:trPr>
        <w:tc>
          <w:tcPr>
            <w:tcW w:w="15450" w:type="dxa"/>
            <w:gridSpan w:val="8"/>
            <w:tcBorders>
              <w:top w:val="single" w:sz="4" w:space="0" w:color="auto"/>
              <w:left w:val="single" w:sz="4" w:space="0" w:color="000000"/>
              <w:bottom w:val="single" w:sz="4" w:space="0" w:color="000000"/>
              <w:right w:val="single" w:sz="4" w:space="0" w:color="000000"/>
            </w:tcBorders>
            <w:tcMar>
              <w:left w:w="0" w:type="dxa"/>
              <w:right w:w="0" w:type="dxa"/>
            </w:tcMar>
          </w:tcPr>
          <w:p w:rsidR="00E919C3" w:rsidRPr="00874B8F" w:rsidRDefault="00E919C3" w:rsidP="00241EA6">
            <w:pPr>
              <w:rPr>
                <w:rFonts w:ascii="Times New Roman" w:hAnsi="Times New Roman" w:cs="Times New Roman"/>
              </w:rPr>
            </w:pPr>
            <w:proofErr w:type="spellStart"/>
            <w:r w:rsidRPr="00874B8F">
              <w:rPr>
                <w:rFonts w:ascii="Times New Roman" w:eastAsia="Times New Roman" w:hAnsi="Times New Roman" w:cs="Times New Roman"/>
                <w:b/>
                <w:bCs/>
                <w:lang w:eastAsia="ru-RU"/>
              </w:rPr>
              <w:t>Раздел</w:t>
            </w:r>
            <w:proofErr w:type="spellEnd"/>
            <w:r w:rsidRPr="00874B8F">
              <w:rPr>
                <w:rFonts w:ascii="Times New Roman" w:eastAsia="Times New Roman" w:hAnsi="Times New Roman" w:cs="Times New Roman"/>
                <w:b/>
                <w:bCs/>
                <w:lang w:eastAsia="ru-RU"/>
              </w:rPr>
              <w:t xml:space="preserve"> 2.</w:t>
            </w:r>
            <w:r w:rsidRPr="00874B8F">
              <w:rPr>
                <w:rFonts w:ascii="Times New Roman" w:eastAsia="Times New Roman" w:hAnsi="Times New Roman" w:cs="Times New Roman"/>
                <w:lang w:eastAsia="ru-RU"/>
              </w:rPr>
              <w:t xml:space="preserve"> </w:t>
            </w:r>
            <w:proofErr w:type="spellStart"/>
            <w:r w:rsidRPr="00874B8F">
              <w:rPr>
                <w:rFonts w:ascii="Times New Roman" w:eastAsia="Times New Roman" w:hAnsi="Times New Roman" w:cs="Times New Roman"/>
                <w:b/>
                <w:bCs/>
                <w:lang w:eastAsia="ru-RU"/>
              </w:rPr>
              <w:t>Спортивно-оздоровительная</w:t>
            </w:r>
            <w:proofErr w:type="spellEnd"/>
            <w:r w:rsidRPr="00874B8F">
              <w:rPr>
                <w:rFonts w:ascii="Times New Roman" w:eastAsia="Times New Roman" w:hAnsi="Times New Roman" w:cs="Times New Roman"/>
                <w:b/>
                <w:bCs/>
                <w:lang w:eastAsia="ru-RU"/>
              </w:rPr>
              <w:t xml:space="preserve"> </w:t>
            </w:r>
            <w:proofErr w:type="spellStart"/>
            <w:r w:rsidRPr="00874B8F">
              <w:rPr>
                <w:rFonts w:ascii="Times New Roman" w:eastAsia="Times New Roman" w:hAnsi="Times New Roman" w:cs="Times New Roman"/>
                <w:b/>
                <w:bCs/>
                <w:lang w:eastAsia="ru-RU"/>
              </w:rPr>
              <w:t>деятельность</w:t>
            </w:r>
            <w:proofErr w:type="spellEnd"/>
          </w:p>
        </w:tc>
      </w:tr>
      <w:tr w:rsidR="00BD7113" w:rsidRPr="00874B8F" w:rsidTr="00874B8F">
        <w:trPr>
          <w:trHeight w:hRule="exact" w:val="755"/>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BD7113" w:rsidRPr="00874B8F" w:rsidRDefault="00BD7113">
            <w:pPr>
              <w:autoSpaceDE w:val="0"/>
              <w:autoSpaceDN w:val="0"/>
              <w:spacing w:before="78" w:after="0" w:line="230" w:lineRule="auto"/>
              <w:jc w:val="center"/>
              <w:rPr>
                <w:rFonts w:ascii="Times New Roman" w:hAnsi="Times New Roman" w:cs="Times New Roman"/>
              </w:rPr>
            </w:pPr>
            <w:r w:rsidRPr="00874B8F">
              <w:rPr>
                <w:rFonts w:ascii="Times New Roman" w:eastAsia="Times New Roman" w:hAnsi="Times New Roman" w:cs="Times New Roman"/>
                <w:color w:val="000000"/>
                <w:w w:val="97"/>
                <w:lang w:val="ru-RU"/>
              </w:rPr>
              <w:t>2.1</w:t>
            </w:r>
            <w:r w:rsidRPr="00874B8F">
              <w:rPr>
                <w:rFonts w:ascii="Times New Roman" w:eastAsia="Times New Roman" w:hAnsi="Times New Roman" w:cs="Times New Roman"/>
                <w:color w:val="000000"/>
                <w:w w:val="97"/>
              </w:rPr>
              <w:t>.</w:t>
            </w:r>
          </w:p>
        </w:tc>
        <w:tc>
          <w:tcPr>
            <w:tcW w:w="5060" w:type="dxa"/>
            <w:tcBorders>
              <w:top w:val="single" w:sz="4" w:space="0" w:color="auto"/>
              <w:left w:val="single" w:sz="4" w:space="0" w:color="000000"/>
              <w:bottom w:val="single" w:sz="4" w:space="0" w:color="000000"/>
              <w:right w:val="single" w:sz="4" w:space="0" w:color="000000"/>
            </w:tcBorders>
            <w:tcMar>
              <w:left w:w="0" w:type="dxa"/>
              <w:right w:w="0" w:type="dxa"/>
            </w:tcMar>
          </w:tcPr>
          <w:p w:rsidR="00BD7113" w:rsidRPr="00874B8F" w:rsidRDefault="00BD7113">
            <w:pPr>
              <w:autoSpaceDE w:val="0"/>
              <w:autoSpaceDN w:val="0"/>
              <w:spacing w:before="78" w:after="0" w:line="230" w:lineRule="auto"/>
              <w:ind w:left="72"/>
              <w:rPr>
                <w:rFonts w:ascii="Times New Roman" w:hAnsi="Times New Roman" w:cs="Times New Roman"/>
                <w:lang w:val="ru-RU"/>
              </w:rPr>
            </w:pPr>
            <w:r w:rsidRPr="00874B8F">
              <w:rPr>
                <w:rFonts w:ascii="Times New Roman" w:eastAsia="Times New Roman" w:hAnsi="Times New Roman" w:cs="Times New Roman"/>
                <w:i/>
                <w:color w:val="000000"/>
                <w:w w:val="97"/>
                <w:lang w:val="ru-RU"/>
              </w:rPr>
              <w:t xml:space="preserve">Модуль «Гимнастика». </w:t>
            </w:r>
            <w:r w:rsidRPr="00874B8F">
              <w:rPr>
                <w:rFonts w:ascii="Times New Roman" w:eastAsia="Times New Roman" w:hAnsi="Times New Roman" w:cs="Times New Roman"/>
                <w:b/>
                <w:color w:val="000000"/>
                <w:w w:val="97"/>
                <w:lang w:val="ru-RU"/>
              </w:rPr>
              <w:t xml:space="preserve"> </w:t>
            </w:r>
          </w:p>
        </w:tc>
        <w:tc>
          <w:tcPr>
            <w:tcW w:w="670" w:type="dxa"/>
            <w:tcBorders>
              <w:top w:val="single" w:sz="4" w:space="0" w:color="000000"/>
              <w:left w:val="single" w:sz="4" w:space="0" w:color="000000"/>
              <w:bottom w:val="single" w:sz="4" w:space="0" w:color="000000"/>
              <w:right w:val="single" w:sz="4" w:space="0" w:color="000000"/>
            </w:tcBorders>
            <w:tcMar>
              <w:left w:w="0" w:type="dxa"/>
              <w:right w:w="0" w:type="dxa"/>
            </w:tcMar>
          </w:tcPr>
          <w:p w:rsidR="00BD7113" w:rsidRPr="00874B8F" w:rsidRDefault="00874B8F">
            <w:pPr>
              <w:autoSpaceDE w:val="0"/>
              <w:autoSpaceDN w:val="0"/>
              <w:spacing w:before="78" w:after="0" w:line="230" w:lineRule="auto"/>
              <w:ind w:left="72"/>
              <w:rPr>
                <w:rFonts w:ascii="Times New Roman" w:hAnsi="Times New Roman" w:cs="Times New Roman"/>
                <w:lang w:val="ru-RU"/>
              </w:rPr>
            </w:pPr>
            <w:r>
              <w:rPr>
                <w:rFonts w:ascii="Times New Roman" w:eastAsia="Times New Roman" w:hAnsi="Times New Roman" w:cs="Times New Roman"/>
                <w:color w:val="000000"/>
                <w:w w:val="97"/>
                <w:lang w:val="ru-RU"/>
              </w:rPr>
              <w:t xml:space="preserve">   8</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BD7113" w:rsidRPr="00874B8F" w:rsidRDefault="00BD7113" w:rsidP="0031794D">
            <w:pPr>
              <w:autoSpaceDE w:val="0"/>
              <w:autoSpaceDN w:val="0"/>
              <w:spacing w:before="78" w:after="0" w:line="230" w:lineRule="auto"/>
              <w:ind w:left="72"/>
              <w:jc w:val="center"/>
              <w:rPr>
                <w:rFonts w:ascii="Times New Roman" w:hAnsi="Times New Roman" w:cs="Times New Roman"/>
              </w:rPr>
            </w:pPr>
            <w:r w:rsidRPr="00874B8F">
              <w:rPr>
                <w:rFonts w:ascii="Times New Roman" w:eastAsia="Times New Roman" w:hAnsi="Times New Roman" w:cs="Times New Roman"/>
                <w:color w:val="000000"/>
                <w:w w:val="97"/>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BD7113" w:rsidRPr="00874B8F" w:rsidRDefault="00874B8F" w:rsidP="0031794D">
            <w:pPr>
              <w:autoSpaceDE w:val="0"/>
              <w:autoSpaceDN w:val="0"/>
              <w:spacing w:before="78" w:after="0" w:line="230" w:lineRule="auto"/>
              <w:ind w:left="72"/>
              <w:jc w:val="center"/>
              <w:rPr>
                <w:rFonts w:ascii="Times New Roman" w:hAnsi="Times New Roman" w:cs="Times New Roman"/>
                <w:lang w:val="ru-RU"/>
              </w:rPr>
            </w:pPr>
            <w:r>
              <w:rPr>
                <w:rFonts w:ascii="Times New Roman" w:eastAsia="Times New Roman" w:hAnsi="Times New Roman" w:cs="Times New Roman"/>
                <w:color w:val="000000"/>
                <w:w w:val="97"/>
                <w:lang w:val="ru-RU"/>
              </w:rPr>
              <w:t>8</w:t>
            </w:r>
          </w:p>
        </w:tc>
        <w:tc>
          <w:tcPr>
            <w:tcW w:w="2756" w:type="dxa"/>
            <w:tcBorders>
              <w:top w:val="single" w:sz="4" w:space="0" w:color="000000"/>
              <w:left w:val="single" w:sz="4" w:space="0" w:color="000000"/>
              <w:bottom w:val="single" w:sz="4" w:space="0" w:color="000000"/>
              <w:right w:val="single" w:sz="4" w:space="0" w:color="000000"/>
            </w:tcBorders>
            <w:tcMar>
              <w:left w:w="0" w:type="dxa"/>
              <w:right w:w="0" w:type="dxa"/>
            </w:tcMar>
          </w:tcPr>
          <w:p w:rsidR="00BD7113" w:rsidRPr="00874B8F" w:rsidRDefault="00BD7113">
            <w:pPr>
              <w:rPr>
                <w:rFonts w:ascii="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tcMar>
              <w:left w:w="0" w:type="dxa"/>
              <w:right w:w="0" w:type="dxa"/>
            </w:tcMar>
          </w:tcPr>
          <w:p w:rsidR="00BD7113" w:rsidRPr="00874B8F" w:rsidRDefault="00BD7113" w:rsidP="00BD7113">
            <w:pPr>
              <w:autoSpaceDE w:val="0"/>
              <w:autoSpaceDN w:val="0"/>
              <w:spacing w:before="78" w:after="0" w:line="245" w:lineRule="auto"/>
              <w:ind w:left="72"/>
              <w:jc w:val="center"/>
              <w:rPr>
                <w:rFonts w:ascii="Times New Roman" w:hAnsi="Times New Roman" w:cs="Times New Roman"/>
              </w:rPr>
            </w:pPr>
            <w:proofErr w:type="spellStart"/>
            <w:r w:rsidRPr="00874B8F">
              <w:rPr>
                <w:rFonts w:ascii="Times New Roman" w:eastAsia="Times New Roman" w:hAnsi="Times New Roman" w:cs="Times New Roman"/>
                <w:color w:val="000000"/>
                <w:w w:val="97"/>
              </w:rPr>
              <w:t>Практическая</w:t>
            </w:r>
            <w:proofErr w:type="spellEnd"/>
            <w:r w:rsidRPr="00874B8F">
              <w:rPr>
                <w:rFonts w:ascii="Times New Roman" w:eastAsia="Times New Roman" w:hAnsi="Times New Roman" w:cs="Times New Roman"/>
                <w:color w:val="000000"/>
                <w:w w:val="97"/>
              </w:rPr>
              <w:t xml:space="preserve"> </w:t>
            </w:r>
            <w:proofErr w:type="spellStart"/>
            <w:r w:rsidRPr="00874B8F">
              <w:rPr>
                <w:rFonts w:ascii="Times New Roman" w:eastAsia="Times New Roman" w:hAnsi="Times New Roman" w:cs="Times New Roman"/>
                <w:color w:val="000000"/>
                <w:w w:val="97"/>
              </w:rPr>
              <w:t>работа</w:t>
            </w:r>
            <w:proofErr w:type="spellEnd"/>
            <w:r w:rsidRPr="00874B8F">
              <w:rPr>
                <w:rFonts w:ascii="Times New Roman" w:eastAsia="Times New Roman" w:hAnsi="Times New Roman" w:cs="Times New Roman"/>
                <w:color w:val="000000"/>
                <w:w w:val="97"/>
              </w:rPr>
              <w:t>;</w:t>
            </w:r>
          </w:p>
        </w:tc>
        <w:tc>
          <w:tcPr>
            <w:tcW w:w="1984" w:type="dxa"/>
            <w:tcBorders>
              <w:top w:val="single" w:sz="4" w:space="0" w:color="000000"/>
              <w:left w:val="single" w:sz="4" w:space="0" w:color="000000"/>
              <w:bottom w:val="single" w:sz="4" w:space="0" w:color="000000"/>
              <w:right w:val="single" w:sz="4" w:space="0" w:color="000000"/>
            </w:tcBorders>
            <w:tcMar>
              <w:left w:w="0" w:type="dxa"/>
              <w:right w:w="0" w:type="dxa"/>
            </w:tcMar>
          </w:tcPr>
          <w:p w:rsidR="00BD7113" w:rsidRPr="00874B8F" w:rsidRDefault="00BD7113" w:rsidP="00BD7113">
            <w:pPr>
              <w:jc w:val="center"/>
              <w:rPr>
                <w:rFonts w:ascii="Times New Roman" w:hAnsi="Times New Roman" w:cs="Times New Roman"/>
              </w:rPr>
            </w:pPr>
            <w:r w:rsidRPr="00874B8F">
              <w:rPr>
                <w:rFonts w:ascii="Times New Roman" w:hAnsi="Times New Roman" w:cs="Times New Roman"/>
              </w:rPr>
              <w:t>resh.edu.ru</w:t>
            </w:r>
          </w:p>
        </w:tc>
      </w:tr>
      <w:tr w:rsidR="00E919C3" w:rsidRPr="00874B8F" w:rsidTr="00BD7113">
        <w:trPr>
          <w:trHeight w:hRule="exact" w:val="365"/>
        </w:trPr>
        <w:tc>
          <w:tcPr>
            <w:tcW w:w="5528" w:type="dxa"/>
            <w:gridSpan w:val="2"/>
            <w:tcBorders>
              <w:top w:val="single" w:sz="4" w:space="0" w:color="auto"/>
              <w:left w:val="single" w:sz="4" w:space="0" w:color="000000"/>
              <w:bottom w:val="single" w:sz="4" w:space="0" w:color="000000"/>
              <w:right w:val="single" w:sz="4" w:space="0" w:color="auto"/>
            </w:tcBorders>
            <w:tcMar>
              <w:left w:w="0" w:type="dxa"/>
              <w:right w:w="0" w:type="dxa"/>
            </w:tcMar>
          </w:tcPr>
          <w:p w:rsidR="00E919C3" w:rsidRPr="00874B8F" w:rsidRDefault="00E919C3" w:rsidP="00E919C3">
            <w:pPr>
              <w:rPr>
                <w:rFonts w:ascii="Times New Roman" w:hAnsi="Times New Roman" w:cs="Times New Roman"/>
                <w:lang w:val="ru-RU"/>
              </w:rPr>
            </w:pPr>
            <w:proofErr w:type="spellStart"/>
            <w:r w:rsidRPr="00874B8F">
              <w:rPr>
                <w:rFonts w:ascii="Times New Roman" w:eastAsia="Times New Roman" w:hAnsi="Times New Roman" w:cs="Times New Roman"/>
                <w:b/>
                <w:bCs/>
                <w:color w:val="000000"/>
                <w:w w:val="97"/>
              </w:rPr>
              <w:t>Итого</w:t>
            </w:r>
            <w:proofErr w:type="spellEnd"/>
            <w:r w:rsidRPr="00874B8F">
              <w:rPr>
                <w:rFonts w:ascii="Times New Roman" w:eastAsia="Times New Roman" w:hAnsi="Times New Roman" w:cs="Times New Roman"/>
                <w:b/>
                <w:bCs/>
                <w:color w:val="000000"/>
                <w:w w:val="97"/>
              </w:rPr>
              <w:t xml:space="preserve"> </w:t>
            </w:r>
            <w:proofErr w:type="spellStart"/>
            <w:r w:rsidRPr="00874B8F">
              <w:rPr>
                <w:rFonts w:ascii="Times New Roman" w:eastAsia="Times New Roman" w:hAnsi="Times New Roman" w:cs="Times New Roman"/>
                <w:b/>
                <w:bCs/>
                <w:color w:val="000000"/>
                <w:w w:val="97"/>
              </w:rPr>
              <w:t>по</w:t>
            </w:r>
            <w:proofErr w:type="spellEnd"/>
            <w:r w:rsidRPr="00874B8F">
              <w:rPr>
                <w:rFonts w:ascii="Times New Roman" w:eastAsia="Times New Roman" w:hAnsi="Times New Roman" w:cs="Times New Roman"/>
                <w:b/>
                <w:bCs/>
                <w:color w:val="000000"/>
                <w:w w:val="97"/>
              </w:rPr>
              <w:t xml:space="preserve"> </w:t>
            </w:r>
            <w:proofErr w:type="spellStart"/>
            <w:r w:rsidRPr="00874B8F">
              <w:rPr>
                <w:rFonts w:ascii="Times New Roman" w:eastAsia="Times New Roman" w:hAnsi="Times New Roman" w:cs="Times New Roman"/>
                <w:b/>
                <w:bCs/>
                <w:color w:val="000000"/>
                <w:w w:val="97"/>
              </w:rPr>
              <w:t>разделу</w:t>
            </w:r>
            <w:proofErr w:type="spellEnd"/>
          </w:p>
        </w:tc>
        <w:tc>
          <w:tcPr>
            <w:tcW w:w="670" w:type="dxa"/>
            <w:tcBorders>
              <w:top w:val="single" w:sz="4" w:space="0" w:color="auto"/>
              <w:left w:val="single" w:sz="4" w:space="0" w:color="000000"/>
              <w:bottom w:val="single" w:sz="4" w:space="0" w:color="000000"/>
              <w:right w:val="single" w:sz="4" w:space="0" w:color="auto"/>
            </w:tcBorders>
          </w:tcPr>
          <w:p w:rsidR="00E919C3" w:rsidRPr="00874B8F" w:rsidRDefault="00E919C3" w:rsidP="00874B8F">
            <w:pPr>
              <w:ind w:left="87"/>
              <w:jc w:val="center"/>
              <w:rPr>
                <w:rFonts w:ascii="Times New Roman" w:hAnsi="Times New Roman" w:cs="Times New Roman"/>
                <w:lang w:val="ru-RU"/>
              </w:rPr>
            </w:pPr>
            <w:r w:rsidRPr="00874B8F">
              <w:rPr>
                <w:rFonts w:ascii="Times New Roman" w:eastAsia="Times New Roman" w:hAnsi="Times New Roman" w:cs="Times New Roman"/>
                <w:b/>
                <w:bCs/>
                <w:color w:val="000000"/>
                <w:w w:val="97"/>
                <w:lang w:val="ru-RU"/>
              </w:rPr>
              <w:t>8</w:t>
            </w:r>
          </w:p>
        </w:tc>
        <w:tc>
          <w:tcPr>
            <w:tcW w:w="9252" w:type="dxa"/>
            <w:gridSpan w:val="5"/>
            <w:tcBorders>
              <w:top w:val="single" w:sz="4" w:space="0" w:color="auto"/>
              <w:left w:val="single" w:sz="4" w:space="0" w:color="auto"/>
              <w:bottom w:val="single" w:sz="4" w:space="0" w:color="000000"/>
              <w:right w:val="single" w:sz="4" w:space="0" w:color="000000"/>
            </w:tcBorders>
          </w:tcPr>
          <w:p w:rsidR="00E919C3" w:rsidRPr="00874B8F" w:rsidRDefault="00E919C3" w:rsidP="0031794D">
            <w:pPr>
              <w:jc w:val="center"/>
              <w:rPr>
                <w:rFonts w:ascii="Times New Roman" w:hAnsi="Times New Roman" w:cs="Times New Roman"/>
                <w:lang w:val="ru-RU"/>
              </w:rPr>
            </w:pPr>
          </w:p>
        </w:tc>
      </w:tr>
      <w:tr w:rsidR="00BD7113" w:rsidRPr="00874B8F" w:rsidTr="00874B8F">
        <w:trPr>
          <w:trHeight w:hRule="exact" w:val="771"/>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BD7113" w:rsidRPr="00874B8F" w:rsidRDefault="00BD7113">
            <w:pPr>
              <w:autoSpaceDE w:val="0"/>
              <w:autoSpaceDN w:val="0"/>
              <w:spacing w:before="78" w:after="0" w:line="230" w:lineRule="auto"/>
              <w:jc w:val="center"/>
              <w:rPr>
                <w:rFonts w:ascii="Times New Roman" w:hAnsi="Times New Roman" w:cs="Times New Roman"/>
              </w:rPr>
            </w:pPr>
            <w:r w:rsidRPr="00874B8F">
              <w:rPr>
                <w:rFonts w:ascii="Times New Roman" w:eastAsia="Times New Roman" w:hAnsi="Times New Roman" w:cs="Times New Roman"/>
                <w:color w:val="000000"/>
                <w:w w:val="97"/>
                <w:lang w:val="ru-RU"/>
              </w:rPr>
              <w:t>2</w:t>
            </w:r>
            <w:r w:rsidRPr="00874B8F">
              <w:rPr>
                <w:rFonts w:ascii="Times New Roman" w:eastAsia="Times New Roman" w:hAnsi="Times New Roman" w:cs="Times New Roman"/>
                <w:color w:val="000000"/>
                <w:w w:val="97"/>
              </w:rPr>
              <w:t>.</w:t>
            </w:r>
            <w:r w:rsidRPr="00874B8F">
              <w:rPr>
                <w:rFonts w:ascii="Times New Roman" w:eastAsia="Times New Roman" w:hAnsi="Times New Roman" w:cs="Times New Roman"/>
                <w:color w:val="000000"/>
                <w:w w:val="97"/>
                <w:lang w:val="ru-RU"/>
              </w:rPr>
              <w:t>4</w:t>
            </w:r>
            <w:r w:rsidRPr="00874B8F">
              <w:rPr>
                <w:rFonts w:ascii="Times New Roman" w:eastAsia="Times New Roman" w:hAnsi="Times New Roman" w:cs="Times New Roman"/>
                <w:color w:val="000000"/>
                <w:w w:val="97"/>
              </w:rPr>
              <w:t>.</w:t>
            </w:r>
          </w:p>
        </w:tc>
        <w:tc>
          <w:tcPr>
            <w:tcW w:w="5060" w:type="dxa"/>
            <w:tcBorders>
              <w:top w:val="single" w:sz="4" w:space="0" w:color="000000"/>
              <w:left w:val="single" w:sz="4" w:space="0" w:color="000000"/>
              <w:bottom w:val="single" w:sz="4" w:space="0" w:color="000000"/>
              <w:right w:val="single" w:sz="4" w:space="0" w:color="000000"/>
            </w:tcBorders>
            <w:tcMar>
              <w:left w:w="0" w:type="dxa"/>
              <w:right w:w="0" w:type="dxa"/>
            </w:tcMar>
          </w:tcPr>
          <w:p w:rsidR="00BD7113" w:rsidRPr="00874B8F" w:rsidRDefault="00BD7113">
            <w:pPr>
              <w:autoSpaceDE w:val="0"/>
              <w:autoSpaceDN w:val="0"/>
              <w:spacing w:before="78" w:after="0" w:line="230" w:lineRule="auto"/>
              <w:ind w:left="72"/>
              <w:rPr>
                <w:rFonts w:ascii="Times New Roman" w:hAnsi="Times New Roman" w:cs="Times New Roman"/>
                <w:lang w:val="ru-RU"/>
              </w:rPr>
            </w:pPr>
            <w:r w:rsidRPr="00874B8F">
              <w:rPr>
                <w:rFonts w:ascii="Times New Roman" w:eastAsia="Times New Roman" w:hAnsi="Times New Roman" w:cs="Times New Roman"/>
                <w:i/>
                <w:color w:val="000000"/>
                <w:w w:val="97"/>
                <w:lang w:val="ru-RU"/>
              </w:rPr>
              <w:t>Модуль «Лёгкая атлетика».</w:t>
            </w:r>
            <w:r w:rsidRPr="00874B8F">
              <w:rPr>
                <w:rFonts w:ascii="Times New Roman" w:eastAsia="Times New Roman" w:hAnsi="Times New Roman" w:cs="Times New Roman"/>
                <w:lang w:val="ru-RU" w:eastAsia="ru-RU"/>
              </w:rPr>
              <w:t xml:space="preserve"> </w:t>
            </w:r>
          </w:p>
        </w:tc>
        <w:tc>
          <w:tcPr>
            <w:tcW w:w="670" w:type="dxa"/>
            <w:tcBorders>
              <w:top w:val="single" w:sz="4" w:space="0" w:color="000000"/>
              <w:left w:val="single" w:sz="4" w:space="0" w:color="000000"/>
              <w:bottom w:val="single" w:sz="4" w:space="0" w:color="000000"/>
              <w:right w:val="single" w:sz="4" w:space="0" w:color="auto"/>
            </w:tcBorders>
            <w:tcMar>
              <w:left w:w="0" w:type="dxa"/>
              <w:right w:w="0" w:type="dxa"/>
            </w:tcMar>
          </w:tcPr>
          <w:p w:rsidR="00BD7113" w:rsidRPr="00874B8F" w:rsidRDefault="00874B8F" w:rsidP="00874B8F">
            <w:pPr>
              <w:autoSpaceDE w:val="0"/>
              <w:autoSpaceDN w:val="0"/>
              <w:spacing w:before="78" w:after="0" w:line="230" w:lineRule="auto"/>
              <w:ind w:left="72"/>
              <w:jc w:val="center"/>
              <w:rPr>
                <w:rFonts w:ascii="Times New Roman" w:hAnsi="Times New Roman" w:cs="Times New Roman"/>
                <w:lang w:val="ru-RU"/>
              </w:rPr>
            </w:pPr>
            <w:r>
              <w:rPr>
                <w:rFonts w:ascii="Times New Roman" w:hAnsi="Times New Roman" w:cs="Times New Roman"/>
                <w:lang w:val="ru-RU"/>
              </w:rPr>
              <w:t>10</w:t>
            </w:r>
          </w:p>
        </w:tc>
        <w:tc>
          <w:tcPr>
            <w:tcW w:w="1104" w:type="dxa"/>
            <w:tcBorders>
              <w:top w:val="single" w:sz="4" w:space="0" w:color="000000"/>
              <w:left w:val="single" w:sz="4" w:space="0" w:color="auto"/>
              <w:bottom w:val="single" w:sz="4" w:space="0" w:color="000000"/>
              <w:right w:val="single" w:sz="4" w:space="0" w:color="000000"/>
            </w:tcBorders>
            <w:tcMar>
              <w:left w:w="0" w:type="dxa"/>
              <w:right w:w="0" w:type="dxa"/>
            </w:tcMar>
          </w:tcPr>
          <w:p w:rsidR="00BD7113" w:rsidRPr="00874B8F" w:rsidRDefault="00BD7113" w:rsidP="00874B8F">
            <w:pPr>
              <w:autoSpaceDE w:val="0"/>
              <w:autoSpaceDN w:val="0"/>
              <w:spacing w:before="78" w:after="0" w:line="230" w:lineRule="auto"/>
              <w:ind w:left="72"/>
              <w:jc w:val="center"/>
              <w:rPr>
                <w:rFonts w:ascii="Times New Roman" w:hAnsi="Times New Roman" w:cs="Times New Roman"/>
              </w:rPr>
            </w:pPr>
            <w:r w:rsidRPr="00874B8F">
              <w:rPr>
                <w:rFonts w:ascii="Times New Roman" w:eastAsia="Times New Roman" w:hAnsi="Times New Roman" w:cs="Times New Roman"/>
                <w:color w:val="000000"/>
                <w:w w:val="97"/>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BD7113" w:rsidRPr="00874B8F" w:rsidRDefault="00874B8F" w:rsidP="00874B8F">
            <w:pPr>
              <w:autoSpaceDE w:val="0"/>
              <w:autoSpaceDN w:val="0"/>
              <w:spacing w:before="78" w:after="0" w:line="230" w:lineRule="auto"/>
              <w:ind w:left="72"/>
              <w:jc w:val="center"/>
              <w:rPr>
                <w:rFonts w:ascii="Times New Roman" w:hAnsi="Times New Roman" w:cs="Times New Roman"/>
                <w:lang w:val="ru-RU"/>
              </w:rPr>
            </w:pPr>
            <w:r>
              <w:rPr>
                <w:rFonts w:ascii="Times New Roman" w:eastAsia="Times New Roman" w:hAnsi="Times New Roman" w:cs="Times New Roman"/>
                <w:color w:val="000000"/>
                <w:w w:val="97"/>
                <w:lang w:val="ru-RU"/>
              </w:rPr>
              <w:t>10</w:t>
            </w:r>
          </w:p>
        </w:tc>
        <w:tc>
          <w:tcPr>
            <w:tcW w:w="2756" w:type="dxa"/>
            <w:tcBorders>
              <w:top w:val="single" w:sz="4" w:space="0" w:color="000000"/>
              <w:left w:val="single" w:sz="4" w:space="0" w:color="000000"/>
              <w:bottom w:val="single" w:sz="4" w:space="0" w:color="000000"/>
              <w:right w:val="single" w:sz="4" w:space="0" w:color="000000"/>
            </w:tcBorders>
            <w:tcMar>
              <w:left w:w="0" w:type="dxa"/>
              <w:right w:w="0" w:type="dxa"/>
            </w:tcMar>
          </w:tcPr>
          <w:p w:rsidR="00BD7113" w:rsidRPr="00874B8F" w:rsidRDefault="00BD7113">
            <w:pPr>
              <w:rPr>
                <w:rFonts w:ascii="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tcMar>
              <w:left w:w="0" w:type="dxa"/>
              <w:right w:w="0" w:type="dxa"/>
            </w:tcMar>
          </w:tcPr>
          <w:p w:rsidR="00BD7113" w:rsidRPr="00874B8F" w:rsidRDefault="00BD7113" w:rsidP="00BD7113">
            <w:pPr>
              <w:autoSpaceDE w:val="0"/>
              <w:autoSpaceDN w:val="0"/>
              <w:spacing w:before="78" w:after="0" w:line="245" w:lineRule="auto"/>
              <w:ind w:left="72"/>
              <w:jc w:val="center"/>
              <w:rPr>
                <w:rFonts w:ascii="Times New Roman" w:hAnsi="Times New Roman" w:cs="Times New Roman"/>
              </w:rPr>
            </w:pPr>
            <w:proofErr w:type="spellStart"/>
            <w:r w:rsidRPr="00874B8F">
              <w:rPr>
                <w:rFonts w:ascii="Times New Roman" w:eastAsia="Times New Roman" w:hAnsi="Times New Roman" w:cs="Times New Roman"/>
                <w:color w:val="000000"/>
                <w:w w:val="97"/>
              </w:rPr>
              <w:t>Практическая</w:t>
            </w:r>
            <w:proofErr w:type="spellEnd"/>
            <w:r w:rsidRPr="00874B8F">
              <w:rPr>
                <w:rFonts w:ascii="Times New Roman" w:eastAsia="Times New Roman" w:hAnsi="Times New Roman" w:cs="Times New Roman"/>
                <w:color w:val="000000"/>
                <w:w w:val="97"/>
              </w:rPr>
              <w:t xml:space="preserve"> </w:t>
            </w:r>
            <w:proofErr w:type="spellStart"/>
            <w:r w:rsidRPr="00874B8F">
              <w:rPr>
                <w:rFonts w:ascii="Times New Roman" w:eastAsia="Times New Roman" w:hAnsi="Times New Roman" w:cs="Times New Roman"/>
                <w:color w:val="000000"/>
                <w:w w:val="97"/>
              </w:rPr>
              <w:t>работа</w:t>
            </w:r>
            <w:proofErr w:type="spellEnd"/>
            <w:r w:rsidRPr="00874B8F">
              <w:rPr>
                <w:rFonts w:ascii="Times New Roman" w:eastAsia="Times New Roman" w:hAnsi="Times New Roman" w:cs="Times New Roman"/>
                <w:color w:val="000000"/>
                <w:w w:val="97"/>
              </w:rPr>
              <w:t>;</w:t>
            </w:r>
          </w:p>
        </w:tc>
        <w:tc>
          <w:tcPr>
            <w:tcW w:w="1984" w:type="dxa"/>
            <w:tcBorders>
              <w:top w:val="single" w:sz="4" w:space="0" w:color="auto"/>
              <w:left w:val="single" w:sz="4" w:space="0" w:color="000000"/>
              <w:bottom w:val="single" w:sz="4" w:space="0" w:color="000000"/>
              <w:right w:val="single" w:sz="4" w:space="0" w:color="000000"/>
            </w:tcBorders>
            <w:tcMar>
              <w:left w:w="0" w:type="dxa"/>
              <w:right w:w="0" w:type="dxa"/>
            </w:tcMar>
          </w:tcPr>
          <w:p w:rsidR="00BD7113" w:rsidRPr="00874B8F" w:rsidRDefault="00BD7113" w:rsidP="00BD7113">
            <w:pPr>
              <w:jc w:val="center"/>
              <w:rPr>
                <w:rFonts w:ascii="Times New Roman" w:hAnsi="Times New Roman" w:cs="Times New Roman"/>
              </w:rPr>
            </w:pPr>
            <w:r w:rsidRPr="00874B8F">
              <w:rPr>
                <w:rFonts w:ascii="Times New Roman" w:hAnsi="Times New Roman" w:cs="Times New Roman"/>
              </w:rPr>
              <w:t>resh.edu.ru</w:t>
            </w:r>
          </w:p>
        </w:tc>
      </w:tr>
      <w:tr w:rsidR="001307B8" w:rsidRPr="00874B8F" w:rsidTr="00874B8F">
        <w:trPr>
          <w:trHeight w:hRule="exact" w:val="333"/>
        </w:trPr>
        <w:tc>
          <w:tcPr>
            <w:tcW w:w="5528" w:type="dxa"/>
            <w:gridSpan w:val="2"/>
            <w:tcBorders>
              <w:top w:val="single" w:sz="4" w:space="0" w:color="auto"/>
              <w:left w:val="single" w:sz="4" w:space="0" w:color="000000"/>
              <w:bottom w:val="single" w:sz="4" w:space="0" w:color="000000"/>
              <w:right w:val="single" w:sz="4" w:space="0" w:color="000000"/>
            </w:tcBorders>
            <w:tcMar>
              <w:left w:w="0" w:type="dxa"/>
              <w:right w:w="0" w:type="dxa"/>
            </w:tcMar>
          </w:tcPr>
          <w:p w:rsidR="001307B8" w:rsidRPr="00874B8F" w:rsidRDefault="001307B8" w:rsidP="001307B8">
            <w:pPr>
              <w:autoSpaceDE w:val="0"/>
              <w:autoSpaceDN w:val="0"/>
              <w:spacing w:before="76" w:after="0" w:line="245" w:lineRule="auto"/>
              <w:ind w:left="72" w:right="288"/>
              <w:rPr>
                <w:rFonts w:ascii="Times New Roman" w:eastAsia="Times New Roman" w:hAnsi="Times New Roman" w:cs="Times New Roman"/>
                <w:i/>
                <w:color w:val="000000"/>
                <w:w w:val="97"/>
                <w:lang w:val="ru-RU"/>
              </w:rPr>
            </w:pPr>
            <w:proofErr w:type="spellStart"/>
            <w:r w:rsidRPr="00874B8F">
              <w:rPr>
                <w:rFonts w:ascii="Times New Roman" w:eastAsia="Times New Roman" w:hAnsi="Times New Roman" w:cs="Times New Roman"/>
                <w:b/>
                <w:bCs/>
                <w:color w:val="000000"/>
                <w:w w:val="97"/>
              </w:rPr>
              <w:t>Итого</w:t>
            </w:r>
            <w:proofErr w:type="spellEnd"/>
            <w:r w:rsidRPr="00874B8F">
              <w:rPr>
                <w:rFonts w:ascii="Times New Roman" w:eastAsia="Times New Roman" w:hAnsi="Times New Roman" w:cs="Times New Roman"/>
                <w:b/>
                <w:bCs/>
                <w:color w:val="000000"/>
                <w:w w:val="97"/>
              </w:rPr>
              <w:t xml:space="preserve"> </w:t>
            </w:r>
            <w:proofErr w:type="spellStart"/>
            <w:r w:rsidRPr="00874B8F">
              <w:rPr>
                <w:rFonts w:ascii="Times New Roman" w:eastAsia="Times New Roman" w:hAnsi="Times New Roman" w:cs="Times New Roman"/>
                <w:b/>
                <w:bCs/>
                <w:color w:val="000000"/>
                <w:w w:val="97"/>
              </w:rPr>
              <w:t>по</w:t>
            </w:r>
            <w:proofErr w:type="spellEnd"/>
            <w:r w:rsidRPr="00874B8F">
              <w:rPr>
                <w:rFonts w:ascii="Times New Roman" w:eastAsia="Times New Roman" w:hAnsi="Times New Roman" w:cs="Times New Roman"/>
                <w:b/>
                <w:bCs/>
                <w:color w:val="000000"/>
                <w:w w:val="97"/>
              </w:rPr>
              <w:t xml:space="preserve"> </w:t>
            </w:r>
            <w:proofErr w:type="spellStart"/>
            <w:r w:rsidRPr="00874B8F">
              <w:rPr>
                <w:rFonts w:ascii="Times New Roman" w:eastAsia="Times New Roman" w:hAnsi="Times New Roman" w:cs="Times New Roman"/>
                <w:b/>
                <w:bCs/>
                <w:color w:val="000000"/>
                <w:w w:val="97"/>
              </w:rPr>
              <w:t>разделу</w:t>
            </w:r>
            <w:proofErr w:type="spellEnd"/>
          </w:p>
        </w:tc>
        <w:tc>
          <w:tcPr>
            <w:tcW w:w="670" w:type="dxa"/>
            <w:tcBorders>
              <w:top w:val="single" w:sz="4" w:space="0" w:color="auto"/>
              <w:left w:val="single" w:sz="4" w:space="0" w:color="000000"/>
              <w:bottom w:val="single" w:sz="4" w:space="0" w:color="000000"/>
              <w:right w:val="single" w:sz="4" w:space="0" w:color="000000"/>
            </w:tcBorders>
            <w:tcMar>
              <w:left w:w="0" w:type="dxa"/>
              <w:right w:w="0" w:type="dxa"/>
            </w:tcMar>
          </w:tcPr>
          <w:p w:rsidR="001307B8" w:rsidRPr="00874B8F" w:rsidRDefault="001307B8" w:rsidP="00874B8F">
            <w:pPr>
              <w:autoSpaceDE w:val="0"/>
              <w:autoSpaceDN w:val="0"/>
              <w:spacing w:before="76" w:after="0" w:line="233" w:lineRule="auto"/>
              <w:ind w:left="72"/>
              <w:jc w:val="center"/>
              <w:rPr>
                <w:rFonts w:ascii="Times New Roman" w:eastAsia="Times New Roman" w:hAnsi="Times New Roman" w:cs="Times New Roman"/>
                <w:b/>
                <w:bCs/>
                <w:color w:val="000000"/>
                <w:w w:val="97"/>
                <w:lang w:val="ru-RU"/>
              </w:rPr>
            </w:pPr>
            <w:r w:rsidRPr="00874B8F">
              <w:rPr>
                <w:rFonts w:ascii="Times New Roman" w:eastAsia="Times New Roman" w:hAnsi="Times New Roman" w:cs="Times New Roman"/>
                <w:b/>
                <w:bCs/>
                <w:color w:val="000000"/>
                <w:w w:val="97"/>
                <w:lang w:val="ru-RU"/>
              </w:rPr>
              <w:t>10</w:t>
            </w:r>
          </w:p>
        </w:tc>
        <w:tc>
          <w:tcPr>
            <w:tcW w:w="5000" w:type="dxa"/>
            <w:gridSpan w:val="3"/>
            <w:tcBorders>
              <w:top w:val="single" w:sz="4" w:space="0" w:color="auto"/>
              <w:left w:val="single" w:sz="4" w:space="0" w:color="000000"/>
              <w:bottom w:val="single" w:sz="4" w:space="0" w:color="000000"/>
              <w:right w:val="single" w:sz="4" w:space="0" w:color="000000"/>
            </w:tcBorders>
            <w:tcMar>
              <w:left w:w="0" w:type="dxa"/>
              <w:right w:w="0" w:type="dxa"/>
            </w:tcMar>
          </w:tcPr>
          <w:p w:rsidR="001307B8" w:rsidRPr="00874B8F" w:rsidRDefault="001307B8" w:rsidP="001307B8">
            <w:pPr>
              <w:autoSpaceDE w:val="0"/>
              <w:autoSpaceDN w:val="0"/>
              <w:spacing w:before="76" w:after="0" w:line="250" w:lineRule="auto"/>
              <w:ind w:left="72" w:right="144"/>
              <w:rPr>
                <w:rFonts w:ascii="Times New Roman" w:eastAsia="Times New Roman" w:hAnsi="Times New Roman" w:cs="Times New Roman"/>
                <w:color w:val="000000"/>
                <w:w w:val="97"/>
                <w:lang w:val="ru-RU"/>
              </w:rPr>
            </w:pPr>
          </w:p>
        </w:tc>
        <w:tc>
          <w:tcPr>
            <w:tcW w:w="2268" w:type="dxa"/>
            <w:tcBorders>
              <w:top w:val="single" w:sz="4" w:space="0" w:color="auto"/>
              <w:left w:val="single" w:sz="4" w:space="0" w:color="000000"/>
              <w:bottom w:val="single" w:sz="4" w:space="0" w:color="000000"/>
              <w:right w:val="single" w:sz="4" w:space="0" w:color="000000"/>
            </w:tcBorders>
            <w:tcMar>
              <w:left w:w="0" w:type="dxa"/>
              <w:right w:w="0" w:type="dxa"/>
            </w:tcMar>
          </w:tcPr>
          <w:p w:rsidR="001307B8" w:rsidRPr="00874B8F" w:rsidRDefault="001307B8" w:rsidP="001307B8">
            <w:pPr>
              <w:autoSpaceDE w:val="0"/>
              <w:autoSpaceDN w:val="0"/>
              <w:spacing w:before="76" w:after="0" w:line="245" w:lineRule="auto"/>
              <w:ind w:left="72"/>
              <w:rPr>
                <w:rFonts w:ascii="Times New Roman" w:eastAsia="Times New Roman" w:hAnsi="Times New Roman" w:cs="Times New Roman"/>
                <w:color w:val="000000"/>
                <w:w w:val="97"/>
              </w:rPr>
            </w:pPr>
          </w:p>
        </w:tc>
        <w:tc>
          <w:tcPr>
            <w:tcW w:w="1984" w:type="dxa"/>
            <w:tcBorders>
              <w:top w:val="single" w:sz="4" w:space="0" w:color="auto"/>
              <w:left w:val="single" w:sz="4" w:space="0" w:color="000000"/>
              <w:bottom w:val="single" w:sz="4" w:space="0" w:color="000000"/>
              <w:right w:val="single" w:sz="4" w:space="0" w:color="000000"/>
            </w:tcBorders>
            <w:tcMar>
              <w:left w:w="0" w:type="dxa"/>
              <w:right w:w="0" w:type="dxa"/>
            </w:tcMar>
          </w:tcPr>
          <w:p w:rsidR="001307B8" w:rsidRPr="00874B8F" w:rsidRDefault="001307B8" w:rsidP="001307B8">
            <w:pPr>
              <w:rPr>
                <w:rFonts w:ascii="Times New Roman" w:hAnsi="Times New Roman" w:cs="Times New Roman"/>
              </w:rPr>
            </w:pPr>
          </w:p>
        </w:tc>
      </w:tr>
    </w:tbl>
    <w:p w:rsidR="005353D2" w:rsidRPr="00874B8F" w:rsidRDefault="005353D2">
      <w:pPr>
        <w:autoSpaceDE w:val="0"/>
        <w:autoSpaceDN w:val="0"/>
        <w:spacing w:after="0" w:line="14" w:lineRule="exact"/>
        <w:rPr>
          <w:rFonts w:ascii="Times New Roman" w:hAnsi="Times New Roman" w:cs="Times New Roman"/>
        </w:rPr>
      </w:pPr>
    </w:p>
    <w:p w:rsidR="005353D2" w:rsidRPr="00874B8F" w:rsidRDefault="005353D2">
      <w:pPr>
        <w:rPr>
          <w:rFonts w:ascii="Times New Roman" w:hAnsi="Times New Roman" w:cs="Times New Roman"/>
        </w:rPr>
        <w:sectPr w:rsidR="005353D2" w:rsidRPr="00874B8F">
          <w:pgSz w:w="16840" w:h="11900"/>
          <w:pgMar w:top="284" w:right="640" w:bottom="478" w:left="666" w:header="720" w:footer="720" w:gutter="0"/>
          <w:cols w:space="720" w:equalWidth="0">
            <w:col w:w="15534" w:space="0"/>
          </w:cols>
          <w:docGrid w:linePitch="360"/>
        </w:sectPr>
      </w:pPr>
    </w:p>
    <w:p w:rsidR="005353D2" w:rsidRPr="00874B8F" w:rsidRDefault="005353D2">
      <w:pPr>
        <w:autoSpaceDE w:val="0"/>
        <w:autoSpaceDN w:val="0"/>
        <w:spacing w:after="66" w:line="220" w:lineRule="exact"/>
        <w:rPr>
          <w:rFonts w:ascii="Times New Roman" w:hAnsi="Times New Roman" w:cs="Times New Roman"/>
        </w:rPr>
      </w:pPr>
    </w:p>
    <w:tbl>
      <w:tblPr>
        <w:tblW w:w="0" w:type="auto"/>
        <w:tblInd w:w="6" w:type="dxa"/>
        <w:tblLayout w:type="fixed"/>
        <w:tblLook w:val="04A0" w:firstRow="1" w:lastRow="0" w:firstColumn="1" w:lastColumn="0" w:noHBand="0" w:noVBand="1"/>
      </w:tblPr>
      <w:tblGrid>
        <w:gridCol w:w="468"/>
        <w:gridCol w:w="5200"/>
        <w:gridCol w:w="528"/>
        <w:gridCol w:w="1104"/>
        <w:gridCol w:w="1140"/>
        <w:gridCol w:w="2758"/>
        <w:gridCol w:w="2268"/>
        <w:gridCol w:w="1984"/>
      </w:tblGrid>
      <w:tr w:rsidR="00BD7113" w:rsidRPr="00874B8F" w:rsidTr="00874B8F">
        <w:trPr>
          <w:trHeight w:hRule="exact" w:val="639"/>
        </w:trPr>
        <w:tc>
          <w:tcPr>
            <w:tcW w:w="468" w:type="dxa"/>
            <w:tcBorders>
              <w:top w:val="single" w:sz="4" w:space="0" w:color="000000"/>
              <w:left w:val="single" w:sz="4" w:space="0" w:color="000000"/>
              <w:bottom w:val="single" w:sz="5" w:space="0" w:color="000000"/>
              <w:right w:val="single" w:sz="4" w:space="0" w:color="000000"/>
            </w:tcBorders>
            <w:tcMar>
              <w:left w:w="0" w:type="dxa"/>
              <w:right w:w="0" w:type="dxa"/>
            </w:tcMar>
          </w:tcPr>
          <w:p w:rsidR="00BD7113" w:rsidRPr="00874B8F" w:rsidRDefault="00BD7113">
            <w:pPr>
              <w:autoSpaceDE w:val="0"/>
              <w:autoSpaceDN w:val="0"/>
              <w:spacing w:before="78" w:after="0" w:line="230" w:lineRule="auto"/>
              <w:jc w:val="center"/>
              <w:rPr>
                <w:rFonts w:ascii="Times New Roman" w:hAnsi="Times New Roman" w:cs="Times New Roman"/>
              </w:rPr>
            </w:pPr>
            <w:r w:rsidRPr="00874B8F">
              <w:rPr>
                <w:rFonts w:ascii="Times New Roman" w:eastAsia="Times New Roman" w:hAnsi="Times New Roman" w:cs="Times New Roman"/>
                <w:color w:val="000000"/>
                <w:w w:val="97"/>
                <w:lang w:val="ru-RU"/>
              </w:rPr>
              <w:t>2</w:t>
            </w:r>
            <w:r w:rsidRPr="00874B8F">
              <w:rPr>
                <w:rFonts w:ascii="Times New Roman" w:eastAsia="Times New Roman" w:hAnsi="Times New Roman" w:cs="Times New Roman"/>
                <w:color w:val="000000"/>
                <w:w w:val="97"/>
              </w:rPr>
              <w:t>.</w:t>
            </w:r>
            <w:r w:rsidRPr="00874B8F">
              <w:rPr>
                <w:rFonts w:ascii="Times New Roman" w:eastAsia="Times New Roman" w:hAnsi="Times New Roman" w:cs="Times New Roman"/>
                <w:color w:val="000000"/>
                <w:w w:val="97"/>
                <w:lang w:val="ru-RU"/>
              </w:rPr>
              <w:t>9</w:t>
            </w:r>
            <w:r w:rsidRPr="00874B8F">
              <w:rPr>
                <w:rFonts w:ascii="Times New Roman" w:eastAsia="Times New Roman" w:hAnsi="Times New Roman" w:cs="Times New Roman"/>
                <w:color w:val="000000"/>
                <w:w w:val="97"/>
              </w:rPr>
              <w:t>.</w:t>
            </w:r>
          </w:p>
        </w:tc>
        <w:tc>
          <w:tcPr>
            <w:tcW w:w="5200" w:type="dxa"/>
            <w:tcBorders>
              <w:top w:val="single" w:sz="4" w:space="0" w:color="000000"/>
              <w:left w:val="single" w:sz="4" w:space="0" w:color="000000"/>
              <w:bottom w:val="single" w:sz="5" w:space="0" w:color="000000"/>
              <w:right w:val="single" w:sz="4" w:space="0" w:color="000000"/>
            </w:tcBorders>
            <w:tcMar>
              <w:left w:w="0" w:type="dxa"/>
              <w:right w:w="0" w:type="dxa"/>
            </w:tcMar>
          </w:tcPr>
          <w:p w:rsidR="00BD7113" w:rsidRPr="00874B8F" w:rsidRDefault="00BD7113">
            <w:pPr>
              <w:autoSpaceDE w:val="0"/>
              <w:autoSpaceDN w:val="0"/>
              <w:spacing w:before="78" w:after="0" w:line="245" w:lineRule="auto"/>
              <w:ind w:left="72" w:right="720"/>
              <w:rPr>
                <w:rFonts w:ascii="Times New Roman" w:hAnsi="Times New Roman" w:cs="Times New Roman"/>
                <w:lang w:val="ru-RU"/>
              </w:rPr>
            </w:pPr>
            <w:r w:rsidRPr="00874B8F">
              <w:rPr>
                <w:rFonts w:ascii="Times New Roman" w:eastAsia="Times New Roman" w:hAnsi="Times New Roman" w:cs="Times New Roman"/>
                <w:color w:val="000000"/>
                <w:w w:val="97"/>
                <w:lang w:val="ru-RU"/>
              </w:rPr>
              <w:t xml:space="preserve">Модуль «Зимние виды спорта». </w:t>
            </w:r>
          </w:p>
        </w:tc>
        <w:tc>
          <w:tcPr>
            <w:tcW w:w="528" w:type="dxa"/>
            <w:tcBorders>
              <w:top w:val="single" w:sz="4" w:space="0" w:color="000000"/>
              <w:left w:val="single" w:sz="4" w:space="0" w:color="000000"/>
              <w:bottom w:val="single" w:sz="5" w:space="0" w:color="000000"/>
              <w:right w:val="single" w:sz="4" w:space="0" w:color="000000"/>
            </w:tcBorders>
            <w:tcMar>
              <w:left w:w="0" w:type="dxa"/>
              <w:right w:w="0" w:type="dxa"/>
            </w:tcMar>
          </w:tcPr>
          <w:p w:rsidR="00BD7113" w:rsidRPr="00874B8F" w:rsidRDefault="00874B8F">
            <w:pPr>
              <w:autoSpaceDE w:val="0"/>
              <w:autoSpaceDN w:val="0"/>
              <w:spacing w:before="78" w:after="0" w:line="230" w:lineRule="auto"/>
              <w:ind w:left="72"/>
              <w:rPr>
                <w:rFonts w:ascii="Times New Roman" w:hAnsi="Times New Roman" w:cs="Times New Roman"/>
                <w:lang w:val="ru-RU"/>
              </w:rPr>
            </w:pPr>
            <w:r>
              <w:rPr>
                <w:rFonts w:ascii="Times New Roman" w:eastAsia="Times New Roman" w:hAnsi="Times New Roman" w:cs="Times New Roman"/>
                <w:color w:val="000000"/>
                <w:w w:val="97"/>
                <w:lang w:val="ru-RU"/>
              </w:rPr>
              <w:t>10</w:t>
            </w:r>
          </w:p>
        </w:tc>
        <w:tc>
          <w:tcPr>
            <w:tcW w:w="1104" w:type="dxa"/>
            <w:tcBorders>
              <w:top w:val="single" w:sz="4" w:space="0" w:color="000000"/>
              <w:left w:val="single" w:sz="4" w:space="0" w:color="000000"/>
              <w:bottom w:val="single" w:sz="5" w:space="0" w:color="000000"/>
              <w:right w:val="single" w:sz="4" w:space="0" w:color="000000"/>
            </w:tcBorders>
            <w:tcMar>
              <w:left w:w="0" w:type="dxa"/>
              <w:right w:w="0" w:type="dxa"/>
            </w:tcMar>
          </w:tcPr>
          <w:p w:rsidR="00BD7113" w:rsidRPr="00874B8F" w:rsidRDefault="00BD7113" w:rsidP="0031794D">
            <w:pPr>
              <w:autoSpaceDE w:val="0"/>
              <w:autoSpaceDN w:val="0"/>
              <w:spacing w:before="78" w:after="0" w:line="230" w:lineRule="auto"/>
              <w:ind w:left="72"/>
              <w:jc w:val="center"/>
              <w:rPr>
                <w:rFonts w:ascii="Times New Roman" w:hAnsi="Times New Roman" w:cs="Times New Roman"/>
              </w:rPr>
            </w:pPr>
            <w:r w:rsidRPr="00874B8F">
              <w:rPr>
                <w:rFonts w:ascii="Times New Roman" w:eastAsia="Times New Roman" w:hAnsi="Times New Roman" w:cs="Times New Roman"/>
                <w:color w:val="000000"/>
                <w:w w:val="97"/>
              </w:rPr>
              <w:t>0</w:t>
            </w:r>
          </w:p>
        </w:tc>
        <w:tc>
          <w:tcPr>
            <w:tcW w:w="1140" w:type="dxa"/>
            <w:tcBorders>
              <w:top w:val="single" w:sz="4" w:space="0" w:color="000000"/>
              <w:left w:val="single" w:sz="4" w:space="0" w:color="000000"/>
              <w:bottom w:val="single" w:sz="5" w:space="0" w:color="000000"/>
              <w:right w:val="single" w:sz="4" w:space="0" w:color="000000"/>
            </w:tcBorders>
            <w:tcMar>
              <w:left w:w="0" w:type="dxa"/>
              <w:right w:w="0" w:type="dxa"/>
            </w:tcMar>
          </w:tcPr>
          <w:p w:rsidR="00BD7113" w:rsidRPr="00874B8F" w:rsidRDefault="00874B8F" w:rsidP="0031794D">
            <w:pPr>
              <w:autoSpaceDE w:val="0"/>
              <w:autoSpaceDN w:val="0"/>
              <w:spacing w:before="78" w:after="0" w:line="230" w:lineRule="auto"/>
              <w:ind w:left="72"/>
              <w:jc w:val="center"/>
              <w:rPr>
                <w:rFonts w:ascii="Times New Roman" w:hAnsi="Times New Roman" w:cs="Times New Roman"/>
                <w:lang w:val="ru-RU"/>
              </w:rPr>
            </w:pPr>
            <w:r>
              <w:rPr>
                <w:rFonts w:ascii="Times New Roman" w:eastAsia="Times New Roman" w:hAnsi="Times New Roman" w:cs="Times New Roman"/>
                <w:color w:val="000000"/>
                <w:w w:val="97"/>
                <w:lang w:val="ru-RU"/>
              </w:rPr>
              <w:t>10</w:t>
            </w:r>
          </w:p>
        </w:tc>
        <w:tc>
          <w:tcPr>
            <w:tcW w:w="2758" w:type="dxa"/>
            <w:tcBorders>
              <w:top w:val="single" w:sz="4" w:space="0" w:color="000000"/>
              <w:left w:val="single" w:sz="4" w:space="0" w:color="000000"/>
              <w:bottom w:val="single" w:sz="5" w:space="0" w:color="000000"/>
              <w:right w:val="single" w:sz="4" w:space="0" w:color="000000"/>
            </w:tcBorders>
            <w:tcMar>
              <w:left w:w="0" w:type="dxa"/>
              <w:right w:w="0" w:type="dxa"/>
            </w:tcMar>
          </w:tcPr>
          <w:p w:rsidR="00BD7113" w:rsidRPr="00874B8F" w:rsidRDefault="00BD7113">
            <w:pPr>
              <w:rPr>
                <w:rFonts w:ascii="Times New Roman" w:hAnsi="Times New Roman" w:cs="Times New Roman"/>
              </w:rPr>
            </w:pPr>
          </w:p>
        </w:tc>
        <w:tc>
          <w:tcPr>
            <w:tcW w:w="2268" w:type="dxa"/>
            <w:tcBorders>
              <w:top w:val="single" w:sz="4" w:space="0" w:color="000000"/>
              <w:left w:val="single" w:sz="4" w:space="0" w:color="000000"/>
              <w:bottom w:val="single" w:sz="5" w:space="0" w:color="000000"/>
              <w:right w:val="single" w:sz="4" w:space="0" w:color="000000"/>
            </w:tcBorders>
            <w:tcMar>
              <w:left w:w="0" w:type="dxa"/>
              <w:right w:w="0" w:type="dxa"/>
            </w:tcMar>
          </w:tcPr>
          <w:p w:rsidR="00BD7113" w:rsidRPr="00874B8F" w:rsidRDefault="00BD7113" w:rsidP="00BD7113">
            <w:pPr>
              <w:autoSpaceDE w:val="0"/>
              <w:autoSpaceDN w:val="0"/>
              <w:spacing w:before="78" w:after="0" w:line="245" w:lineRule="auto"/>
              <w:ind w:left="72"/>
              <w:jc w:val="center"/>
              <w:rPr>
                <w:rFonts w:ascii="Times New Roman" w:hAnsi="Times New Roman" w:cs="Times New Roman"/>
              </w:rPr>
            </w:pPr>
            <w:proofErr w:type="spellStart"/>
            <w:r w:rsidRPr="00874B8F">
              <w:rPr>
                <w:rFonts w:ascii="Times New Roman" w:eastAsia="Times New Roman" w:hAnsi="Times New Roman" w:cs="Times New Roman"/>
                <w:color w:val="000000"/>
                <w:w w:val="97"/>
              </w:rPr>
              <w:t>Практическая</w:t>
            </w:r>
            <w:proofErr w:type="spellEnd"/>
            <w:r w:rsidRPr="00874B8F">
              <w:rPr>
                <w:rFonts w:ascii="Times New Roman" w:eastAsia="Times New Roman" w:hAnsi="Times New Roman" w:cs="Times New Roman"/>
                <w:color w:val="000000"/>
                <w:w w:val="97"/>
              </w:rPr>
              <w:t xml:space="preserve"> </w:t>
            </w:r>
            <w:proofErr w:type="spellStart"/>
            <w:r w:rsidRPr="00874B8F">
              <w:rPr>
                <w:rFonts w:ascii="Times New Roman" w:eastAsia="Times New Roman" w:hAnsi="Times New Roman" w:cs="Times New Roman"/>
                <w:color w:val="000000"/>
                <w:w w:val="97"/>
              </w:rPr>
              <w:t>работа</w:t>
            </w:r>
            <w:proofErr w:type="spellEnd"/>
            <w:r w:rsidRPr="00874B8F">
              <w:rPr>
                <w:rFonts w:ascii="Times New Roman" w:eastAsia="Times New Roman" w:hAnsi="Times New Roman" w:cs="Times New Roman"/>
                <w:color w:val="000000"/>
                <w:w w:val="97"/>
              </w:rPr>
              <w:t>;</w:t>
            </w:r>
          </w:p>
        </w:tc>
        <w:tc>
          <w:tcPr>
            <w:tcW w:w="1984" w:type="dxa"/>
            <w:tcBorders>
              <w:top w:val="single" w:sz="4" w:space="0" w:color="000000"/>
              <w:left w:val="single" w:sz="4" w:space="0" w:color="000000"/>
              <w:bottom w:val="single" w:sz="5" w:space="0" w:color="000000"/>
              <w:right w:val="single" w:sz="4" w:space="0" w:color="000000"/>
            </w:tcBorders>
            <w:tcMar>
              <w:left w:w="0" w:type="dxa"/>
              <w:right w:w="0" w:type="dxa"/>
            </w:tcMar>
          </w:tcPr>
          <w:p w:rsidR="00BD7113" w:rsidRPr="00874B8F" w:rsidRDefault="00BD7113" w:rsidP="00BD7113">
            <w:pPr>
              <w:jc w:val="center"/>
              <w:rPr>
                <w:rFonts w:ascii="Times New Roman" w:hAnsi="Times New Roman" w:cs="Times New Roman"/>
              </w:rPr>
            </w:pPr>
            <w:r w:rsidRPr="00874B8F">
              <w:rPr>
                <w:rFonts w:ascii="Times New Roman" w:hAnsi="Times New Roman" w:cs="Times New Roman"/>
              </w:rPr>
              <w:t>resh.edu.ru</w:t>
            </w:r>
          </w:p>
        </w:tc>
      </w:tr>
      <w:tr w:rsidR="001307B8" w:rsidRPr="00874B8F" w:rsidTr="00874B8F">
        <w:trPr>
          <w:trHeight w:hRule="exact" w:val="565"/>
        </w:trPr>
        <w:tc>
          <w:tcPr>
            <w:tcW w:w="5668" w:type="dxa"/>
            <w:gridSpan w:val="2"/>
            <w:tcBorders>
              <w:top w:val="single" w:sz="4" w:space="0" w:color="auto"/>
              <w:left w:val="single" w:sz="4" w:space="0" w:color="000000"/>
              <w:bottom w:val="single" w:sz="4" w:space="0" w:color="000000"/>
              <w:right w:val="single" w:sz="4" w:space="0" w:color="000000"/>
            </w:tcBorders>
            <w:tcMar>
              <w:left w:w="0" w:type="dxa"/>
              <w:right w:w="0" w:type="dxa"/>
            </w:tcMar>
          </w:tcPr>
          <w:p w:rsidR="001307B8" w:rsidRPr="00874B8F" w:rsidRDefault="001307B8" w:rsidP="001307B8">
            <w:pPr>
              <w:autoSpaceDE w:val="0"/>
              <w:autoSpaceDN w:val="0"/>
              <w:spacing w:before="76" w:after="0" w:line="233" w:lineRule="auto"/>
              <w:rPr>
                <w:rFonts w:ascii="Times New Roman" w:eastAsia="Times New Roman" w:hAnsi="Times New Roman" w:cs="Times New Roman"/>
                <w:color w:val="000000"/>
                <w:w w:val="97"/>
                <w:lang w:val="ru-RU"/>
              </w:rPr>
            </w:pPr>
            <w:proofErr w:type="spellStart"/>
            <w:r w:rsidRPr="00874B8F">
              <w:rPr>
                <w:rFonts w:ascii="Times New Roman" w:eastAsia="Times New Roman" w:hAnsi="Times New Roman" w:cs="Times New Roman"/>
                <w:b/>
                <w:bCs/>
                <w:color w:val="000000"/>
                <w:w w:val="97"/>
              </w:rPr>
              <w:t>Итого</w:t>
            </w:r>
            <w:proofErr w:type="spellEnd"/>
            <w:r w:rsidRPr="00874B8F">
              <w:rPr>
                <w:rFonts w:ascii="Times New Roman" w:eastAsia="Times New Roman" w:hAnsi="Times New Roman" w:cs="Times New Roman"/>
                <w:b/>
                <w:bCs/>
                <w:color w:val="000000"/>
                <w:w w:val="97"/>
              </w:rPr>
              <w:t xml:space="preserve"> </w:t>
            </w:r>
            <w:proofErr w:type="spellStart"/>
            <w:r w:rsidRPr="00874B8F">
              <w:rPr>
                <w:rFonts w:ascii="Times New Roman" w:eastAsia="Times New Roman" w:hAnsi="Times New Roman" w:cs="Times New Roman"/>
                <w:b/>
                <w:bCs/>
                <w:color w:val="000000"/>
                <w:w w:val="97"/>
              </w:rPr>
              <w:t>по</w:t>
            </w:r>
            <w:proofErr w:type="spellEnd"/>
            <w:r w:rsidRPr="00874B8F">
              <w:rPr>
                <w:rFonts w:ascii="Times New Roman" w:eastAsia="Times New Roman" w:hAnsi="Times New Roman" w:cs="Times New Roman"/>
                <w:b/>
                <w:bCs/>
                <w:color w:val="000000"/>
                <w:w w:val="97"/>
              </w:rPr>
              <w:t xml:space="preserve"> </w:t>
            </w:r>
            <w:proofErr w:type="spellStart"/>
            <w:r w:rsidRPr="00874B8F">
              <w:rPr>
                <w:rFonts w:ascii="Times New Roman" w:eastAsia="Times New Roman" w:hAnsi="Times New Roman" w:cs="Times New Roman"/>
                <w:b/>
                <w:bCs/>
                <w:color w:val="000000"/>
                <w:w w:val="97"/>
              </w:rPr>
              <w:t>разделу</w:t>
            </w:r>
            <w:proofErr w:type="spellEnd"/>
          </w:p>
        </w:tc>
        <w:tc>
          <w:tcPr>
            <w:tcW w:w="528" w:type="dxa"/>
            <w:tcBorders>
              <w:top w:val="single" w:sz="4" w:space="0" w:color="auto"/>
              <w:left w:val="single" w:sz="4" w:space="0" w:color="000000"/>
              <w:bottom w:val="single" w:sz="4" w:space="0" w:color="000000"/>
              <w:right w:val="single" w:sz="4" w:space="0" w:color="000000"/>
            </w:tcBorders>
            <w:tcMar>
              <w:left w:w="0" w:type="dxa"/>
              <w:right w:w="0" w:type="dxa"/>
            </w:tcMar>
          </w:tcPr>
          <w:p w:rsidR="001307B8" w:rsidRPr="00874B8F" w:rsidRDefault="001307B8" w:rsidP="001307B8">
            <w:pPr>
              <w:autoSpaceDE w:val="0"/>
              <w:autoSpaceDN w:val="0"/>
              <w:spacing w:before="76" w:after="0" w:line="233" w:lineRule="auto"/>
              <w:ind w:left="72"/>
              <w:rPr>
                <w:rFonts w:ascii="Times New Roman" w:eastAsia="Times New Roman" w:hAnsi="Times New Roman" w:cs="Times New Roman"/>
                <w:b/>
                <w:bCs/>
                <w:color w:val="000000"/>
                <w:w w:val="97"/>
                <w:lang w:val="ru-RU"/>
              </w:rPr>
            </w:pPr>
            <w:r w:rsidRPr="00874B8F">
              <w:rPr>
                <w:rFonts w:ascii="Times New Roman" w:eastAsia="Times New Roman" w:hAnsi="Times New Roman" w:cs="Times New Roman"/>
                <w:b/>
                <w:bCs/>
                <w:color w:val="000000"/>
                <w:w w:val="97"/>
                <w:lang w:val="ru-RU"/>
              </w:rPr>
              <w:t>10</w:t>
            </w:r>
          </w:p>
        </w:tc>
        <w:tc>
          <w:tcPr>
            <w:tcW w:w="5002" w:type="dxa"/>
            <w:gridSpan w:val="3"/>
            <w:tcBorders>
              <w:top w:val="single" w:sz="4" w:space="0" w:color="auto"/>
              <w:left w:val="single" w:sz="4" w:space="0" w:color="000000"/>
              <w:bottom w:val="single" w:sz="4" w:space="0" w:color="000000"/>
              <w:right w:val="single" w:sz="4" w:space="0" w:color="000000"/>
            </w:tcBorders>
            <w:tcMar>
              <w:left w:w="0" w:type="dxa"/>
              <w:right w:w="0" w:type="dxa"/>
            </w:tcMar>
          </w:tcPr>
          <w:p w:rsidR="001307B8" w:rsidRPr="00874B8F" w:rsidRDefault="001307B8" w:rsidP="001307B8">
            <w:pPr>
              <w:autoSpaceDE w:val="0"/>
              <w:autoSpaceDN w:val="0"/>
              <w:spacing w:before="76" w:after="0" w:line="252" w:lineRule="auto"/>
              <w:ind w:left="72"/>
              <w:rPr>
                <w:rFonts w:ascii="Times New Roman" w:eastAsia="Times New Roman" w:hAnsi="Times New Roman" w:cs="Times New Roman"/>
                <w:color w:val="000000"/>
                <w:w w:val="97"/>
                <w:lang w:val="ru-RU"/>
              </w:rPr>
            </w:pPr>
          </w:p>
        </w:tc>
        <w:tc>
          <w:tcPr>
            <w:tcW w:w="2268" w:type="dxa"/>
            <w:tcBorders>
              <w:top w:val="single" w:sz="4" w:space="0" w:color="auto"/>
              <w:left w:val="single" w:sz="4" w:space="0" w:color="000000"/>
              <w:bottom w:val="single" w:sz="4" w:space="0" w:color="000000"/>
              <w:right w:val="single" w:sz="4" w:space="0" w:color="000000"/>
            </w:tcBorders>
            <w:tcMar>
              <w:left w:w="0" w:type="dxa"/>
              <w:right w:w="0" w:type="dxa"/>
            </w:tcMar>
          </w:tcPr>
          <w:p w:rsidR="001307B8" w:rsidRPr="00874B8F" w:rsidRDefault="001307B8" w:rsidP="001307B8">
            <w:pPr>
              <w:autoSpaceDE w:val="0"/>
              <w:autoSpaceDN w:val="0"/>
              <w:spacing w:before="76" w:after="0" w:line="245" w:lineRule="auto"/>
              <w:ind w:left="72"/>
              <w:rPr>
                <w:rFonts w:ascii="Times New Roman" w:eastAsia="Times New Roman" w:hAnsi="Times New Roman" w:cs="Times New Roman"/>
                <w:color w:val="000000"/>
                <w:w w:val="97"/>
              </w:rPr>
            </w:pPr>
          </w:p>
        </w:tc>
        <w:tc>
          <w:tcPr>
            <w:tcW w:w="1984" w:type="dxa"/>
            <w:tcBorders>
              <w:top w:val="single" w:sz="4" w:space="0" w:color="auto"/>
              <w:left w:val="single" w:sz="4" w:space="0" w:color="000000"/>
              <w:bottom w:val="single" w:sz="4" w:space="0" w:color="000000"/>
              <w:right w:val="single" w:sz="4" w:space="0" w:color="000000"/>
            </w:tcBorders>
            <w:tcMar>
              <w:left w:w="0" w:type="dxa"/>
              <w:right w:w="0" w:type="dxa"/>
            </w:tcMar>
          </w:tcPr>
          <w:p w:rsidR="001307B8" w:rsidRPr="00874B8F" w:rsidRDefault="001307B8" w:rsidP="001307B8">
            <w:pPr>
              <w:rPr>
                <w:rFonts w:ascii="Times New Roman" w:hAnsi="Times New Roman" w:cs="Times New Roman"/>
              </w:rPr>
            </w:pPr>
          </w:p>
        </w:tc>
      </w:tr>
      <w:tr w:rsidR="00BD7113" w:rsidRPr="00874B8F" w:rsidTr="00874B8F">
        <w:trPr>
          <w:trHeight w:hRule="exact" w:val="85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BD7113" w:rsidRPr="00874B8F" w:rsidRDefault="00BD7113">
            <w:pPr>
              <w:autoSpaceDE w:val="0"/>
              <w:autoSpaceDN w:val="0"/>
              <w:spacing w:before="78" w:after="0" w:line="230" w:lineRule="auto"/>
              <w:jc w:val="center"/>
              <w:rPr>
                <w:rFonts w:ascii="Times New Roman" w:hAnsi="Times New Roman" w:cs="Times New Roman"/>
              </w:rPr>
            </w:pPr>
            <w:r w:rsidRPr="00874B8F">
              <w:rPr>
                <w:rFonts w:ascii="Times New Roman" w:eastAsia="Times New Roman" w:hAnsi="Times New Roman" w:cs="Times New Roman"/>
                <w:color w:val="000000"/>
                <w:w w:val="97"/>
                <w:lang w:val="ru-RU"/>
              </w:rPr>
              <w:t>2.13</w:t>
            </w:r>
            <w:r w:rsidRPr="00874B8F">
              <w:rPr>
                <w:rFonts w:ascii="Times New Roman" w:eastAsia="Times New Roman" w:hAnsi="Times New Roman" w:cs="Times New Roman"/>
                <w:color w:val="000000"/>
                <w:w w:val="97"/>
              </w:rPr>
              <w:t>.</w:t>
            </w:r>
          </w:p>
        </w:tc>
        <w:tc>
          <w:tcPr>
            <w:tcW w:w="5200" w:type="dxa"/>
            <w:tcBorders>
              <w:top w:val="single" w:sz="4" w:space="0" w:color="000000"/>
              <w:left w:val="single" w:sz="4" w:space="0" w:color="000000"/>
              <w:bottom w:val="single" w:sz="4" w:space="0" w:color="000000"/>
              <w:right w:val="single" w:sz="4" w:space="0" w:color="000000"/>
            </w:tcBorders>
            <w:tcMar>
              <w:left w:w="0" w:type="dxa"/>
              <w:right w:w="0" w:type="dxa"/>
            </w:tcMar>
          </w:tcPr>
          <w:p w:rsidR="00BD7113" w:rsidRPr="00874B8F" w:rsidRDefault="00BD7113">
            <w:pPr>
              <w:autoSpaceDE w:val="0"/>
              <w:autoSpaceDN w:val="0"/>
              <w:spacing w:before="78" w:after="0" w:line="245" w:lineRule="auto"/>
              <w:ind w:left="72" w:right="144"/>
              <w:rPr>
                <w:rFonts w:ascii="Times New Roman" w:hAnsi="Times New Roman" w:cs="Times New Roman"/>
                <w:lang w:val="ru-RU"/>
              </w:rPr>
            </w:pPr>
            <w:r w:rsidRPr="00874B8F">
              <w:rPr>
                <w:rFonts w:ascii="Times New Roman" w:eastAsia="Times New Roman" w:hAnsi="Times New Roman" w:cs="Times New Roman"/>
                <w:color w:val="000000"/>
                <w:w w:val="97"/>
                <w:lang w:val="ru-RU"/>
              </w:rPr>
              <w:t xml:space="preserve">Модуль «Плавание». </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BD7113" w:rsidRPr="00874B8F" w:rsidRDefault="00874B8F">
            <w:pPr>
              <w:autoSpaceDE w:val="0"/>
              <w:autoSpaceDN w:val="0"/>
              <w:spacing w:before="78" w:after="0" w:line="230" w:lineRule="auto"/>
              <w:ind w:left="72"/>
              <w:rPr>
                <w:rFonts w:ascii="Times New Roman" w:hAnsi="Times New Roman" w:cs="Times New Roman"/>
                <w:lang w:val="ru-RU"/>
              </w:rPr>
            </w:pPr>
            <w:r>
              <w:rPr>
                <w:rFonts w:ascii="Times New Roman" w:eastAsia="Times New Roman" w:hAnsi="Times New Roman" w:cs="Times New Roman"/>
                <w:color w:val="000000"/>
                <w:w w:val="97"/>
                <w:lang w:val="ru-RU"/>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BD7113" w:rsidRPr="00874B8F" w:rsidRDefault="00BD7113" w:rsidP="0031794D">
            <w:pPr>
              <w:autoSpaceDE w:val="0"/>
              <w:autoSpaceDN w:val="0"/>
              <w:spacing w:before="78" w:after="0" w:line="230" w:lineRule="auto"/>
              <w:ind w:left="72"/>
              <w:jc w:val="center"/>
              <w:rPr>
                <w:rFonts w:ascii="Times New Roman" w:hAnsi="Times New Roman" w:cs="Times New Roman"/>
              </w:rPr>
            </w:pPr>
            <w:r w:rsidRPr="00874B8F">
              <w:rPr>
                <w:rFonts w:ascii="Times New Roman" w:eastAsia="Times New Roman" w:hAnsi="Times New Roman" w:cs="Times New Roman"/>
                <w:color w:val="000000"/>
                <w:w w:val="97"/>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BD7113" w:rsidRPr="00874B8F" w:rsidRDefault="00BD7113" w:rsidP="0031794D">
            <w:pPr>
              <w:autoSpaceDE w:val="0"/>
              <w:autoSpaceDN w:val="0"/>
              <w:spacing w:before="78" w:after="0" w:line="230" w:lineRule="auto"/>
              <w:ind w:left="72"/>
              <w:jc w:val="center"/>
              <w:rPr>
                <w:rFonts w:ascii="Times New Roman" w:hAnsi="Times New Roman" w:cs="Times New Roman"/>
              </w:rPr>
            </w:pPr>
            <w:r w:rsidRPr="00874B8F">
              <w:rPr>
                <w:rFonts w:ascii="Times New Roman" w:eastAsia="Times New Roman" w:hAnsi="Times New Roman" w:cs="Times New Roman"/>
                <w:color w:val="000000"/>
                <w:w w:val="97"/>
              </w:rPr>
              <w:t>0</w:t>
            </w:r>
          </w:p>
        </w:tc>
        <w:tc>
          <w:tcPr>
            <w:tcW w:w="2758" w:type="dxa"/>
            <w:tcBorders>
              <w:top w:val="single" w:sz="4" w:space="0" w:color="000000"/>
              <w:left w:val="single" w:sz="4" w:space="0" w:color="000000"/>
              <w:bottom w:val="single" w:sz="4" w:space="0" w:color="000000"/>
              <w:right w:val="single" w:sz="4" w:space="0" w:color="000000"/>
            </w:tcBorders>
            <w:tcMar>
              <w:left w:w="0" w:type="dxa"/>
              <w:right w:w="0" w:type="dxa"/>
            </w:tcMar>
          </w:tcPr>
          <w:p w:rsidR="00BD7113" w:rsidRPr="00874B8F" w:rsidRDefault="00BD7113">
            <w:pPr>
              <w:rPr>
                <w:rFonts w:ascii="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tcMar>
              <w:left w:w="0" w:type="dxa"/>
              <w:right w:w="0" w:type="dxa"/>
            </w:tcMar>
          </w:tcPr>
          <w:p w:rsidR="00BD7113" w:rsidRPr="00874B8F" w:rsidRDefault="00BD7113" w:rsidP="00BD7113">
            <w:pPr>
              <w:autoSpaceDE w:val="0"/>
              <w:autoSpaceDN w:val="0"/>
              <w:spacing w:before="78" w:after="0" w:line="245" w:lineRule="auto"/>
              <w:ind w:left="72" w:right="432"/>
              <w:jc w:val="center"/>
              <w:rPr>
                <w:rFonts w:ascii="Times New Roman" w:hAnsi="Times New Roman" w:cs="Times New Roman"/>
              </w:rPr>
            </w:pPr>
            <w:proofErr w:type="spellStart"/>
            <w:r w:rsidRPr="00874B8F">
              <w:rPr>
                <w:rFonts w:ascii="Times New Roman" w:eastAsia="Times New Roman" w:hAnsi="Times New Roman" w:cs="Times New Roman"/>
                <w:color w:val="000000"/>
                <w:w w:val="97"/>
              </w:rPr>
              <w:t>Устный</w:t>
            </w:r>
            <w:proofErr w:type="spellEnd"/>
            <w:r w:rsidRPr="00874B8F">
              <w:rPr>
                <w:rFonts w:ascii="Times New Roman" w:eastAsia="Times New Roman" w:hAnsi="Times New Roman" w:cs="Times New Roman"/>
                <w:color w:val="000000"/>
                <w:w w:val="97"/>
              </w:rPr>
              <w:t xml:space="preserve"> </w:t>
            </w:r>
            <w:r w:rsidRPr="00874B8F">
              <w:rPr>
                <w:rFonts w:ascii="Times New Roman" w:hAnsi="Times New Roman" w:cs="Times New Roman"/>
              </w:rPr>
              <w:br/>
            </w:r>
            <w:proofErr w:type="spellStart"/>
            <w:r w:rsidRPr="00874B8F">
              <w:rPr>
                <w:rFonts w:ascii="Times New Roman" w:eastAsia="Times New Roman" w:hAnsi="Times New Roman" w:cs="Times New Roman"/>
                <w:color w:val="000000"/>
                <w:w w:val="97"/>
              </w:rPr>
              <w:t>опрос</w:t>
            </w:r>
            <w:proofErr w:type="spellEnd"/>
            <w:r w:rsidRPr="00874B8F">
              <w:rPr>
                <w:rFonts w:ascii="Times New Roman" w:eastAsia="Times New Roman" w:hAnsi="Times New Roman" w:cs="Times New Roman"/>
                <w:color w:val="000000"/>
                <w:w w:val="97"/>
              </w:rPr>
              <w:t>;</w:t>
            </w:r>
          </w:p>
        </w:tc>
        <w:tc>
          <w:tcPr>
            <w:tcW w:w="1984" w:type="dxa"/>
            <w:tcBorders>
              <w:top w:val="single" w:sz="4" w:space="0" w:color="000000"/>
              <w:left w:val="single" w:sz="4" w:space="0" w:color="000000"/>
              <w:bottom w:val="single" w:sz="4" w:space="0" w:color="000000"/>
              <w:right w:val="single" w:sz="4" w:space="0" w:color="000000"/>
            </w:tcBorders>
            <w:tcMar>
              <w:left w:w="0" w:type="dxa"/>
              <w:right w:w="0" w:type="dxa"/>
            </w:tcMar>
          </w:tcPr>
          <w:p w:rsidR="00BD7113" w:rsidRPr="00874B8F" w:rsidRDefault="00BD7113" w:rsidP="00BD7113">
            <w:pPr>
              <w:jc w:val="center"/>
              <w:rPr>
                <w:rFonts w:ascii="Times New Roman" w:hAnsi="Times New Roman" w:cs="Times New Roman"/>
              </w:rPr>
            </w:pPr>
            <w:r w:rsidRPr="00874B8F">
              <w:rPr>
                <w:rFonts w:ascii="Times New Roman" w:hAnsi="Times New Roman" w:cs="Times New Roman"/>
              </w:rPr>
              <w:t>resh.edu.ru</w:t>
            </w:r>
          </w:p>
        </w:tc>
      </w:tr>
      <w:tr w:rsidR="001307B8" w:rsidRPr="00874B8F" w:rsidTr="00874B8F">
        <w:trPr>
          <w:trHeight w:hRule="exact" w:val="420"/>
        </w:trPr>
        <w:tc>
          <w:tcPr>
            <w:tcW w:w="5668" w:type="dxa"/>
            <w:gridSpan w:val="2"/>
            <w:tcBorders>
              <w:top w:val="single" w:sz="4" w:space="0" w:color="auto"/>
              <w:left w:val="single" w:sz="4" w:space="0" w:color="000000"/>
              <w:bottom w:val="single" w:sz="4" w:space="0" w:color="000000"/>
              <w:right w:val="single" w:sz="4" w:space="0" w:color="000000"/>
            </w:tcBorders>
            <w:tcMar>
              <w:left w:w="0" w:type="dxa"/>
              <w:right w:w="0" w:type="dxa"/>
            </w:tcMar>
          </w:tcPr>
          <w:p w:rsidR="001307B8" w:rsidRPr="00874B8F" w:rsidRDefault="001307B8" w:rsidP="001307B8">
            <w:pPr>
              <w:autoSpaceDE w:val="0"/>
              <w:autoSpaceDN w:val="0"/>
              <w:spacing w:before="76" w:after="0" w:line="233" w:lineRule="auto"/>
              <w:ind w:left="72"/>
              <w:rPr>
                <w:rFonts w:ascii="Times New Roman" w:eastAsia="Times New Roman" w:hAnsi="Times New Roman" w:cs="Times New Roman"/>
                <w:color w:val="000000"/>
                <w:w w:val="97"/>
                <w:lang w:val="ru-RU"/>
              </w:rPr>
            </w:pPr>
            <w:proofErr w:type="spellStart"/>
            <w:r w:rsidRPr="00874B8F">
              <w:rPr>
                <w:rFonts w:ascii="Times New Roman" w:eastAsia="Times New Roman" w:hAnsi="Times New Roman" w:cs="Times New Roman"/>
                <w:b/>
                <w:bCs/>
                <w:color w:val="000000"/>
                <w:w w:val="97"/>
              </w:rPr>
              <w:t>Итого</w:t>
            </w:r>
            <w:proofErr w:type="spellEnd"/>
            <w:r w:rsidRPr="00874B8F">
              <w:rPr>
                <w:rFonts w:ascii="Times New Roman" w:eastAsia="Times New Roman" w:hAnsi="Times New Roman" w:cs="Times New Roman"/>
                <w:b/>
                <w:bCs/>
                <w:color w:val="000000"/>
                <w:w w:val="97"/>
              </w:rPr>
              <w:t xml:space="preserve"> </w:t>
            </w:r>
            <w:proofErr w:type="spellStart"/>
            <w:r w:rsidRPr="00874B8F">
              <w:rPr>
                <w:rFonts w:ascii="Times New Roman" w:eastAsia="Times New Roman" w:hAnsi="Times New Roman" w:cs="Times New Roman"/>
                <w:b/>
                <w:bCs/>
                <w:color w:val="000000"/>
                <w:w w:val="97"/>
              </w:rPr>
              <w:t>по</w:t>
            </w:r>
            <w:proofErr w:type="spellEnd"/>
            <w:r w:rsidRPr="00874B8F">
              <w:rPr>
                <w:rFonts w:ascii="Times New Roman" w:eastAsia="Times New Roman" w:hAnsi="Times New Roman" w:cs="Times New Roman"/>
                <w:b/>
                <w:bCs/>
                <w:color w:val="000000"/>
                <w:w w:val="97"/>
              </w:rPr>
              <w:t xml:space="preserve"> </w:t>
            </w:r>
            <w:proofErr w:type="spellStart"/>
            <w:r w:rsidRPr="00874B8F">
              <w:rPr>
                <w:rFonts w:ascii="Times New Roman" w:eastAsia="Times New Roman" w:hAnsi="Times New Roman" w:cs="Times New Roman"/>
                <w:b/>
                <w:bCs/>
                <w:color w:val="000000"/>
                <w:w w:val="97"/>
              </w:rPr>
              <w:t>разделу</w:t>
            </w:r>
            <w:proofErr w:type="spellEnd"/>
          </w:p>
        </w:tc>
        <w:tc>
          <w:tcPr>
            <w:tcW w:w="528" w:type="dxa"/>
            <w:tcBorders>
              <w:top w:val="single" w:sz="4" w:space="0" w:color="auto"/>
              <w:left w:val="single" w:sz="4" w:space="0" w:color="000000"/>
              <w:bottom w:val="single" w:sz="4" w:space="0" w:color="000000"/>
              <w:right w:val="single" w:sz="4" w:space="0" w:color="000000"/>
            </w:tcBorders>
            <w:tcMar>
              <w:left w:w="0" w:type="dxa"/>
              <w:right w:w="0" w:type="dxa"/>
            </w:tcMar>
          </w:tcPr>
          <w:p w:rsidR="001307B8" w:rsidRPr="00874B8F" w:rsidRDefault="00874B8F" w:rsidP="001307B8">
            <w:pPr>
              <w:autoSpaceDE w:val="0"/>
              <w:autoSpaceDN w:val="0"/>
              <w:spacing w:before="76" w:after="0" w:line="233" w:lineRule="auto"/>
              <w:ind w:left="72"/>
              <w:rPr>
                <w:rFonts w:ascii="Times New Roman" w:eastAsia="Times New Roman" w:hAnsi="Times New Roman" w:cs="Times New Roman"/>
                <w:b/>
                <w:bCs/>
                <w:color w:val="000000"/>
                <w:w w:val="97"/>
                <w:lang w:val="ru-RU"/>
              </w:rPr>
            </w:pPr>
            <w:r>
              <w:rPr>
                <w:rFonts w:ascii="Times New Roman" w:eastAsia="Times New Roman" w:hAnsi="Times New Roman" w:cs="Times New Roman"/>
                <w:b/>
                <w:bCs/>
                <w:color w:val="000000"/>
                <w:w w:val="97"/>
                <w:lang w:val="ru-RU"/>
              </w:rPr>
              <w:t>2</w:t>
            </w:r>
          </w:p>
        </w:tc>
        <w:tc>
          <w:tcPr>
            <w:tcW w:w="5002" w:type="dxa"/>
            <w:gridSpan w:val="3"/>
            <w:tcBorders>
              <w:top w:val="single" w:sz="4" w:space="0" w:color="auto"/>
              <w:left w:val="single" w:sz="4" w:space="0" w:color="000000"/>
              <w:bottom w:val="single" w:sz="4" w:space="0" w:color="000000"/>
              <w:right w:val="single" w:sz="4" w:space="0" w:color="000000"/>
            </w:tcBorders>
            <w:tcMar>
              <w:left w:w="0" w:type="dxa"/>
              <w:right w:w="0" w:type="dxa"/>
            </w:tcMar>
          </w:tcPr>
          <w:p w:rsidR="001307B8" w:rsidRPr="00874B8F" w:rsidRDefault="001307B8" w:rsidP="001307B8">
            <w:pPr>
              <w:autoSpaceDE w:val="0"/>
              <w:autoSpaceDN w:val="0"/>
              <w:spacing w:before="76" w:after="0" w:line="250" w:lineRule="auto"/>
              <w:ind w:left="72" w:right="144"/>
              <w:rPr>
                <w:rFonts w:ascii="Times New Roman" w:eastAsia="Times New Roman" w:hAnsi="Times New Roman" w:cs="Times New Roman"/>
                <w:color w:val="000000"/>
                <w:w w:val="97"/>
                <w:lang w:val="ru-RU"/>
              </w:rPr>
            </w:pPr>
          </w:p>
        </w:tc>
        <w:tc>
          <w:tcPr>
            <w:tcW w:w="2268" w:type="dxa"/>
            <w:tcBorders>
              <w:top w:val="single" w:sz="4" w:space="0" w:color="auto"/>
              <w:left w:val="single" w:sz="4" w:space="0" w:color="000000"/>
              <w:bottom w:val="single" w:sz="4" w:space="0" w:color="000000"/>
              <w:right w:val="single" w:sz="4" w:space="0" w:color="000000"/>
            </w:tcBorders>
            <w:tcMar>
              <w:left w:w="0" w:type="dxa"/>
              <w:right w:w="0" w:type="dxa"/>
            </w:tcMar>
          </w:tcPr>
          <w:p w:rsidR="001307B8" w:rsidRPr="00874B8F" w:rsidRDefault="001307B8" w:rsidP="00BD7113">
            <w:pPr>
              <w:autoSpaceDE w:val="0"/>
              <w:autoSpaceDN w:val="0"/>
              <w:spacing w:before="76" w:after="0" w:line="245" w:lineRule="auto"/>
              <w:ind w:left="72" w:right="432"/>
              <w:jc w:val="center"/>
              <w:rPr>
                <w:rFonts w:ascii="Times New Roman" w:eastAsia="Times New Roman" w:hAnsi="Times New Roman" w:cs="Times New Roman"/>
                <w:color w:val="000000"/>
                <w:w w:val="97"/>
              </w:rPr>
            </w:pPr>
          </w:p>
        </w:tc>
        <w:tc>
          <w:tcPr>
            <w:tcW w:w="1984" w:type="dxa"/>
            <w:tcBorders>
              <w:top w:val="single" w:sz="4" w:space="0" w:color="auto"/>
              <w:left w:val="single" w:sz="4" w:space="0" w:color="000000"/>
              <w:bottom w:val="single" w:sz="4" w:space="0" w:color="000000"/>
              <w:right w:val="single" w:sz="4" w:space="0" w:color="000000"/>
            </w:tcBorders>
            <w:tcMar>
              <w:left w:w="0" w:type="dxa"/>
              <w:right w:w="0" w:type="dxa"/>
            </w:tcMar>
          </w:tcPr>
          <w:p w:rsidR="001307B8" w:rsidRPr="00874B8F" w:rsidRDefault="001307B8" w:rsidP="00BD7113">
            <w:pPr>
              <w:jc w:val="center"/>
              <w:rPr>
                <w:rFonts w:ascii="Times New Roman" w:hAnsi="Times New Roman" w:cs="Times New Roman"/>
              </w:rPr>
            </w:pPr>
          </w:p>
        </w:tc>
      </w:tr>
      <w:tr w:rsidR="00BD7113" w:rsidRPr="00874B8F" w:rsidTr="00874B8F">
        <w:trPr>
          <w:trHeight w:hRule="exact" w:val="715"/>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BD7113" w:rsidRPr="00874B8F" w:rsidRDefault="00BD7113">
            <w:pPr>
              <w:autoSpaceDE w:val="0"/>
              <w:autoSpaceDN w:val="0"/>
              <w:spacing w:before="76" w:after="0" w:line="233" w:lineRule="auto"/>
              <w:jc w:val="center"/>
              <w:rPr>
                <w:rFonts w:ascii="Times New Roman" w:hAnsi="Times New Roman" w:cs="Times New Roman"/>
              </w:rPr>
            </w:pPr>
            <w:r w:rsidRPr="00874B8F">
              <w:rPr>
                <w:rFonts w:ascii="Times New Roman" w:eastAsia="Times New Roman" w:hAnsi="Times New Roman" w:cs="Times New Roman"/>
                <w:color w:val="000000"/>
                <w:w w:val="97"/>
                <w:lang w:val="ru-RU"/>
              </w:rPr>
              <w:t>2.16</w:t>
            </w:r>
            <w:r w:rsidRPr="00874B8F">
              <w:rPr>
                <w:rFonts w:ascii="Times New Roman" w:eastAsia="Times New Roman" w:hAnsi="Times New Roman" w:cs="Times New Roman"/>
                <w:color w:val="000000"/>
                <w:w w:val="97"/>
              </w:rPr>
              <w:t>.</w:t>
            </w:r>
          </w:p>
        </w:tc>
        <w:tc>
          <w:tcPr>
            <w:tcW w:w="5200" w:type="dxa"/>
            <w:tcBorders>
              <w:top w:val="single" w:sz="4" w:space="0" w:color="000000"/>
              <w:left w:val="single" w:sz="4" w:space="0" w:color="000000"/>
              <w:bottom w:val="single" w:sz="4" w:space="0" w:color="000000"/>
              <w:right w:val="single" w:sz="4" w:space="0" w:color="000000"/>
            </w:tcBorders>
            <w:tcMar>
              <w:left w:w="0" w:type="dxa"/>
              <w:right w:w="0" w:type="dxa"/>
            </w:tcMar>
          </w:tcPr>
          <w:p w:rsidR="00BD7113" w:rsidRPr="00874B8F" w:rsidRDefault="00BD7113" w:rsidP="00001F46">
            <w:pPr>
              <w:shd w:val="clear" w:color="auto" w:fill="FFFFFF"/>
              <w:spacing w:beforeAutospacing="1" w:after="0" w:afterAutospacing="1" w:line="240" w:lineRule="auto"/>
              <w:jc w:val="both"/>
              <w:rPr>
                <w:rFonts w:ascii="Times New Roman" w:eastAsia="Times New Roman" w:hAnsi="Times New Roman" w:cs="Times New Roman"/>
                <w:color w:val="333333"/>
                <w:lang w:val="ru-RU" w:eastAsia="ru-RU"/>
              </w:rPr>
            </w:pPr>
            <w:r w:rsidRPr="00874B8F">
              <w:rPr>
                <w:rFonts w:ascii="Times New Roman" w:eastAsia="Times New Roman" w:hAnsi="Times New Roman" w:cs="Times New Roman"/>
                <w:i/>
                <w:color w:val="000000"/>
                <w:w w:val="97"/>
                <w:lang w:val="ru-RU"/>
              </w:rPr>
              <w:t>Модуль «Спортивные игры. Баскетбол</w:t>
            </w:r>
            <w:proofErr w:type="gramStart"/>
            <w:r w:rsidRPr="00874B8F">
              <w:rPr>
                <w:rFonts w:ascii="Times New Roman" w:eastAsia="Times New Roman" w:hAnsi="Times New Roman" w:cs="Times New Roman"/>
                <w:i/>
                <w:color w:val="000000"/>
                <w:w w:val="97"/>
                <w:lang w:val="ru-RU"/>
              </w:rPr>
              <w:t>».</w:t>
            </w:r>
            <w:r w:rsidRPr="00874B8F">
              <w:rPr>
                <w:rFonts w:ascii="Times New Roman" w:eastAsia="Times New Roman" w:hAnsi="Times New Roman" w:cs="Times New Roman"/>
                <w:lang w:val="ru-RU" w:eastAsia="ru-RU"/>
              </w:rPr>
              <w:t>.</w:t>
            </w:r>
            <w:proofErr w:type="gramEnd"/>
          </w:p>
          <w:p w:rsidR="00BD7113" w:rsidRPr="00874B8F" w:rsidRDefault="00BD7113">
            <w:pPr>
              <w:autoSpaceDE w:val="0"/>
              <w:autoSpaceDN w:val="0"/>
              <w:spacing w:before="76" w:after="0" w:line="233" w:lineRule="auto"/>
              <w:ind w:left="72"/>
              <w:rPr>
                <w:rFonts w:ascii="Times New Roman" w:hAnsi="Times New Roman" w:cs="Times New Roman"/>
                <w:lang w:val="ru-RU"/>
              </w:rPr>
            </w:pPr>
            <w:r w:rsidRPr="00874B8F">
              <w:rPr>
                <w:rFonts w:ascii="Times New Roman" w:eastAsia="Times New Roman" w:hAnsi="Times New Roman" w:cs="Times New Roman"/>
                <w:i/>
                <w:color w:val="000000"/>
                <w:w w:val="97"/>
                <w:lang w:val="ru-RU"/>
              </w:rPr>
              <w:t xml:space="preserve"> </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BD7113" w:rsidRPr="00874B8F" w:rsidRDefault="00874B8F">
            <w:pPr>
              <w:autoSpaceDE w:val="0"/>
              <w:autoSpaceDN w:val="0"/>
              <w:spacing w:before="76" w:after="0" w:line="233" w:lineRule="auto"/>
              <w:ind w:left="72"/>
              <w:rPr>
                <w:rFonts w:ascii="Times New Roman" w:hAnsi="Times New Roman" w:cs="Times New Roman"/>
                <w:lang w:val="ru-RU"/>
              </w:rPr>
            </w:pPr>
            <w:r>
              <w:rPr>
                <w:rFonts w:ascii="Times New Roman" w:eastAsia="Times New Roman" w:hAnsi="Times New Roman" w:cs="Times New Roman"/>
                <w:color w:val="000000"/>
                <w:w w:val="97"/>
                <w:lang w:val="ru-RU"/>
              </w:rPr>
              <w:t>8</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BD7113" w:rsidRPr="00874B8F" w:rsidRDefault="00BD7113" w:rsidP="0031794D">
            <w:pPr>
              <w:autoSpaceDE w:val="0"/>
              <w:autoSpaceDN w:val="0"/>
              <w:spacing w:before="76" w:after="0" w:line="233" w:lineRule="auto"/>
              <w:ind w:left="72"/>
              <w:jc w:val="center"/>
              <w:rPr>
                <w:rFonts w:ascii="Times New Roman" w:hAnsi="Times New Roman" w:cs="Times New Roman"/>
              </w:rPr>
            </w:pPr>
            <w:r w:rsidRPr="00874B8F">
              <w:rPr>
                <w:rFonts w:ascii="Times New Roman" w:eastAsia="Times New Roman" w:hAnsi="Times New Roman" w:cs="Times New Roman"/>
                <w:color w:val="000000"/>
                <w:w w:val="97"/>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BD7113" w:rsidRPr="00874B8F" w:rsidRDefault="00874B8F" w:rsidP="0031794D">
            <w:pPr>
              <w:autoSpaceDE w:val="0"/>
              <w:autoSpaceDN w:val="0"/>
              <w:spacing w:before="76" w:after="0" w:line="233" w:lineRule="auto"/>
              <w:ind w:left="72"/>
              <w:jc w:val="center"/>
              <w:rPr>
                <w:rFonts w:ascii="Times New Roman" w:hAnsi="Times New Roman" w:cs="Times New Roman"/>
                <w:lang w:val="ru-RU"/>
              </w:rPr>
            </w:pPr>
            <w:r>
              <w:rPr>
                <w:rFonts w:ascii="Times New Roman" w:eastAsia="Times New Roman" w:hAnsi="Times New Roman" w:cs="Times New Roman"/>
                <w:color w:val="000000"/>
                <w:w w:val="97"/>
                <w:lang w:val="ru-RU"/>
              </w:rPr>
              <w:t>8</w:t>
            </w:r>
          </w:p>
        </w:tc>
        <w:tc>
          <w:tcPr>
            <w:tcW w:w="2758" w:type="dxa"/>
            <w:tcBorders>
              <w:top w:val="single" w:sz="4" w:space="0" w:color="000000"/>
              <w:left w:val="single" w:sz="4" w:space="0" w:color="000000"/>
              <w:bottom w:val="single" w:sz="4" w:space="0" w:color="000000"/>
              <w:right w:val="single" w:sz="4" w:space="0" w:color="000000"/>
            </w:tcBorders>
            <w:tcMar>
              <w:left w:w="0" w:type="dxa"/>
              <w:right w:w="0" w:type="dxa"/>
            </w:tcMar>
          </w:tcPr>
          <w:p w:rsidR="00BD7113" w:rsidRPr="00874B8F" w:rsidRDefault="00BD7113">
            <w:pPr>
              <w:rPr>
                <w:rFonts w:ascii="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tcMar>
              <w:left w:w="0" w:type="dxa"/>
              <w:right w:w="0" w:type="dxa"/>
            </w:tcMar>
          </w:tcPr>
          <w:p w:rsidR="00BD7113" w:rsidRPr="00874B8F" w:rsidRDefault="00BD7113" w:rsidP="00BD7113">
            <w:pPr>
              <w:autoSpaceDE w:val="0"/>
              <w:autoSpaceDN w:val="0"/>
              <w:spacing w:before="76" w:after="0" w:line="245" w:lineRule="auto"/>
              <w:ind w:left="72"/>
              <w:jc w:val="center"/>
              <w:rPr>
                <w:rFonts w:ascii="Times New Roman" w:hAnsi="Times New Roman" w:cs="Times New Roman"/>
              </w:rPr>
            </w:pPr>
            <w:proofErr w:type="spellStart"/>
            <w:r w:rsidRPr="00874B8F">
              <w:rPr>
                <w:rFonts w:ascii="Times New Roman" w:eastAsia="Times New Roman" w:hAnsi="Times New Roman" w:cs="Times New Roman"/>
                <w:color w:val="000000"/>
                <w:w w:val="97"/>
              </w:rPr>
              <w:t>Практическая</w:t>
            </w:r>
            <w:proofErr w:type="spellEnd"/>
            <w:r w:rsidRPr="00874B8F">
              <w:rPr>
                <w:rFonts w:ascii="Times New Roman" w:eastAsia="Times New Roman" w:hAnsi="Times New Roman" w:cs="Times New Roman"/>
                <w:color w:val="000000"/>
                <w:w w:val="97"/>
              </w:rPr>
              <w:t xml:space="preserve"> </w:t>
            </w:r>
            <w:proofErr w:type="spellStart"/>
            <w:r w:rsidRPr="00874B8F">
              <w:rPr>
                <w:rFonts w:ascii="Times New Roman" w:eastAsia="Times New Roman" w:hAnsi="Times New Roman" w:cs="Times New Roman"/>
                <w:color w:val="000000"/>
                <w:w w:val="97"/>
              </w:rPr>
              <w:t>работа</w:t>
            </w:r>
            <w:proofErr w:type="spellEnd"/>
            <w:r w:rsidRPr="00874B8F">
              <w:rPr>
                <w:rFonts w:ascii="Times New Roman" w:eastAsia="Times New Roman" w:hAnsi="Times New Roman" w:cs="Times New Roman"/>
                <w:color w:val="000000"/>
                <w:w w:val="97"/>
              </w:rPr>
              <w:t>;</w:t>
            </w:r>
          </w:p>
        </w:tc>
        <w:tc>
          <w:tcPr>
            <w:tcW w:w="1984" w:type="dxa"/>
            <w:tcBorders>
              <w:top w:val="single" w:sz="4" w:space="0" w:color="000000"/>
              <w:left w:val="single" w:sz="4" w:space="0" w:color="000000"/>
              <w:bottom w:val="single" w:sz="4" w:space="0" w:color="000000"/>
              <w:right w:val="single" w:sz="4" w:space="0" w:color="000000"/>
            </w:tcBorders>
            <w:tcMar>
              <w:left w:w="0" w:type="dxa"/>
              <w:right w:w="0" w:type="dxa"/>
            </w:tcMar>
          </w:tcPr>
          <w:p w:rsidR="00BD7113" w:rsidRPr="00874B8F" w:rsidRDefault="00BD7113" w:rsidP="00BD7113">
            <w:pPr>
              <w:jc w:val="center"/>
              <w:rPr>
                <w:rFonts w:ascii="Times New Roman" w:hAnsi="Times New Roman" w:cs="Times New Roman"/>
              </w:rPr>
            </w:pPr>
            <w:r w:rsidRPr="00874B8F">
              <w:rPr>
                <w:rFonts w:ascii="Times New Roman" w:hAnsi="Times New Roman" w:cs="Times New Roman"/>
              </w:rPr>
              <w:t>resh.edu.ru</w:t>
            </w:r>
          </w:p>
        </w:tc>
      </w:tr>
      <w:tr w:rsidR="00C5646C" w:rsidRPr="00874B8F" w:rsidTr="00874B8F">
        <w:trPr>
          <w:trHeight w:hRule="exact" w:val="334"/>
        </w:trPr>
        <w:tc>
          <w:tcPr>
            <w:tcW w:w="5668" w:type="dxa"/>
            <w:gridSpan w:val="2"/>
            <w:tcBorders>
              <w:top w:val="single" w:sz="4" w:space="0" w:color="auto"/>
              <w:left w:val="single" w:sz="4" w:space="0" w:color="000000"/>
              <w:bottom w:val="single" w:sz="4" w:space="0" w:color="000000"/>
              <w:right w:val="single" w:sz="4" w:space="0" w:color="000000"/>
            </w:tcBorders>
            <w:tcMar>
              <w:left w:w="0" w:type="dxa"/>
              <w:right w:w="0" w:type="dxa"/>
            </w:tcMar>
          </w:tcPr>
          <w:p w:rsidR="00C5646C" w:rsidRPr="00874B8F" w:rsidRDefault="00C5646C" w:rsidP="001307B8">
            <w:pPr>
              <w:autoSpaceDE w:val="0"/>
              <w:autoSpaceDN w:val="0"/>
              <w:spacing w:before="76" w:after="0" w:line="245" w:lineRule="auto"/>
              <w:ind w:left="72" w:right="144"/>
              <w:rPr>
                <w:rFonts w:ascii="Times New Roman" w:eastAsia="Times New Roman" w:hAnsi="Times New Roman" w:cs="Times New Roman"/>
                <w:i/>
                <w:color w:val="000000"/>
                <w:w w:val="97"/>
                <w:lang w:val="ru-RU"/>
              </w:rPr>
            </w:pPr>
            <w:proofErr w:type="spellStart"/>
            <w:r w:rsidRPr="00874B8F">
              <w:rPr>
                <w:rFonts w:ascii="Times New Roman" w:eastAsia="Times New Roman" w:hAnsi="Times New Roman" w:cs="Times New Roman"/>
                <w:b/>
                <w:bCs/>
                <w:color w:val="000000"/>
                <w:w w:val="97"/>
              </w:rPr>
              <w:t>Итого</w:t>
            </w:r>
            <w:proofErr w:type="spellEnd"/>
            <w:r w:rsidRPr="00874B8F">
              <w:rPr>
                <w:rFonts w:ascii="Times New Roman" w:eastAsia="Times New Roman" w:hAnsi="Times New Roman" w:cs="Times New Roman"/>
                <w:b/>
                <w:bCs/>
                <w:color w:val="000000"/>
                <w:w w:val="97"/>
              </w:rPr>
              <w:t xml:space="preserve"> </w:t>
            </w:r>
            <w:proofErr w:type="spellStart"/>
            <w:r w:rsidRPr="00874B8F">
              <w:rPr>
                <w:rFonts w:ascii="Times New Roman" w:eastAsia="Times New Roman" w:hAnsi="Times New Roman" w:cs="Times New Roman"/>
                <w:b/>
                <w:bCs/>
                <w:color w:val="000000"/>
                <w:w w:val="97"/>
              </w:rPr>
              <w:t>по</w:t>
            </w:r>
            <w:proofErr w:type="spellEnd"/>
            <w:r w:rsidRPr="00874B8F">
              <w:rPr>
                <w:rFonts w:ascii="Times New Roman" w:eastAsia="Times New Roman" w:hAnsi="Times New Roman" w:cs="Times New Roman"/>
                <w:b/>
                <w:bCs/>
                <w:color w:val="000000"/>
                <w:w w:val="97"/>
              </w:rPr>
              <w:t xml:space="preserve"> </w:t>
            </w:r>
            <w:proofErr w:type="spellStart"/>
            <w:r w:rsidRPr="00874B8F">
              <w:rPr>
                <w:rFonts w:ascii="Times New Roman" w:eastAsia="Times New Roman" w:hAnsi="Times New Roman" w:cs="Times New Roman"/>
                <w:b/>
                <w:bCs/>
                <w:color w:val="000000"/>
                <w:w w:val="97"/>
              </w:rPr>
              <w:t>разделу</w:t>
            </w:r>
            <w:proofErr w:type="spellEnd"/>
          </w:p>
        </w:tc>
        <w:tc>
          <w:tcPr>
            <w:tcW w:w="528" w:type="dxa"/>
            <w:tcBorders>
              <w:top w:val="single" w:sz="4" w:space="0" w:color="auto"/>
              <w:left w:val="single" w:sz="4" w:space="0" w:color="000000"/>
              <w:bottom w:val="single" w:sz="4" w:space="0" w:color="000000"/>
              <w:right w:val="single" w:sz="4" w:space="0" w:color="000000"/>
            </w:tcBorders>
            <w:tcMar>
              <w:left w:w="0" w:type="dxa"/>
              <w:right w:w="0" w:type="dxa"/>
            </w:tcMar>
          </w:tcPr>
          <w:p w:rsidR="00C5646C" w:rsidRPr="00874B8F" w:rsidRDefault="00C5646C" w:rsidP="001307B8">
            <w:pPr>
              <w:autoSpaceDE w:val="0"/>
              <w:autoSpaceDN w:val="0"/>
              <w:spacing w:before="76" w:after="0" w:line="233" w:lineRule="auto"/>
              <w:ind w:left="72"/>
              <w:rPr>
                <w:rFonts w:ascii="Times New Roman" w:eastAsia="Times New Roman" w:hAnsi="Times New Roman" w:cs="Times New Roman"/>
                <w:b/>
                <w:bCs/>
                <w:color w:val="000000"/>
                <w:w w:val="97"/>
                <w:lang w:val="ru-RU"/>
              </w:rPr>
            </w:pPr>
            <w:r w:rsidRPr="00874B8F">
              <w:rPr>
                <w:rFonts w:ascii="Times New Roman" w:eastAsia="Times New Roman" w:hAnsi="Times New Roman" w:cs="Times New Roman"/>
                <w:b/>
                <w:bCs/>
                <w:color w:val="000000"/>
                <w:w w:val="97"/>
                <w:lang w:val="ru-RU"/>
              </w:rPr>
              <w:t>8</w:t>
            </w:r>
          </w:p>
        </w:tc>
        <w:tc>
          <w:tcPr>
            <w:tcW w:w="5002" w:type="dxa"/>
            <w:gridSpan w:val="3"/>
            <w:tcBorders>
              <w:top w:val="single" w:sz="4" w:space="0" w:color="auto"/>
              <w:left w:val="single" w:sz="4" w:space="0" w:color="000000"/>
              <w:bottom w:val="single" w:sz="4" w:space="0" w:color="000000"/>
              <w:right w:val="single" w:sz="4" w:space="0" w:color="000000"/>
            </w:tcBorders>
            <w:tcMar>
              <w:left w:w="0" w:type="dxa"/>
              <w:right w:w="0" w:type="dxa"/>
            </w:tcMar>
          </w:tcPr>
          <w:p w:rsidR="00C5646C" w:rsidRPr="00874B8F" w:rsidRDefault="00C5646C" w:rsidP="001307B8">
            <w:pPr>
              <w:autoSpaceDE w:val="0"/>
              <w:autoSpaceDN w:val="0"/>
              <w:spacing w:before="76" w:after="0" w:line="250" w:lineRule="auto"/>
              <w:ind w:left="72" w:right="144"/>
              <w:rPr>
                <w:rFonts w:ascii="Times New Roman" w:eastAsia="Times New Roman" w:hAnsi="Times New Roman" w:cs="Times New Roman"/>
                <w:color w:val="000000"/>
                <w:w w:val="97"/>
                <w:lang w:val="ru-RU"/>
              </w:rPr>
            </w:pPr>
          </w:p>
        </w:tc>
        <w:tc>
          <w:tcPr>
            <w:tcW w:w="2268" w:type="dxa"/>
            <w:tcBorders>
              <w:top w:val="single" w:sz="4" w:space="0" w:color="auto"/>
              <w:left w:val="single" w:sz="4" w:space="0" w:color="000000"/>
              <w:bottom w:val="single" w:sz="4" w:space="0" w:color="000000"/>
              <w:right w:val="single" w:sz="4" w:space="0" w:color="000000"/>
            </w:tcBorders>
            <w:tcMar>
              <w:left w:w="0" w:type="dxa"/>
              <w:right w:w="0" w:type="dxa"/>
            </w:tcMar>
          </w:tcPr>
          <w:p w:rsidR="00C5646C" w:rsidRPr="00874B8F" w:rsidRDefault="00C5646C" w:rsidP="001307B8">
            <w:pPr>
              <w:autoSpaceDE w:val="0"/>
              <w:autoSpaceDN w:val="0"/>
              <w:spacing w:before="76" w:after="0" w:line="245" w:lineRule="auto"/>
              <w:ind w:left="72"/>
              <w:rPr>
                <w:rFonts w:ascii="Times New Roman" w:eastAsia="Times New Roman" w:hAnsi="Times New Roman" w:cs="Times New Roman"/>
                <w:color w:val="000000"/>
                <w:w w:val="97"/>
              </w:rPr>
            </w:pPr>
          </w:p>
        </w:tc>
        <w:tc>
          <w:tcPr>
            <w:tcW w:w="1984" w:type="dxa"/>
            <w:tcBorders>
              <w:top w:val="single" w:sz="4" w:space="0" w:color="auto"/>
              <w:left w:val="single" w:sz="4" w:space="0" w:color="000000"/>
              <w:bottom w:val="single" w:sz="4" w:space="0" w:color="000000"/>
              <w:right w:val="single" w:sz="4" w:space="0" w:color="000000"/>
            </w:tcBorders>
            <w:tcMar>
              <w:left w:w="0" w:type="dxa"/>
              <w:right w:w="0" w:type="dxa"/>
            </w:tcMar>
          </w:tcPr>
          <w:p w:rsidR="00C5646C" w:rsidRPr="00874B8F" w:rsidRDefault="00C5646C" w:rsidP="001307B8">
            <w:pPr>
              <w:rPr>
                <w:rFonts w:ascii="Times New Roman" w:hAnsi="Times New Roman" w:cs="Times New Roman"/>
              </w:rPr>
            </w:pPr>
          </w:p>
        </w:tc>
      </w:tr>
    </w:tbl>
    <w:p w:rsidR="005353D2" w:rsidRPr="00874B8F" w:rsidRDefault="005353D2">
      <w:pPr>
        <w:autoSpaceDE w:val="0"/>
        <w:autoSpaceDN w:val="0"/>
        <w:spacing w:after="0" w:line="14" w:lineRule="exact"/>
        <w:rPr>
          <w:rFonts w:ascii="Times New Roman" w:hAnsi="Times New Roman" w:cs="Times New Roman"/>
        </w:rPr>
      </w:pPr>
    </w:p>
    <w:p w:rsidR="005353D2" w:rsidRPr="00874B8F" w:rsidRDefault="005353D2">
      <w:pPr>
        <w:rPr>
          <w:rFonts w:ascii="Times New Roman" w:hAnsi="Times New Roman" w:cs="Times New Roman"/>
        </w:rPr>
        <w:sectPr w:rsidR="005353D2" w:rsidRPr="00874B8F">
          <w:pgSz w:w="16840" w:h="11900"/>
          <w:pgMar w:top="284" w:right="640" w:bottom="754" w:left="666" w:header="720" w:footer="720" w:gutter="0"/>
          <w:cols w:space="720" w:equalWidth="0">
            <w:col w:w="15534" w:space="0"/>
          </w:cols>
          <w:docGrid w:linePitch="360"/>
        </w:sectPr>
      </w:pPr>
    </w:p>
    <w:p w:rsidR="005353D2" w:rsidRPr="00874B8F" w:rsidRDefault="005353D2">
      <w:pPr>
        <w:autoSpaceDE w:val="0"/>
        <w:autoSpaceDN w:val="0"/>
        <w:spacing w:after="66" w:line="220" w:lineRule="exact"/>
        <w:rPr>
          <w:rFonts w:ascii="Times New Roman" w:hAnsi="Times New Roman" w:cs="Times New Roman"/>
        </w:rPr>
      </w:pPr>
    </w:p>
    <w:tbl>
      <w:tblPr>
        <w:tblW w:w="0" w:type="auto"/>
        <w:tblInd w:w="6" w:type="dxa"/>
        <w:tblLayout w:type="fixed"/>
        <w:tblLook w:val="04A0" w:firstRow="1" w:lastRow="0" w:firstColumn="1" w:lastColumn="0" w:noHBand="0" w:noVBand="1"/>
      </w:tblPr>
      <w:tblGrid>
        <w:gridCol w:w="468"/>
        <w:gridCol w:w="5200"/>
        <w:gridCol w:w="528"/>
        <w:gridCol w:w="1104"/>
        <w:gridCol w:w="1140"/>
        <w:gridCol w:w="2758"/>
        <w:gridCol w:w="652"/>
        <w:gridCol w:w="1616"/>
        <w:gridCol w:w="1984"/>
      </w:tblGrid>
      <w:tr w:rsidR="00BD7113" w:rsidRPr="00874B8F" w:rsidTr="00874B8F">
        <w:trPr>
          <w:trHeight w:hRule="exact" w:val="781"/>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BD7113" w:rsidRPr="00874B8F" w:rsidRDefault="00BD7113">
            <w:pPr>
              <w:autoSpaceDE w:val="0"/>
              <w:autoSpaceDN w:val="0"/>
              <w:spacing w:before="78" w:after="0" w:line="230" w:lineRule="auto"/>
              <w:jc w:val="center"/>
              <w:rPr>
                <w:rFonts w:ascii="Times New Roman" w:hAnsi="Times New Roman" w:cs="Times New Roman"/>
              </w:rPr>
            </w:pPr>
            <w:r w:rsidRPr="00874B8F">
              <w:rPr>
                <w:rFonts w:ascii="Times New Roman" w:eastAsia="Times New Roman" w:hAnsi="Times New Roman" w:cs="Times New Roman"/>
                <w:color w:val="000000"/>
                <w:w w:val="97"/>
                <w:lang w:val="ru-RU"/>
              </w:rPr>
              <w:t>2.20</w:t>
            </w:r>
            <w:r w:rsidRPr="00874B8F">
              <w:rPr>
                <w:rFonts w:ascii="Times New Roman" w:eastAsia="Times New Roman" w:hAnsi="Times New Roman" w:cs="Times New Roman"/>
                <w:color w:val="000000"/>
                <w:w w:val="97"/>
              </w:rPr>
              <w:t>.</w:t>
            </w:r>
          </w:p>
        </w:tc>
        <w:tc>
          <w:tcPr>
            <w:tcW w:w="5200" w:type="dxa"/>
            <w:tcBorders>
              <w:top w:val="single" w:sz="4" w:space="0" w:color="000000"/>
              <w:left w:val="single" w:sz="4" w:space="0" w:color="000000"/>
              <w:bottom w:val="single" w:sz="4" w:space="0" w:color="000000"/>
              <w:right w:val="single" w:sz="4" w:space="0" w:color="000000"/>
            </w:tcBorders>
            <w:tcMar>
              <w:left w:w="0" w:type="dxa"/>
              <w:right w:w="0" w:type="dxa"/>
            </w:tcMar>
          </w:tcPr>
          <w:p w:rsidR="00BD7113" w:rsidRPr="00874B8F" w:rsidRDefault="00BD7113">
            <w:pPr>
              <w:autoSpaceDE w:val="0"/>
              <w:autoSpaceDN w:val="0"/>
              <w:spacing w:before="78" w:after="0" w:line="230" w:lineRule="auto"/>
              <w:ind w:left="72"/>
              <w:rPr>
                <w:rFonts w:ascii="Times New Roman" w:eastAsia="Times New Roman" w:hAnsi="Times New Roman" w:cs="Times New Roman"/>
                <w:i/>
                <w:color w:val="000000"/>
                <w:w w:val="97"/>
                <w:lang w:val="ru-RU"/>
              </w:rPr>
            </w:pPr>
            <w:r w:rsidRPr="00874B8F">
              <w:rPr>
                <w:rFonts w:ascii="Times New Roman" w:eastAsia="Times New Roman" w:hAnsi="Times New Roman" w:cs="Times New Roman"/>
                <w:i/>
                <w:color w:val="000000"/>
                <w:w w:val="97"/>
                <w:lang w:val="ru-RU"/>
              </w:rPr>
              <w:t>Модуль «Спортивные игры. Волейбол».</w:t>
            </w:r>
          </w:p>
          <w:p w:rsidR="00BD7113" w:rsidRPr="00874B8F" w:rsidRDefault="00BD7113">
            <w:pPr>
              <w:autoSpaceDE w:val="0"/>
              <w:autoSpaceDN w:val="0"/>
              <w:spacing w:before="78" w:after="0" w:line="230" w:lineRule="auto"/>
              <w:ind w:left="72"/>
              <w:rPr>
                <w:rFonts w:ascii="Times New Roman" w:hAnsi="Times New Roman" w:cs="Times New Roman"/>
                <w:lang w:val="ru-RU"/>
              </w:rPr>
            </w:pPr>
            <w:r w:rsidRPr="00874B8F">
              <w:rPr>
                <w:rFonts w:ascii="Times New Roman" w:eastAsia="Times New Roman" w:hAnsi="Times New Roman" w:cs="Times New Roman"/>
                <w:color w:val="000000"/>
                <w:w w:val="97"/>
                <w:lang w:val="ru-RU"/>
              </w:rPr>
              <w:t>.</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BD7113" w:rsidRPr="00874B8F" w:rsidRDefault="00874B8F">
            <w:pPr>
              <w:autoSpaceDE w:val="0"/>
              <w:autoSpaceDN w:val="0"/>
              <w:spacing w:before="78" w:after="0" w:line="230" w:lineRule="auto"/>
              <w:ind w:left="72"/>
              <w:rPr>
                <w:rFonts w:ascii="Times New Roman" w:hAnsi="Times New Roman" w:cs="Times New Roman"/>
                <w:lang w:val="ru-RU"/>
              </w:rPr>
            </w:pPr>
            <w:r>
              <w:rPr>
                <w:rFonts w:ascii="Times New Roman" w:eastAsia="Times New Roman" w:hAnsi="Times New Roman" w:cs="Times New Roman"/>
                <w:color w:val="000000"/>
                <w:w w:val="97"/>
                <w:lang w:val="ru-RU"/>
              </w:rPr>
              <w:t>8</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BD7113" w:rsidRPr="00874B8F" w:rsidRDefault="00BD7113" w:rsidP="0031794D">
            <w:pPr>
              <w:autoSpaceDE w:val="0"/>
              <w:autoSpaceDN w:val="0"/>
              <w:spacing w:before="78" w:after="0" w:line="230" w:lineRule="auto"/>
              <w:ind w:left="72"/>
              <w:jc w:val="center"/>
              <w:rPr>
                <w:rFonts w:ascii="Times New Roman" w:hAnsi="Times New Roman" w:cs="Times New Roman"/>
              </w:rPr>
            </w:pPr>
            <w:r w:rsidRPr="00874B8F">
              <w:rPr>
                <w:rFonts w:ascii="Times New Roman" w:eastAsia="Times New Roman" w:hAnsi="Times New Roman" w:cs="Times New Roman"/>
                <w:color w:val="000000"/>
                <w:w w:val="97"/>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BD7113" w:rsidRPr="00874B8F" w:rsidRDefault="00874B8F" w:rsidP="0031794D">
            <w:pPr>
              <w:autoSpaceDE w:val="0"/>
              <w:autoSpaceDN w:val="0"/>
              <w:spacing w:before="78" w:after="0" w:line="230" w:lineRule="auto"/>
              <w:ind w:left="72"/>
              <w:jc w:val="center"/>
              <w:rPr>
                <w:rFonts w:ascii="Times New Roman" w:hAnsi="Times New Roman" w:cs="Times New Roman"/>
                <w:lang w:val="ru-RU"/>
              </w:rPr>
            </w:pPr>
            <w:r>
              <w:rPr>
                <w:rFonts w:ascii="Times New Roman" w:eastAsia="Times New Roman" w:hAnsi="Times New Roman" w:cs="Times New Roman"/>
                <w:color w:val="000000"/>
                <w:w w:val="97"/>
                <w:lang w:val="ru-RU"/>
              </w:rPr>
              <w:t>8</w:t>
            </w:r>
          </w:p>
        </w:tc>
        <w:tc>
          <w:tcPr>
            <w:tcW w:w="2758" w:type="dxa"/>
            <w:tcBorders>
              <w:top w:val="single" w:sz="4" w:space="0" w:color="000000"/>
              <w:left w:val="single" w:sz="4" w:space="0" w:color="000000"/>
              <w:bottom w:val="single" w:sz="4" w:space="0" w:color="000000"/>
              <w:right w:val="single" w:sz="4" w:space="0" w:color="000000"/>
            </w:tcBorders>
            <w:tcMar>
              <w:left w:w="0" w:type="dxa"/>
              <w:right w:w="0" w:type="dxa"/>
            </w:tcMar>
          </w:tcPr>
          <w:p w:rsidR="00BD7113" w:rsidRPr="00874B8F" w:rsidRDefault="00BD7113">
            <w:pPr>
              <w:rPr>
                <w:rFonts w:ascii="Times New Roman" w:hAnsi="Times New Roman" w:cs="Times New Roman"/>
              </w:rPr>
            </w:pPr>
          </w:p>
        </w:tc>
        <w:tc>
          <w:tcPr>
            <w:tcW w:w="226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BD7113" w:rsidRPr="00874B8F" w:rsidRDefault="00BD7113" w:rsidP="00BD7113">
            <w:pPr>
              <w:autoSpaceDE w:val="0"/>
              <w:autoSpaceDN w:val="0"/>
              <w:spacing w:before="78" w:after="0" w:line="245" w:lineRule="auto"/>
              <w:ind w:left="72"/>
              <w:jc w:val="center"/>
              <w:rPr>
                <w:rFonts w:ascii="Times New Roman" w:hAnsi="Times New Roman" w:cs="Times New Roman"/>
              </w:rPr>
            </w:pPr>
            <w:proofErr w:type="spellStart"/>
            <w:r w:rsidRPr="00874B8F">
              <w:rPr>
                <w:rFonts w:ascii="Times New Roman" w:eastAsia="Times New Roman" w:hAnsi="Times New Roman" w:cs="Times New Roman"/>
                <w:color w:val="000000"/>
                <w:w w:val="97"/>
              </w:rPr>
              <w:t>Практическая</w:t>
            </w:r>
            <w:proofErr w:type="spellEnd"/>
            <w:r w:rsidRPr="00874B8F">
              <w:rPr>
                <w:rFonts w:ascii="Times New Roman" w:eastAsia="Times New Roman" w:hAnsi="Times New Roman" w:cs="Times New Roman"/>
                <w:color w:val="000000"/>
                <w:w w:val="97"/>
              </w:rPr>
              <w:t xml:space="preserve"> </w:t>
            </w:r>
            <w:proofErr w:type="spellStart"/>
            <w:r w:rsidRPr="00874B8F">
              <w:rPr>
                <w:rFonts w:ascii="Times New Roman" w:eastAsia="Times New Roman" w:hAnsi="Times New Roman" w:cs="Times New Roman"/>
                <w:color w:val="000000"/>
                <w:w w:val="97"/>
              </w:rPr>
              <w:t>работа</w:t>
            </w:r>
            <w:proofErr w:type="spellEnd"/>
            <w:r w:rsidRPr="00874B8F">
              <w:rPr>
                <w:rFonts w:ascii="Times New Roman" w:eastAsia="Times New Roman" w:hAnsi="Times New Roman" w:cs="Times New Roman"/>
                <w:color w:val="000000"/>
                <w:w w:val="97"/>
              </w:rPr>
              <w:t>;</w:t>
            </w:r>
          </w:p>
        </w:tc>
        <w:tc>
          <w:tcPr>
            <w:tcW w:w="1984" w:type="dxa"/>
            <w:tcBorders>
              <w:top w:val="single" w:sz="4" w:space="0" w:color="000000"/>
              <w:left w:val="single" w:sz="4" w:space="0" w:color="000000"/>
              <w:bottom w:val="single" w:sz="4" w:space="0" w:color="000000"/>
              <w:right w:val="single" w:sz="4" w:space="0" w:color="000000"/>
            </w:tcBorders>
            <w:tcMar>
              <w:left w:w="0" w:type="dxa"/>
              <w:right w:w="0" w:type="dxa"/>
            </w:tcMar>
          </w:tcPr>
          <w:p w:rsidR="00BD7113" w:rsidRPr="00874B8F" w:rsidRDefault="00BD7113" w:rsidP="00BD7113">
            <w:pPr>
              <w:jc w:val="center"/>
              <w:rPr>
                <w:rFonts w:ascii="Times New Roman" w:hAnsi="Times New Roman" w:cs="Times New Roman"/>
              </w:rPr>
            </w:pPr>
            <w:r w:rsidRPr="00874B8F">
              <w:rPr>
                <w:rFonts w:ascii="Times New Roman" w:hAnsi="Times New Roman" w:cs="Times New Roman"/>
              </w:rPr>
              <w:t>resh.edu.ru</w:t>
            </w:r>
          </w:p>
        </w:tc>
      </w:tr>
      <w:tr w:rsidR="00C5646C" w:rsidRPr="00874B8F" w:rsidTr="00BD7113">
        <w:trPr>
          <w:trHeight w:hRule="exact" w:val="425"/>
        </w:trPr>
        <w:tc>
          <w:tcPr>
            <w:tcW w:w="5668" w:type="dxa"/>
            <w:gridSpan w:val="2"/>
            <w:tcBorders>
              <w:top w:val="single" w:sz="4" w:space="0" w:color="auto"/>
              <w:left w:val="single" w:sz="4" w:space="0" w:color="000000"/>
              <w:bottom w:val="single" w:sz="4" w:space="0" w:color="000000"/>
              <w:right w:val="single" w:sz="4" w:space="0" w:color="000000"/>
            </w:tcBorders>
            <w:tcMar>
              <w:left w:w="0" w:type="dxa"/>
              <w:right w:w="0" w:type="dxa"/>
            </w:tcMar>
          </w:tcPr>
          <w:p w:rsidR="00C5646C" w:rsidRPr="00874B8F" w:rsidRDefault="00C5646C" w:rsidP="00C5646C">
            <w:pPr>
              <w:autoSpaceDE w:val="0"/>
              <w:autoSpaceDN w:val="0"/>
              <w:spacing w:before="78" w:after="0" w:line="250" w:lineRule="auto"/>
              <w:ind w:left="72" w:right="144"/>
              <w:rPr>
                <w:rFonts w:ascii="Times New Roman" w:eastAsia="Times New Roman" w:hAnsi="Times New Roman" w:cs="Times New Roman"/>
                <w:i/>
                <w:color w:val="000000"/>
                <w:w w:val="97"/>
                <w:lang w:val="ru-RU"/>
              </w:rPr>
            </w:pPr>
            <w:proofErr w:type="spellStart"/>
            <w:r w:rsidRPr="00874B8F">
              <w:rPr>
                <w:rFonts w:ascii="Times New Roman" w:eastAsia="Times New Roman" w:hAnsi="Times New Roman" w:cs="Times New Roman"/>
                <w:b/>
                <w:bCs/>
                <w:color w:val="000000"/>
                <w:w w:val="97"/>
              </w:rPr>
              <w:t>Итого</w:t>
            </w:r>
            <w:proofErr w:type="spellEnd"/>
            <w:r w:rsidRPr="00874B8F">
              <w:rPr>
                <w:rFonts w:ascii="Times New Roman" w:eastAsia="Times New Roman" w:hAnsi="Times New Roman" w:cs="Times New Roman"/>
                <w:b/>
                <w:bCs/>
                <w:color w:val="000000"/>
                <w:w w:val="97"/>
              </w:rPr>
              <w:t xml:space="preserve"> </w:t>
            </w:r>
            <w:proofErr w:type="spellStart"/>
            <w:r w:rsidRPr="00874B8F">
              <w:rPr>
                <w:rFonts w:ascii="Times New Roman" w:eastAsia="Times New Roman" w:hAnsi="Times New Roman" w:cs="Times New Roman"/>
                <w:b/>
                <w:bCs/>
                <w:color w:val="000000"/>
                <w:w w:val="97"/>
              </w:rPr>
              <w:t>по</w:t>
            </w:r>
            <w:proofErr w:type="spellEnd"/>
            <w:r w:rsidRPr="00874B8F">
              <w:rPr>
                <w:rFonts w:ascii="Times New Roman" w:eastAsia="Times New Roman" w:hAnsi="Times New Roman" w:cs="Times New Roman"/>
                <w:b/>
                <w:bCs/>
                <w:color w:val="000000"/>
                <w:w w:val="97"/>
              </w:rPr>
              <w:t xml:space="preserve"> </w:t>
            </w:r>
            <w:proofErr w:type="spellStart"/>
            <w:r w:rsidRPr="00874B8F">
              <w:rPr>
                <w:rFonts w:ascii="Times New Roman" w:eastAsia="Times New Roman" w:hAnsi="Times New Roman" w:cs="Times New Roman"/>
                <w:b/>
                <w:bCs/>
                <w:color w:val="000000"/>
                <w:w w:val="97"/>
              </w:rPr>
              <w:t>разделу</w:t>
            </w:r>
            <w:proofErr w:type="spellEnd"/>
          </w:p>
        </w:tc>
        <w:tc>
          <w:tcPr>
            <w:tcW w:w="528" w:type="dxa"/>
            <w:tcBorders>
              <w:top w:val="single" w:sz="4" w:space="0" w:color="auto"/>
              <w:left w:val="single" w:sz="4" w:space="0" w:color="000000"/>
              <w:bottom w:val="single" w:sz="4" w:space="0" w:color="000000"/>
              <w:right w:val="single" w:sz="4" w:space="0" w:color="000000"/>
            </w:tcBorders>
            <w:tcMar>
              <w:left w:w="0" w:type="dxa"/>
              <w:right w:w="0" w:type="dxa"/>
            </w:tcMar>
          </w:tcPr>
          <w:p w:rsidR="00C5646C" w:rsidRPr="00874B8F" w:rsidRDefault="00C5646C" w:rsidP="00C5646C">
            <w:pPr>
              <w:autoSpaceDE w:val="0"/>
              <w:autoSpaceDN w:val="0"/>
              <w:spacing w:before="78" w:after="0" w:line="230" w:lineRule="auto"/>
              <w:ind w:left="72"/>
              <w:rPr>
                <w:rFonts w:ascii="Times New Roman" w:eastAsia="Times New Roman" w:hAnsi="Times New Roman" w:cs="Times New Roman"/>
                <w:b/>
                <w:bCs/>
                <w:color w:val="000000"/>
                <w:w w:val="97"/>
                <w:lang w:val="ru-RU"/>
              </w:rPr>
            </w:pPr>
            <w:r w:rsidRPr="00874B8F">
              <w:rPr>
                <w:rFonts w:ascii="Times New Roman" w:eastAsia="Times New Roman" w:hAnsi="Times New Roman" w:cs="Times New Roman"/>
                <w:b/>
                <w:bCs/>
                <w:color w:val="000000"/>
                <w:w w:val="97"/>
                <w:lang w:val="ru-RU"/>
              </w:rPr>
              <w:t>8</w:t>
            </w:r>
          </w:p>
        </w:tc>
        <w:tc>
          <w:tcPr>
            <w:tcW w:w="5654" w:type="dxa"/>
            <w:gridSpan w:val="4"/>
            <w:tcBorders>
              <w:top w:val="single" w:sz="4" w:space="0" w:color="auto"/>
              <w:left w:val="single" w:sz="4" w:space="0" w:color="000000"/>
              <w:bottom w:val="single" w:sz="4" w:space="0" w:color="000000"/>
              <w:right w:val="single" w:sz="4" w:space="0" w:color="000000"/>
            </w:tcBorders>
            <w:tcMar>
              <w:left w:w="0" w:type="dxa"/>
              <w:right w:w="0" w:type="dxa"/>
            </w:tcMar>
          </w:tcPr>
          <w:p w:rsidR="00C5646C" w:rsidRPr="00874B8F" w:rsidRDefault="00C5646C" w:rsidP="00C5646C">
            <w:pPr>
              <w:autoSpaceDE w:val="0"/>
              <w:autoSpaceDN w:val="0"/>
              <w:spacing w:before="78" w:after="0" w:line="254" w:lineRule="auto"/>
              <w:ind w:left="72"/>
              <w:rPr>
                <w:rFonts w:ascii="Times New Roman" w:eastAsia="Times New Roman" w:hAnsi="Times New Roman" w:cs="Times New Roman"/>
                <w:color w:val="000000"/>
                <w:w w:val="97"/>
                <w:lang w:val="ru-RU"/>
              </w:rPr>
            </w:pPr>
          </w:p>
        </w:tc>
        <w:tc>
          <w:tcPr>
            <w:tcW w:w="1616" w:type="dxa"/>
            <w:tcBorders>
              <w:top w:val="single" w:sz="4" w:space="0" w:color="auto"/>
              <w:left w:val="single" w:sz="4" w:space="0" w:color="000000"/>
              <w:bottom w:val="single" w:sz="4" w:space="0" w:color="000000"/>
              <w:right w:val="single" w:sz="4" w:space="0" w:color="000000"/>
            </w:tcBorders>
            <w:tcMar>
              <w:left w:w="0" w:type="dxa"/>
              <w:right w:w="0" w:type="dxa"/>
            </w:tcMar>
          </w:tcPr>
          <w:p w:rsidR="00C5646C" w:rsidRPr="00874B8F" w:rsidRDefault="00C5646C" w:rsidP="00C5646C">
            <w:pPr>
              <w:autoSpaceDE w:val="0"/>
              <w:autoSpaceDN w:val="0"/>
              <w:spacing w:before="78" w:after="0" w:line="245" w:lineRule="auto"/>
              <w:ind w:left="72"/>
              <w:rPr>
                <w:rFonts w:ascii="Times New Roman" w:eastAsia="Times New Roman" w:hAnsi="Times New Roman" w:cs="Times New Roman"/>
                <w:color w:val="000000"/>
                <w:w w:val="97"/>
              </w:rPr>
            </w:pPr>
          </w:p>
        </w:tc>
        <w:tc>
          <w:tcPr>
            <w:tcW w:w="1984" w:type="dxa"/>
            <w:tcBorders>
              <w:top w:val="single" w:sz="4" w:space="0" w:color="auto"/>
              <w:left w:val="single" w:sz="4" w:space="0" w:color="000000"/>
              <w:bottom w:val="single" w:sz="4" w:space="0" w:color="000000"/>
              <w:right w:val="single" w:sz="4" w:space="0" w:color="000000"/>
            </w:tcBorders>
            <w:tcMar>
              <w:left w:w="0" w:type="dxa"/>
              <w:right w:w="0" w:type="dxa"/>
            </w:tcMar>
          </w:tcPr>
          <w:p w:rsidR="00C5646C" w:rsidRPr="00874B8F" w:rsidRDefault="00C5646C" w:rsidP="0031794D">
            <w:pPr>
              <w:jc w:val="center"/>
              <w:rPr>
                <w:rFonts w:ascii="Times New Roman" w:hAnsi="Times New Roman" w:cs="Times New Roman"/>
              </w:rPr>
            </w:pPr>
          </w:p>
        </w:tc>
      </w:tr>
      <w:tr w:rsidR="00BD7113" w:rsidRPr="00874B8F" w:rsidTr="00874B8F">
        <w:trPr>
          <w:trHeight w:hRule="exact" w:val="571"/>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BD7113" w:rsidRPr="00874B8F" w:rsidRDefault="00BD7113">
            <w:pPr>
              <w:autoSpaceDE w:val="0"/>
              <w:autoSpaceDN w:val="0"/>
              <w:spacing w:before="76" w:after="0" w:line="233" w:lineRule="auto"/>
              <w:jc w:val="center"/>
              <w:rPr>
                <w:rFonts w:ascii="Times New Roman" w:hAnsi="Times New Roman" w:cs="Times New Roman"/>
              </w:rPr>
            </w:pPr>
            <w:r w:rsidRPr="00874B8F">
              <w:rPr>
                <w:rFonts w:ascii="Times New Roman" w:eastAsia="Times New Roman" w:hAnsi="Times New Roman" w:cs="Times New Roman"/>
                <w:color w:val="000000"/>
                <w:w w:val="97"/>
                <w:lang w:val="ru-RU"/>
              </w:rPr>
              <w:t>2.25</w:t>
            </w:r>
            <w:r w:rsidRPr="00874B8F">
              <w:rPr>
                <w:rFonts w:ascii="Times New Roman" w:eastAsia="Times New Roman" w:hAnsi="Times New Roman" w:cs="Times New Roman"/>
                <w:color w:val="000000"/>
                <w:w w:val="97"/>
              </w:rPr>
              <w:t>.</w:t>
            </w:r>
          </w:p>
        </w:tc>
        <w:tc>
          <w:tcPr>
            <w:tcW w:w="5200" w:type="dxa"/>
            <w:tcBorders>
              <w:top w:val="single" w:sz="4" w:space="0" w:color="000000"/>
              <w:left w:val="single" w:sz="4" w:space="0" w:color="000000"/>
              <w:bottom w:val="single" w:sz="4" w:space="0" w:color="000000"/>
              <w:right w:val="single" w:sz="4" w:space="0" w:color="000000"/>
            </w:tcBorders>
            <w:tcMar>
              <w:left w:w="0" w:type="dxa"/>
              <w:right w:w="0" w:type="dxa"/>
            </w:tcMar>
          </w:tcPr>
          <w:p w:rsidR="00BD7113" w:rsidRPr="00874B8F" w:rsidRDefault="00BD7113">
            <w:pPr>
              <w:autoSpaceDE w:val="0"/>
              <w:autoSpaceDN w:val="0"/>
              <w:spacing w:before="76" w:after="0" w:line="245" w:lineRule="auto"/>
              <w:ind w:left="72" w:right="288"/>
              <w:rPr>
                <w:rFonts w:ascii="Times New Roman" w:hAnsi="Times New Roman" w:cs="Times New Roman"/>
                <w:lang w:val="ru-RU"/>
              </w:rPr>
            </w:pPr>
            <w:r w:rsidRPr="00874B8F">
              <w:rPr>
                <w:rFonts w:ascii="Times New Roman" w:eastAsia="Times New Roman" w:hAnsi="Times New Roman" w:cs="Times New Roman"/>
                <w:i/>
                <w:color w:val="000000"/>
                <w:w w:val="97"/>
                <w:lang w:val="ru-RU"/>
              </w:rPr>
              <w:t xml:space="preserve">Модуль «Спортивные игры. Футбол». </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BD7113" w:rsidRPr="00874B8F" w:rsidRDefault="00BD7113">
            <w:pPr>
              <w:autoSpaceDE w:val="0"/>
              <w:autoSpaceDN w:val="0"/>
              <w:spacing w:before="76" w:after="0" w:line="233" w:lineRule="auto"/>
              <w:ind w:left="72"/>
              <w:rPr>
                <w:rFonts w:ascii="Times New Roman" w:hAnsi="Times New Roman" w:cs="Times New Roman"/>
                <w:lang w:val="ru-RU"/>
              </w:rPr>
            </w:pPr>
            <w:r w:rsidRPr="00874B8F">
              <w:rPr>
                <w:rFonts w:ascii="Times New Roman" w:eastAsia="Times New Roman" w:hAnsi="Times New Roman" w:cs="Times New Roman"/>
                <w:color w:val="000000"/>
                <w:w w:val="97"/>
                <w:lang w:val="ru-RU"/>
              </w:rPr>
              <w:t>6</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BD7113" w:rsidRPr="00874B8F" w:rsidRDefault="00BD7113" w:rsidP="0031794D">
            <w:pPr>
              <w:autoSpaceDE w:val="0"/>
              <w:autoSpaceDN w:val="0"/>
              <w:spacing w:before="76" w:after="0" w:line="233" w:lineRule="auto"/>
              <w:ind w:left="72"/>
              <w:jc w:val="center"/>
              <w:rPr>
                <w:rFonts w:ascii="Times New Roman" w:hAnsi="Times New Roman" w:cs="Times New Roman"/>
              </w:rPr>
            </w:pPr>
            <w:r w:rsidRPr="00874B8F">
              <w:rPr>
                <w:rFonts w:ascii="Times New Roman" w:eastAsia="Times New Roman" w:hAnsi="Times New Roman" w:cs="Times New Roman"/>
                <w:color w:val="000000"/>
                <w:w w:val="97"/>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BD7113" w:rsidRPr="00874B8F" w:rsidRDefault="00BD7113" w:rsidP="0031794D">
            <w:pPr>
              <w:autoSpaceDE w:val="0"/>
              <w:autoSpaceDN w:val="0"/>
              <w:spacing w:before="76" w:after="0" w:line="233" w:lineRule="auto"/>
              <w:ind w:left="72"/>
              <w:jc w:val="center"/>
              <w:rPr>
                <w:rFonts w:ascii="Times New Roman" w:hAnsi="Times New Roman" w:cs="Times New Roman"/>
                <w:lang w:val="ru-RU"/>
              </w:rPr>
            </w:pPr>
            <w:r w:rsidRPr="00874B8F">
              <w:rPr>
                <w:rFonts w:ascii="Times New Roman" w:eastAsia="Times New Roman" w:hAnsi="Times New Roman" w:cs="Times New Roman"/>
                <w:color w:val="000000"/>
                <w:w w:val="97"/>
                <w:lang w:val="ru-RU"/>
              </w:rPr>
              <w:t>6</w:t>
            </w:r>
          </w:p>
        </w:tc>
        <w:tc>
          <w:tcPr>
            <w:tcW w:w="2758" w:type="dxa"/>
            <w:tcBorders>
              <w:top w:val="single" w:sz="4" w:space="0" w:color="000000"/>
              <w:left w:val="single" w:sz="4" w:space="0" w:color="000000"/>
              <w:bottom w:val="single" w:sz="4" w:space="0" w:color="000000"/>
              <w:right w:val="single" w:sz="4" w:space="0" w:color="000000"/>
            </w:tcBorders>
            <w:tcMar>
              <w:left w:w="0" w:type="dxa"/>
              <w:right w:w="0" w:type="dxa"/>
            </w:tcMar>
          </w:tcPr>
          <w:p w:rsidR="00BD7113" w:rsidRPr="00874B8F" w:rsidRDefault="00BD7113">
            <w:pPr>
              <w:rPr>
                <w:rFonts w:ascii="Times New Roman" w:hAnsi="Times New Roman" w:cs="Times New Roman"/>
              </w:rPr>
            </w:pPr>
          </w:p>
        </w:tc>
        <w:tc>
          <w:tcPr>
            <w:tcW w:w="226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BD7113" w:rsidRPr="00874B8F" w:rsidRDefault="00BD7113" w:rsidP="00BD7113">
            <w:pPr>
              <w:autoSpaceDE w:val="0"/>
              <w:autoSpaceDN w:val="0"/>
              <w:spacing w:before="76" w:after="0" w:line="245" w:lineRule="auto"/>
              <w:ind w:left="72"/>
              <w:jc w:val="center"/>
              <w:rPr>
                <w:rFonts w:ascii="Times New Roman" w:hAnsi="Times New Roman" w:cs="Times New Roman"/>
              </w:rPr>
            </w:pPr>
            <w:proofErr w:type="spellStart"/>
            <w:r w:rsidRPr="00874B8F">
              <w:rPr>
                <w:rFonts w:ascii="Times New Roman" w:eastAsia="Times New Roman" w:hAnsi="Times New Roman" w:cs="Times New Roman"/>
                <w:color w:val="000000"/>
                <w:w w:val="97"/>
              </w:rPr>
              <w:t>Практическая</w:t>
            </w:r>
            <w:proofErr w:type="spellEnd"/>
            <w:r w:rsidRPr="00874B8F">
              <w:rPr>
                <w:rFonts w:ascii="Times New Roman" w:eastAsia="Times New Roman" w:hAnsi="Times New Roman" w:cs="Times New Roman"/>
                <w:color w:val="000000"/>
                <w:w w:val="97"/>
              </w:rPr>
              <w:t xml:space="preserve"> </w:t>
            </w:r>
            <w:proofErr w:type="spellStart"/>
            <w:r w:rsidRPr="00874B8F">
              <w:rPr>
                <w:rFonts w:ascii="Times New Roman" w:eastAsia="Times New Roman" w:hAnsi="Times New Roman" w:cs="Times New Roman"/>
                <w:color w:val="000000"/>
                <w:w w:val="97"/>
              </w:rPr>
              <w:t>работа</w:t>
            </w:r>
            <w:proofErr w:type="spellEnd"/>
            <w:r w:rsidRPr="00874B8F">
              <w:rPr>
                <w:rFonts w:ascii="Times New Roman" w:eastAsia="Times New Roman" w:hAnsi="Times New Roman" w:cs="Times New Roman"/>
                <w:color w:val="000000"/>
                <w:w w:val="97"/>
              </w:rPr>
              <w:t>;</w:t>
            </w:r>
          </w:p>
        </w:tc>
        <w:tc>
          <w:tcPr>
            <w:tcW w:w="1984" w:type="dxa"/>
            <w:tcBorders>
              <w:top w:val="single" w:sz="4" w:space="0" w:color="000000"/>
              <w:left w:val="single" w:sz="4" w:space="0" w:color="000000"/>
              <w:bottom w:val="single" w:sz="4" w:space="0" w:color="000000"/>
              <w:right w:val="single" w:sz="4" w:space="0" w:color="000000"/>
            </w:tcBorders>
            <w:tcMar>
              <w:left w:w="0" w:type="dxa"/>
              <w:right w:w="0" w:type="dxa"/>
            </w:tcMar>
          </w:tcPr>
          <w:p w:rsidR="00BD7113" w:rsidRPr="00874B8F" w:rsidRDefault="00BD7113" w:rsidP="00BD7113">
            <w:pPr>
              <w:jc w:val="center"/>
              <w:rPr>
                <w:rFonts w:ascii="Times New Roman" w:hAnsi="Times New Roman" w:cs="Times New Roman"/>
              </w:rPr>
            </w:pPr>
            <w:r w:rsidRPr="00874B8F">
              <w:rPr>
                <w:rFonts w:ascii="Times New Roman" w:hAnsi="Times New Roman" w:cs="Times New Roman"/>
              </w:rPr>
              <w:t>resh.edu.ru</w:t>
            </w:r>
          </w:p>
        </w:tc>
      </w:tr>
      <w:tr w:rsidR="005353D2" w:rsidRPr="00874B8F" w:rsidTr="00BD7113">
        <w:trPr>
          <w:trHeight w:hRule="exact" w:val="348"/>
        </w:trPr>
        <w:tc>
          <w:tcPr>
            <w:tcW w:w="566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353D2" w:rsidRPr="00874B8F" w:rsidRDefault="001B6E67">
            <w:pPr>
              <w:autoSpaceDE w:val="0"/>
              <w:autoSpaceDN w:val="0"/>
              <w:spacing w:before="78" w:after="0" w:line="230" w:lineRule="auto"/>
              <w:ind w:left="72"/>
              <w:rPr>
                <w:rFonts w:ascii="Times New Roman" w:hAnsi="Times New Roman" w:cs="Times New Roman"/>
                <w:b/>
                <w:bCs/>
              </w:rPr>
            </w:pPr>
            <w:proofErr w:type="spellStart"/>
            <w:r w:rsidRPr="00874B8F">
              <w:rPr>
                <w:rFonts w:ascii="Times New Roman" w:eastAsia="Times New Roman" w:hAnsi="Times New Roman" w:cs="Times New Roman"/>
                <w:b/>
                <w:bCs/>
                <w:color w:val="000000"/>
                <w:w w:val="97"/>
              </w:rPr>
              <w:t>Итого</w:t>
            </w:r>
            <w:proofErr w:type="spellEnd"/>
            <w:r w:rsidRPr="00874B8F">
              <w:rPr>
                <w:rFonts w:ascii="Times New Roman" w:eastAsia="Times New Roman" w:hAnsi="Times New Roman" w:cs="Times New Roman"/>
                <w:b/>
                <w:bCs/>
                <w:color w:val="000000"/>
                <w:w w:val="97"/>
              </w:rPr>
              <w:t xml:space="preserve"> </w:t>
            </w:r>
            <w:proofErr w:type="spellStart"/>
            <w:r w:rsidRPr="00874B8F">
              <w:rPr>
                <w:rFonts w:ascii="Times New Roman" w:eastAsia="Times New Roman" w:hAnsi="Times New Roman" w:cs="Times New Roman"/>
                <w:b/>
                <w:bCs/>
                <w:color w:val="000000"/>
                <w:w w:val="97"/>
              </w:rPr>
              <w:t>по</w:t>
            </w:r>
            <w:proofErr w:type="spellEnd"/>
            <w:r w:rsidRPr="00874B8F">
              <w:rPr>
                <w:rFonts w:ascii="Times New Roman" w:eastAsia="Times New Roman" w:hAnsi="Times New Roman" w:cs="Times New Roman"/>
                <w:b/>
                <w:bCs/>
                <w:color w:val="000000"/>
                <w:w w:val="97"/>
              </w:rPr>
              <w:t xml:space="preserve"> </w:t>
            </w:r>
            <w:proofErr w:type="spellStart"/>
            <w:r w:rsidRPr="00874B8F">
              <w:rPr>
                <w:rFonts w:ascii="Times New Roman" w:eastAsia="Times New Roman" w:hAnsi="Times New Roman" w:cs="Times New Roman"/>
                <w:b/>
                <w:bCs/>
                <w:color w:val="000000"/>
                <w:w w:val="97"/>
              </w:rPr>
              <w:t>разделу</w:t>
            </w:r>
            <w:proofErr w:type="spellEnd"/>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5353D2" w:rsidRPr="00874B8F" w:rsidRDefault="00C5646C">
            <w:pPr>
              <w:autoSpaceDE w:val="0"/>
              <w:autoSpaceDN w:val="0"/>
              <w:spacing w:before="78" w:after="0" w:line="230" w:lineRule="auto"/>
              <w:ind w:left="72"/>
              <w:rPr>
                <w:rFonts w:ascii="Times New Roman" w:hAnsi="Times New Roman" w:cs="Times New Roman"/>
                <w:b/>
                <w:bCs/>
                <w:lang w:val="ru-RU"/>
              </w:rPr>
            </w:pPr>
            <w:r w:rsidRPr="00874B8F">
              <w:rPr>
                <w:rFonts w:ascii="Times New Roman" w:eastAsia="Times New Roman" w:hAnsi="Times New Roman" w:cs="Times New Roman"/>
                <w:b/>
                <w:bCs/>
                <w:color w:val="000000"/>
                <w:w w:val="97"/>
                <w:lang w:val="ru-RU"/>
              </w:rPr>
              <w:t>6</w:t>
            </w:r>
          </w:p>
        </w:tc>
        <w:tc>
          <w:tcPr>
            <w:tcW w:w="9254"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5353D2" w:rsidRPr="00874B8F" w:rsidRDefault="005353D2">
            <w:pPr>
              <w:rPr>
                <w:rFonts w:ascii="Times New Roman" w:hAnsi="Times New Roman" w:cs="Times New Roman"/>
              </w:rPr>
            </w:pPr>
          </w:p>
        </w:tc>
      </w:tr>
      <w:tr w:rsidR="005353D2" w:rsidRPr="00874B8F" w:rsidTr="00BD7113">
        <w:trPr>
          <w:trHeight w:hRule="exact" w:val="348"/>
        </w:trPr>
        <w:tc>
          <w:tcPr>
            <w:tcW w:w="15450"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5353D2" w:rsidRPr="00874B8F" w:rsidRDefault="00001F46">
            <w:pPr>
              <w:autoSpaceDE w:val="0"/>
              <w:autoSpaceDN w:val="0"/>
              <w:spacing w:before="78" w:after="0" w:line="230" w:lineRule="auto"/>
              <w:ind w:left="72"/>
              <w:rPr>
                <w:rFonts w:ascii="Times New Roman" w:hAnsi="Times New Roman" w:cs="Times New Roman"/>
              </w:rPr>
            </w:pPr>
            <w:r w:rsidRPr="00874B8F">
              <w:rPr>
                <w:rFonts w:ascii="Times New Roman" w:eastAsia="Times New Roman" w:hAnsi="Times New Roman" w:cs="Times New Roman"/>
                <w:b/>
                <w:color w:val="000000"/>
                <w:w w:val="97"/>
                <w:lang w:val="ru-RU"/>
              </w:rPr>
              <w:t>МОДУЛЬ</w:t>
            </w:r>
            <w:r w:rsidR="001B6E67" w:rsidRPr="00874B8F">
              <w:rPr>
                <w:rFonts w:ascii="Times New Roman" w:eastAsia="Times New Roman" w:hAnsi="Times New Roman" w:cs="Times New Roman"/>
                <w:b/>
                <w:color w:val="000000"/>
                <w:w w:val="97"/>
              </w:rPr>
              <w:t xml:space="preserve"> СПОРТ</w:t>
            </w:r>
          </w:p>
        </w:tc>
      </w:tr>
      <w:tr w:rsidR="00BD7113" w:rsidRPr="00874B8F" w:rsidTr="00874B8F">
        <w:trPr>
          <w:trHeight w:hRule="exact" w:val="1713"/>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BD7113" w:rsidRPr="00874B8F" w:rsidRDefault="00BD7113">
            <w:pPr>
              <w:autoSpaceDE w:val="0"/>
              <w:autoSpaceDN w:val="0"/>
              <w:spacing w:before="78" w:after="0" w:line="230" w:lineRule="auto"/>
              <w:jc w:val="center"/>
              <w:rPr>
                <w:rFonts w:ascii="Times New Roman" w:hAnsi="Times New Roman" w:cs="Times New Roman"/>
              </w:rPr>
            </w:pPr>
            <w:r w:rsidRPr="00874B8F">
              <w:rPr>
                <w:rFonts w:ascii="Times New Roman" w:eastAsia="Times New Roman" w:hAnsi="Times New Roman" w:cs="Times New Roman"/>
                <w:color w:val="000000"/>
                <w:w w:val="97"/>
              </w:rPr>
              <w:t>4.1.</w:t>
            </w:r>
          </w:p>
        </w:tc>
        <w:tc>
          <w:tcPr>
            <w:tcW w:w="5200" w:type="dxa"/>
            <w:tcBorders>
              <w:top w:val="single" w:sz="4" w:space="0" w:color="000000"/>
              <w:left w:val="single" w:sz="4" w:space="0" w:color="000000"/>
              <w:bottom w:val="single" w:sz="4" w:space="0" w:color="000000"/>
              <w:right w:val="single" w:sz="4" w:space="0" w:color="000000"/>
            </w:tcBorders>
            <w:tcMar>
              <w:left w:w="0" w:type="dxa"/>
              <w:right w:w="0" w:type="dxa"/>
            </w:tcMar>
          </w:tcPr>
          <w:p w:rsidR="00BD7113" w:rsidRPr="00874B8F" w:rsidRDefault="00BD7113" w:rsidP="00001F46">
            <w:pPr>
              <w:shd w:val="clear" w:color="auto" w:fill="FFFFFF"/>
              <w:spacing w:beforeAutospacing="1" w:after="0" w:afterAutospacing="1" w:line="240" w:lineRule="auto"/>
              <w:jc w:val="both"/>
              <w:rPr>
                <w:rFonts w:ascii="Times New Roman" w:eastAsia="Times New Roman" w:hAnsi="Times New Roman" w:cs="Times New Roman"/>
                <w:color w:val="333333"/>
                <w:lang w:val="ru-RU" w:eastAsia="ru-RU"/>
              </w:rPr>
            </w:pPr>
            <w:r w:rsidRPr="00874B8F">
              <w:rPr>
                <w:rFonts w:ascii="Times New Roman" w:eastAsia="Times New Roman" w:hAnsi="Times New Roman" w:cs="Times New Roman"/>
                <w:lang w:val="ru-RU"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D7113" w:rsidRPr="00874B8F" w:rsidRDefault="00BD7113">
            <w:pPr>
              <w:autoSpaceDE w:val="0"/>
              <w:autoSpaceDN w:val="0"/>
              <w:spacing w:before="78" w:after="0" w:line="247" w:lineRule="auto"/>
              <w:ind w:left="72"/>
              <w:rPr>
                <w:rFonts w:ascii="Times New Roman" w:hAnsi="Times New Roman" w:cs="Times New Roman"/>
                <w:lang w:val="ru-RU"/>
              </w:rPr>
            </w:pP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BD7113" w:rsidRPr="00874B8F" w:rsidRDefault="00D33A78">
            <w:pPr>
              <w:autoSpaceDE w:val="0"/>
              <w:autoSpaceDN w:val="0"/>
              <w:spacing w:before="78" w:after="0" w:line="230" w:lineRule="auto"/>
              <w:ind w:left="72"/>
              <w:rPr>
                <w:rFonts w:ascii="Times New Roman" w:hAnsi="Times New Roman" w:cs="Times New Roman"/>
                <w:lang w:val="ru-RU"/>
              </w:rPr>
            </w:pPr>
            <w:r>
              <w:rPr>
                <w:rFonts w:ascii="Times New Roman" w:hAnsi="Times New Roman" w:cs="Times New Roman"/>
                <w:lang w:val="ru-RU"/>
              </w:rPr>
              <w:t>9</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BD7113" w:rsidRPr="00874B8F" w:rsidRDefault="00BD7113" w:rsidP="0031794D">
            <w:pPr>
              <w:autoSpaceDE w:val="0"/>
              <w:autoSpaceDN w:val="0"/>
              <w:spacing w:before="78" w:after="0" w:line="230" w:lineRule="auto"/>
              <w:ind w:left="72"/>
              <w:jc w:val="center"/>
              <w:rPr>
                <w:rFonts w:ascii="Times New Roman" w:hAnsi="Times New Roman" w:cs="Times New Roman"/>
              </w:rPr>
            </w:pPr>
            <w:r w:rsidRPr="00874B8F">
              <w:rPr>
                <w:rFonts w:ascii="Times New Roman" w:eastAsia="Times New Roman" w:hAnsi="Times New Roman" w:cs="Times New Roman"/>
                <w:color w:val="000000"/>
                <w:w w:val="97"/>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BD7113" w:rsidRPr="00874B8F" w:rsidRDefault="00BD7113" w:rsidP="0031794D">
            <w:pPr>
              <w:autoSpaceDE w:val="0"/>
              <w:autoSpaceDN w:val="0"/>
              <w:spacing w:before="78" w:after="0" w:line="230" w:lineRule="auto"/>
              <w:ind w:left="72"/>
              <w:jc w:val="center"/>
              <w:rPr>
                <w:rFonts w:ascii="Times New Roman" w:hAnsi="Times New Roman" w:cs="Times New Roman"/>
                <w:lang w:val="ru-RU"/>
              </w:rPr>
            </w:pPr>
            <w:r w:rsidRPr="00874B8F">
              <w:rPr>
                <w:rFonts w:ascii="Times New Roman" w:eastAsia="Times New Roman" w:hAnsi="Times New Roman" w:cs="Times New Roman"/>
                <w:color w:val="000000"/>
                <w:w w:val="97"/>
                <w:lang w:val="ru-RU"/>
              </w:rPr>
              <w:t>3</w:t>
            </w:r>
          </w:p>
        </w:tc>
        <w:tc>
          <w:tcPr>
            <w:tcW w:w="2758" w:type="dxa"/>
            <w:tcBorders>
              <w:top w:val="single" w:sz="4" w:space="0" w:color="000000"/>
              <w:left w:val="single" w:sz="4" w:space="0" w:color="000000"/>
              <w:bottom w:val="single" w:sz="4" w:space="0" w:color="000000"/>
              <w:right w:val="single" w:sz="4" w:space="0" w:color="000000"/>
            </w:tcBorders>
            <w:tcMar>
              <w:left w:w="0" w:type="dxa"/>
              <w:right w:w="0" w:type="dxa"/>
            </w:tcMar>
          </w:tcPr>
          <w:p w:rsidR="00BD7113" w:rsidRPr="00874B8F" w:rsidRDefault="00BD7113">
            <w:pPr>
              <w:rPr>
                <w:rFonts w:ascii="Times New Roman" w:hAnsi="Times New Roman" w:cs="Times New Roman"/>
              </w:rPr>
            </w:pPr>
          </w:p>
        </w:tc>
        <w:tc>
          <w:tcPr>
            <w:tcW w:w="226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BD7113" w:rsidRPr="00874B8F" w:rsidRDefault="00BD7113" w:rsidP="00BD7113">
            <w:pPr>
              <w:autoSpaceDE w:val="0"/>
              <w:autoSpaceDN w:val="0"/>
              <w:spacing w:before="78" w:after="0" w:line="245" w:lineRule="auto"/>
              <w:ind w:left="72"/>
              <w:jc w:val="center"/>
              <w:rPr>
                <w:rFonts w:ascii="Times New Roman" w:hAnsi="Times New Roman" w:cs="Times New Roman"/>
              </w:rPr>
            </w:pPr>
            <w:proofErr w:type="spellStart"/>
            <w:r w:rsidRPr="00874B8F">
              <w:rPr>
                <w:rFonts w:ascii="Times New Roman" w:eastAsia="Times New Roman" w:hAnsi="Times New Roman" w:cs="Times New Roman"/>
                <w:color w:val="000000"/>
                <w:w w:val="97"/>
              </w:rPr>
              <w:t>Практическая</w:t>
            </w:r>
            <w:proofErr w:type="spellEnd"/>
            <w:r w:rsidRPr="00874B8F">
              <w:rPr>
                <w:rFonts w:ascii="Times New Roman" w:eastAsia="Times New Roman" w:hAnsi="Times New Roman" w:cs="Times New Roman"/>
                <w:color w:val="000000"/>
                <w:w w:val="97"/>
              </w:rPr>
              <w:t xml:space="preserve"> </w:t>
            </w:r>
            <w:proofErr w:type="spellStart"/>
            <w:r w:rsidRPr="00874B8F">
              <w:rPr>
                <w:rFonts w:ascii="Times New Roman" w:eastAsia="Times New Roman" w:hAnsi="Times New Roman" w:cs="Times New Roman"/>
                <w:color w:val="000000"/>
                <w:w w:val="97"/>
              </w:rPr>
              <w:t>работа</w:t>
            </w:r>
            <w:proofErr w:type="spellEnd"/>
            <w:r w:rsidRPr="00874B8F">
              <w:rPr>
                <w:rFonts w:ascii="Times New Roman" w:eastAsia="Times New Roman" w:hAnsi="Times New Roman" w:cs="Times New Roman"/>
                <w:color w:val="000000"/>
                <w:w w:val="97"/>
              </w:rPr>
              <w:t>;</w:t>
            </w:r>
          </w:p>
        </w:tc>
        <w:tc>
          <w:tcPr>
            <w:tcW w:w="1984" w:type="dxa"/>
            <w:tcBorders>
              <w:top w:val="single" w:sz="4" w:space="0" w:color="000000"/>
              <w:left w:val="single" w:sz="4" w:space="0" w:color="000000"/>
              <w:bottom w:val="single" w:sz="4" w:space="0" w:color="000000"/>
              <w:right w:val="single" w:sz="4" w:space="0" w:color="000000"/>
            </w:tcBorders>
            <w:tcMar>
              <w:left w:w="0" w:type="dxa"/>
              <w:right w:w="0" w:type="dxa"/>
            </w:tcMar>
          </w:tcPr>
          <w:p w:rsidR="00BD7113" w:rsidRPr="00874B8F" w:rsidRDefault="00BD7113" w:rsidP="00BD7113">
            <w:pPr>
              <w:autoSpaceDE w:val="0"/>
              <w:autoSpaceDN w:val="0"/>
              <w:spacing w:before="78" w:after="0" w:line="230" w:lineRule="auto"/>
              <w:ind w:left="72"/>
              <w:jc w:val="center"/>
              <w:rPr>
                <w:rFonts w:ascii="Times New Roman" w:hAnsi="Times New Roman" w:cs="Times New Roman"/>
              </w:rPr>
            </w:pPr>
            <w:r w:rsidRPr="00874B8F">
              <w:rPr>
                <w:rFonts w:ascii="Times New Roman" w:hAnsi="Times New Roman" w:cs="Times New Roman"/>
              </w:rPr>
              <w:t>resh.edu.ru</w:t>
            </w:r>
          </w:p>
        </w:tc>
      </w:tr>
      <w:tr w:rsidR="005353D2" w:rsidRPr="00874B8F" w:rsidTr="00BD7113">
        <w:trPr>
          <w:trHeight w:hRule="exact" w:val="328"/>
        </w:trPr>
        <w:tc>
          <w:tcPr>
            <w:tcW w:w="566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353D2" w:rsidRPr="00874B8F" w:rsidRDefault="001B6E67">
            <w:pPr>
              <w:autoSpaceDE w:val="0"/>
              <w:autoSpaceDN w:val="0"/>
              <w:spacing w:before="76" w:after="0" w:line="233" w:lineRule="auto"/>
              <w:ind w:left="72"/>
              <w:rPr>
                <w:rFonts w:ascii="Times New Roman" w:hAnsi="Times New Roman" w:cs="Times New Roman"/>
                <w:b/>
                <w:bCs/>
              </w:rPr>
            </w:pPr>
            <w:proofErr w:type="spellStart"/>
            <w:r w:rsidRPr="00874B8F">
              <w:rPr>
                <w:rFonts w:ascii="Times New Roman" w:eastAsia="Times New Roman" w:hAnsi="Times New Roman" w:cs="Times New Roman"/>
                <w:b/>
                <w:bCs/>
                <w:color w:val="000000"/>
                <w:w w:val="97"/>
              </w:rPr>
              <w:t>Итого</w:t>
            </w:r>
            <w:proofErr w:type="spellEnd"/>
            <w:r w:rsidRPr="00874B8F">
              <w:rPr>
                <w:rFonts w:ascii="Times New Roman" w:eastAsia="Times New Roman" w:hAnsi="Times New Roman" w:cs="Times New Roman"/>
                <w:b/>
                <w:bCs/>
                <w:color w:val="000000"/>
                <w:w w:val="97"/>
              </w:rPr>
              <w:t xml:space="preserve"> </w:t>
            </w:r>
            <w:proofErr w:type="spellStart"/>
            <w:r w:rsidRPr="00874B8F">
              <w:rPr>
                <w:rFonts w:ascii="Times New Roman" w:eastAsia="Times New Roman" w:hAnsi="Times New Roman" w:cs="Times New Roman"/>
                <w:b/>
                <w:bCs/>
                <w:color w:val="000000"/>
                <w:w w:val="97"/>
              </w:rPr>
              <w:t>по</w:t>
            </w:r>
            <w:proofErr w:type="spellEnd"/>
            <w:r w:rsidRPr="00874B8F">
              <w:rPr>
                <w:rFonts w:ascii="Times New Roman" w:eastAsia="Times New Roman" w:hAnsi="Times New Roman" w:cs="Times New Roman"/>
                <w:b/>
                <w:bCs/>
                <w:color w:val="000000"/>
                <w:w w:val="97"/>
              </w:rPr>
              <w:t xml:space="preserve"> </w:t>
            </w:r>
            <w:proofErr w:type="spellStart"/>
            <w:r w:rsidRPr="00874B8F">
              <w:rPr>
                <w:rFonts w:ascii="Times New Roman" w:eastAsia="Times New Roman" w:hAnsi="Times New Roman" w:cs="Times New Roman"/>
                <w:b/>
                <w:bCs/>
                <w:color w:val="000000"/>
                <w:w w:val="97"/>
              </w:rPr>
              <w:t>разделу</w:t>
            </w:r>
            <w:proofErr w:type="spellEnd"/>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5353D2" w:rsidRPr="00874B8F" w:rsidRDefault="00D33A78">
            <w:pPr>
              <w:autoSpaceDE w:val="0"/>
              <w:autoSpaceDN w:val="0"/>
              <w:spacing w:before="76" w:after="0" w:line="233" w:lineRule="auto"/>
              <w:ind w:left="72"/>
              <w:rPr>
                <w:rFonts w:ascii="Times New Roman" w:hAnsi="Times New Roman" w:cs="Times New Roman"/>
                <w:b/>
                <w:bCs/>
                <w:lang w:val="ru-RU"/>
              </w:rPr>
            </w:pPr>
            <w:r>
              <w:rPr>
                <w:rFonts w:ascii="Times New Roman" w:hAnsi="Times New Roman" w:cs="Times New Roman"/>
                <w:b/>
                <w:bCs/>
                <w:lang w:val="ru-RU"/>
              </w:rPr>
              <w:t>9</w:t>
            </w:r>
          </w:p>
        </w:tc>
        <w:tc>
          <w:tcPr>
            <w:tcW w:w="9254"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5353D2" w:rsidRPr="00874B8F" w:rsidRDefault="005353D2">
            <w:pPr>
              <w:rPr>
                <w:rFonts w:ascii="Times New Roman" w:hAnsi="Times New Roman" w:cs="Times New Roman"/>
              </w:rPr>
            </w:pPr>
          </w:p>
        </w:tc>
      </w:tr>
    </w:tbl>
    <w:p w:rsidR="005353D2" w:rsidRPr="00874B8F" w:rsidRDefault="005353D2">
      <w:pPr>
        <w:autoSpaceDE w:val="0"/>
        <w:autoSpaceDN w:val="0"/>
        <w:spacing w:after="0" w:line="14" w:lineRule="exact"/>
        <w:rPr>
          <w:rFonts w:ascii="Times New Roman" w:hAnsi="Times New Roman" w:cs="Times New Roman"/>
        </w:rPr>
      </w:pPr>
    </w:p>
    <w:p w:rsidR="005353D2" w:rsidRPr="00874B8F" w:rsidRDefault="005353D2">
      <w:pPr>
        <w:rPr>
          <w:rFonts w:ascii="Times New Roman" w:hAnsi="Times New Roman" w:cs="Times New Roman"/>
        </w:rPr>
        <w:sectPr w:rsidR="005353D2" w:rsidRPr="00874B8F">
          <w:pgSz w:w="16840" w:h="11900"/>
          <w:pgMar w:top="284" w:right="640" w:bottom="364" w:left="666" w:header="720" w:footer="720" w:gutter="0"/>
          <w:cols w:space="720" w:equalWidth="0">
            <w:col w:w="15534" w:space="0"/>
          </w:cols>
          <w:docGrid w:linePitch="360"/>
        </w:sectPr>
      </w:pPr>
    </w:p>
    <w:p w:rsidR="005353D2" w:rsidRPr="00874B8F" w:rsidRDefault="005353D2">
      <w:pPr>
        <w:autoSpaceDE w:val="0"/>
        <w:autoSpaceDN w:val="0"/>
        <w:spacing w:after="66" w:line="220" w:lineRule="exact"/>
        <w:rPr>
          <w:rFonts w:ascii="Times New Roman" w:hAnsi="Times New Roman" w:cs="Times New Roman"/>
        </w:rPr>
      </w:pPr>
    </w:p>
    <w:tbl>
      <w:tblPr>
        <w:tblW w:w="0" w:type="auto"/>
        <w:tblInd w:w="6" w:type="dxa"/>
        <w:tblLayout w:type="fixed"/>
        <w:tblLook w:val="04A0" w:firstRow="1" w:lastRow="0" w:firstColumn="1" w:lastColumn="0" w:noHBand="0" w:noVBand="1"/>
      </w:tblPr>
      <w:tblGrid>
        <w:gridCol w:w="5668"/>
        <w:gridCol w:w="528"/>
        <w:gridCol w:w="1104"/>
        <w:gridCol w:w="1140"/>
        <w:gridCol w:w="7010"/>
      </w:tblGrid>
      <w:tr w:rsidR="005353D2" w:rsidRPr="00874B8F" w:rsidTr="00BD7113">
        <w:trPr>
          <w:trHeight w:hRule="exact" w:val="328"/>
        </w:trPr>
        <w:tc>
          <w:tcPr>
            <w:tcW w:w="5668" w:type="dxa"/>
            <w:tcBorders>
              <w:top w:val="single" w:sz="4" w:space="0" w:color="000000"/>
              <w:left w:val="single" w:sz="4" w:space="0" w:color="000000"/>
              <w:bottom w:val="single" w:sz="4" w:space="0" w:color="000000"/>
              <w:right w:val="single" w:sz="4" w:space="0" w:color="000000"/>
            </w:tcBorders>
            <w:tcMar>
              <w:left w:w="0" w:type="dxa"/>
              <w:right w:w="0" w:type="dxa"/>
            </w:tcMar>
          </w:tcPr>
          <w:p w:rsidR="005353D2" w:rsidRPr="00874B8F" w:rsidRDefault="001B6E67">
            <w:pPr>
              <w:autoSpaceDE w:val="0"/>
              <w:autoSpaceDN w:val="0"/>
              <w:spacing w:before="78" w:after="0" w:line="230" w:lineRule="auto"/>
              <w:ind w:left="72"/>
              <w:rPr>
                <w:rFonts w:ascii="Times New Roman" w:hAnsi="Times New Roman" w:cs="Times New Roman"/>
                <w:lang w:val="ru-RU"/>
              </w:rPr>
            </w:pPr>
            <w:r w:rsidRPr="00874B8F">
              <w:rPr>
                <w:rFonts w:ascii="Times New Roman" w:eastAsia="Times New Roman" w:hAnsi="Times New Roman" w:cs="Times New Roman"/>
                <w:color w:val="000000"/>
                <w:w w:val="97"/>
                <w:lang w:val="ru-RU"/>
              </w:rPr>
              <w:t>ОБЩЕЕ КОЛИЧЕСТВО ЧАСОВ ПО ПРОГРАММЕ</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5353D2" w:rsidRPr="00874B8F" w:rsidRDefault="00C5646C">
            <w:pPr>
              <w:autoSpaceDE w:val="0"/>
              <w:autoSpaceDN w:val="0"/>
              <w:spacing w:before="78" w:after="0" w:line="230" w:lineRule="auto"/>
              <w:ind w:left="72"/>
              <w:rPr>
                <w:rFonts w:ascii="Times New Roman" w:hAnsi="Times New Roman" w:cs="Times New Roman"/>
                <w:b/>
                <w:bCs/>
                <w:lang w:val="ru-RU"/>
              </w:rPr>
            </w:pPr>
            <w:r w:rsidRPr="00874B8F">
              <w:rPr>
                <w:rFonts w:ascii="Times New Roman" w:eastAsia="Times New Roman" w:hAnsi="Times New Roman" w:cs="Times New Roman"/>
                <w:b/>
                <w:bCs/>
                <w:color w:val="000000"/>
                <w:w w:val="97"/>
                <w:lang w:val="ru-RU"/>
              </w:rPr>
              <w:t>68</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5353D2" w:rsidRPr="00874B8F" w:rsidRDefault="00A33D35" w:rsidP="0031794D">
            <w:pPr>
              <w:autoSpaceDE w:val="0"/>
              <w:autoSpaceDN w:val="0"/>
              <w:spacing w:before="78" w:after="0" w:line="230" w:lineRule="auto"/>
              <w:ind w:left="72"/>
              <w:jc w:val="center"/>
              <w:rPr>
                <w:rFonts w:ascii="Times New Roman" w:hAnsi="Times New Roman" w:cs="Times New Roman"/>
                <w:lang w:val="ru-RU"/>
              </w:rPr>
            </w:pPr>
            <w:r w:rsidRPr="00874B8F">
              <w:rPr>
                <w:rFonts w:ascii="Times New Roman" w:eastAsia="Times New Roman" w:hAnsi="Times New Roman" w:cs="Times New Roman"/>
                <w:color w:val="000000"/>
                <w:w w:val="97"/>
                <w:lang w:val="ru-RU"/>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5353D2" w:rsidRPr="00874B8F" w:rsidRDefault="00A33D35" w:rsidP="0031794D">
            <w:pPr>
              <w:autoSpaceDE w:val="0"/>
              <w:autoSpaceDN w:val="0"/>
              <w:spacing w:before="78" w:after="0" w:line="230" w:lineRule="auto"/>
              <w:ind w:left="72"/>
              <w:jc w:val="center"/>
              <w:rPr>
                <w:rFonts w:ascii="Times New Roman" w:hAnsi="Times New Roman" w:cs="Times New Roman"/>
                <w:lang w:val="ru-RU"/>
              </w:rPr>
            </w:pPr>
            <w:r w:rsidRPr="00874B8F">
              <w:rPr>
                <w:rFonts w:ascii="Times New Roman" w:eastAsia="Times New Roman" w:hAnsi="Times New Roman" w:cs="Times New Roman"/>
                <w:color w:val="000000"/>
                <w:w w:val="97"/>
                <w:lang w:val="ru-RU"/>
              </w:rPr>
              <w:t>0</w:t>
            </w:r>
          </w:p>
        </w:tc>
        <w:tc>
          <w:tcPr>
            <w:tcW w:w="7010" w:type="dxa"/>
            <w:tcBorders>
              <w:top w:val="single" w:sz="4" w:space="0" w:color="000000"/>
              <w:left w:val="single" w:sz="4" w:space="0" w:color="000000"/>
              <w:bottom w:val="single" w:sz="4" w:space="0" w:color="000000"/>
              <w:right w:val="single" w:sz="4" w:space="0" w:color="000000"/>
            </w:tcBorders>
            <w:tcMar>
              <w:left w:w="0" w:type="dxa"/>
              <w:right w:w="0" w:type="dxa"/>
            </w:tcMar>
          </w:tcPr>
          <w:p w:rsidR="005353D2" w:rsidRPr="00874B8F" w:rsidRDefault="005353D2">
            <w:pPr>
              <w:rPr>
                <w:rFonts w:ascii="Times New Roman" w:hAnsi="Times New Roman" w:cs="Times New Roman"/>
              </w:rPr>
            </w:pPr>
          </w:p>
        </w:tc>
      </w:tr>
    </w:tbl>
    <w:p w:rsidR="005353D2" w:rsidRDefault="005353D2">
      <w:pPr>
        <w:autoSpaceDE w:val="0"/>
        <w:autoSpaceDN w:val="0"/>
        <w:spacing w:after="0" w:line="14" w:lineRule="exact"/>
      </w:pPr>
    </w:p>
    <w:p w:rsidR="005353D2" w:rsidRDefault="005353D2">
      <w:pPr>
        <w:sectPr w:rsidR="005353D2">
          <w:pgSz w:w="16840" w:h="11900"/>
          <w:pgMar w:top="284" w:right="640" w:bottom="1440" w:left="666" w:header="720" w:footer="720" w:gutter="0"/>
          <w:cols w:space="720" w:equalWidth="0">
            <w:col w:w="15534" w:space="0"/>
          </w:cols>
          <w:docGrid w:linePitch="360"/>
        </w:sectPr>
      </w:pPr>
    </w:p>
    <w:p w:rsidR="005353D2" w:rsidRDefault="005353D2">
      <w:pPr>
        <w:autoSpaceDE w:val="0"/>
        <w:autoSpaceDN w:val="0"/>
        <w:spacing w:after="78" w:line="220" w:lineRule="exact"/>
      </w:pPr>
    </w:p>
    <w:p w:rsidR="005353D2" w:rsidRDefault="005353D2">
      <w:pPr>
        <w:autoSpaceDE w:val="0"/>
        <w:autoSpaceDN w:val="0"/>
        <w:spacing w:after="0" w:line="14" w:lineRule="exact"/>
      </w:pPr>
    </w:p>
    <w:p w:rsidR="005353D2" w:rsidRDefault="005353D2">
      <w:pPr>
        <w:sectPr w:rsidR="005353D2">
          <w:pgSz w:w="11900" w:h="16840"/>
          <w:pgMar w:top="284" w:right="650" w:bottom="1440" w:left="666" w:header="720" w:footer="720" w:gutter="0"/>
          <w:cols w:space="720" w:equalWidth="0">
            <w:col w:w="10584" w:space="0"/>
          </w:cols>
          <w:docGrid w:linePitch="360"/>
        </w:sectPr>
      </w:pPr>
    </w:p>
    <w:p w:rsidR="005353D2" w:rsidRDefault="005353D2" w:rsidP="00E82A9F">
      <w:pPr>
        <w:autoSpaceDE w:val="0"/>
        <w:autoSpaceDN w:val="0"/>
        <w:spacing w:after="78" w:line="220" w:lineRule="exact"/>
        <w:ind w:left="-142" w:firstLine="142"/>
      </w:pPr>
    </w:p>
    <w:p w:rsidR="005353D2" w:rsidRDefault="001B6E67" w:rsidP="00E82A9F">
      <w:pPr>
        <w:autoSpaceDE w:val="0"/>
        <w:autoSpaceDN w:val="0"/>
        <w:spacing w:after="0" w:line="240" w:lineRule="auto"/>
        <w:ind w:left="-142" w:firstLine="142"/>
      </w:pPr>
      <w:r>
        <w:rPr>
          <w:rFonts w:ascii="Times New Roman" w:eastAsia="Times New Roman" w:hAnsi="Times New Roman"/>
          <w:b/>
          <w:color w:val="000000"/>
          <w:sz w:val="24"/>
        </w:rPr>
        <w:t xml:space="preserve">УЧЕБНО-МЕТОДИЧЕСКОЕ ОБЕСПЕЧЕНИЕ ОБРАЗОВАТЕЛЬНОГО ПРОЦЕССА </w:t>
      </w:r>
    </w:p>
    <w:p w:rsidR="005353D2" w:rsidRDefault="001B6E67" w:rsidP="00E82A9F">
      <w:pPr>
        <w:autoSpaceDE w:val="0"/>
        <w:autoSpaceDN w:val="0"/>
        <w:spacing w:before="346" w:after="0" w:line="240" w:lineRule="auto"/>
        <w:ind w:left="-142" w:firstLine="142"/>
      </w:pPr>
      <w:r>
        <w:rPr>
          <w:rFonts w:ascii="Times New Roman" w:eastAsia="Times New Roman" w:hAnsi="Times New Roman"/>
          <w:b/>
          <w:color w:val="000000"/>
          <w:sz w:val="24"/>
        </w:rPr>
        <w:t>ОБЯЗАТЕЛЬНЫЕ УЧЕБНЫЕ МАТЕРИАЛЫ ДЛЯ УЧЕНИКА</w:t>
      </w:r>
    </w:p>
    <w:p w:rsidR="005353D2" w:rsidRPr="00462A12" w:rsidRDefault="001B6E67" w:rsidP="00E82A9F">
      <w:pPr>
        <w:autoSpaceDE w:val="0"/>
        <w:autoSpaceDN w:val="0"/>
        <w:spacing w:before="166" w:after="0" w:line="240" w:lineRule="auto"/>
        <w:ind w:left="-142" w:right="432" w:firstLine="142"/>
        <w:rPr>
          <w:lang w:val="ru-RU"/>
        </w:rPr>
      </w:pPr>
      <w:r w:rsidRPr="00462A12">
        <w:rPr>
          <w:rFonts w:ascii="Times New Roman" w:eastAsia="Times New Roman" w:hAnsi="Times New Roman"/>
          <w:color w:val="000000"/>
          <w:sz w:val="24"/>
          <w:lang w:val="ru-RU"/>
        </w:rPr>
        <w:t>Физическая культура, 8-9 класс/Лях В.И., Акционерное общество «Издательство «Просвещение»; Введите свой вариант:</w:t>
      </w:r>
    </w:p>
    <w:p w:rsidR="005353D2" w:rsidRPr="00462A12" w:rsidRDefault="001B6E67" w:rsidP="00E82A9F">
      <w:pPr>
        <w:autoSpaceDE w:val="0"/>
        <w:autoSpaceDN w:val="0"/>
        <w:spacing w:before="262" w:after="0" w:line="240" w:lineRule="auto"/>
        <w:ind w:left="-142" w:firstLine="142"/>
        <w:rPr>
          <w:lang w:val="ru-RU"/>
        </w:rPr>
      </w:pPr>
      <w:r w:rsidRPr="00462A12">
        <w:rPr>
          <w:rFonts w:ascii="Times New Roman" w:eastAsia="Times New Roman" w:hAnsi="Times New Roman"/>
          <w:b/>
          <w:color w:val="000000"/>
          <w:sz w:val="24"/>
          <w:lang w:val="ru-RU"/>
        </w:rPr>
        <w:t>МЕТОДИЧЕСКИЕ МАТЕРИАЛЫ ДЛЯ УЧИТЕЛЯ</w:t>
      </w:r>
    </w:p>
    <w:p w:rsidR="005353D2" w:rsidRPr="00462A12" w:rsidRDefault="001B6E67" w:rsidP="00E82A9F">
      <w:pPr>
        <w:autoSpaceDE w:val="0"/>
        <w:autoSpaceDN w:val="0"/>
        <w:spacing w:before="166" w:after="0" w:line="240" w:lineRule="auto"/>
        <w:ind w:left="-142" w:firstLine="142"/>
        <w:rPr>
          <w:lang w:val="ru-RU"/>
        </w:rPr>
      </w:pPr>
      <w:r w:rsidRPr="00462A12">
        <w:rPr>
          <w:rFonts w:ascii="Times New Roman" w:eastAsia="Times New Roman" w:hAnsi="Times New Roman"/>
          <w:color w:val="000000"/>
          <w:sz w:val="24"/>
          <w:lang w:val="ru-RU"/>
        </w:rPr>
        <w:t xml:space="preserve">Рабочие программы. Предметная линия учебников В. И. Ляха. 5-9 классы: пособие для учителей </w:t>
      </w:r>
      <w:proofErr w:type="spellStart"/>
      <w:r w:rsidRPr="00462A12">
        <w:rPr>
          <w:rFonts w:ascii="Times New Roman" w:eastAsia="Times New Roman" w:hAnsi="Times New Roman"/>
          <w:color w:val="000000"/>
          <w:sz w:val="24"/>
          <w:lang w:val="ru-RU"/>
        </w:rPr>
        <w:t>общеобразоват</w:t>
      </w:r>
      <w:proofErr w:type="spellEnd"/>
      <w:r w:rsidRPr="00462A12">
        <w:rPr>
          <w:rFonts w:ascii="Times New Roman" w:eastAsia="Times New Roman" w:hAnsi="Times New Roman"/>
          <w:color w:val="000000"/>
          <w:sz w:val="24"/>
          <w:lang w:val="ru-RU"/>
        </w:rPr>
        <w:t xml:space="preserve">. организаций / В. И. Лях. — М.: Просвещение, 2021 </w:t>
      </w:r>
      <w:r w:rsidRPr="00462A12">
        <w:rPr>
          <w:lang w:val="ru-RU"/>
        </w:rPr>
        <w:br/>
      </w:r>
      <w:r w:rsidRPr="00462A12">
        <w:rPr>
          <w:rFonts w:ascii="Times New Roman" w:eastAsia="Times New Roman" w:hAnsi="Times New Roman"/>
          <w:color w:val="000000"/>
          <w:sz w:val="24"/>
          <w:lang w:val="ru-RU"/>
        </w:rPr>
        <w:t xml:space="preserve">1.Афонькин С.Ю. Анатомия человека: школьный путеводитель / С.Ю. Афонькин. ― СПб.: БКК, 2012.― 96 </w:t>
      </w:r>
      <w:r>
        <w:rPr>
          <w:rFonts w:ascii="Times New Roman" w:eastAsia="Times New Roman" w:hAnsi="Times New Roman"/>
          <w:color w:val="000000"/>
          <w:sz w:val="24"/>
        </w:rPr>
        <w:t>c</w:t>
      </w:r>
      <w:r w:rsidRPr="00462A12">
        <w:rPr>
          <w:rFonts w:ascii="Times New Roman" w:eastAsia="Times New Roman" w:hAnsi="Times New Roman"/>
          <w:color w:val="000000"/>
          <w:sz w:val="24"/>
          <w:lang w:val="ru-RU"/>
        </w:rPr>
        <w:t>.</w:t>
      </w:r>
    </w:p>
    <w:p w:rsidR="005353D2" w:rsidRPr="00462A12" w:rsidRDefault="001B6E67" w:rsidP="00E82A9F">
      <w:pPr>
        <w:autoSpaceDE w:val="0"/>
        <w:autoSpaceDN w:val="0"/>
        <w:spacing w:before="72" w:after="0" w:line="240" w:lineRule="auto"/>
        <w:ind w:left="-142" w:right="288" w:firstLine="142"/>
        <w:rPr>
          <w:lang w:val="ru-RU"/>
        </w:rPr>
      </w:pPr>
      <w:r w:rsidRPr="00462A12">
        <w:rPr>
          <w:rFonts w:ascii="Times New Roman" w:eastAsia="Times New Roman" w:hAnsi="Times New Roman"/>
          <w:color w:val="000000"/>
          <w:sz w:val="24"/>
          <w:lang w:val="ru-RU"/>
        </w:rPr>
        <w:t xml:space="preserve">2.Балашова В.Ф. Физическая культура: тестовый контроль знаний: метод. пособие. – 2-е изд. / В.Ф. Балашова, Н.Н. Чесноков. – М.: Физическая культура, 2009. </w:t>
      </w:r>
    </w:p>
    <w:p w:rsidR="005353D2" w:rsidRPr="00462A12" w:rsidRDefault="001B6E67" w:rsidP="00E82A9F">
      <w:pPr>
        <w:autoSpaceDE w:val="0"/>
        <w:autoSpaceDN w:val="0"/>
        <w:spacing w:before="70" w:after="0" w:line="240" w:lineRule="auto"/>
        <w:ind w:left="-142" w:right="432" w:firstLine="142"/>
        <w:rPr>
          <w:lang w:val="ru-RU"/>
        </w:rPr>
      </w:pPr>
      <w:r w:rsidRPr="00462A12">
        <w:rPr>
          <w:rFonts w:ascii="Times New Roman" w:eastAsia="Times New Roman" w:hAnsi="Times New Roman"/>
          <w:color w:val="000000"/>
          <w:sz w:val="24"/>
          <w:lang w:val="ru-RU"/>
        </w:rPr>
        <w:t xml:space="preserve">3.Всероссийская олимпиада школьников по физической культуре в 2006 году/ под общ. ред. Н.Н. Чеснокова. – М.: </w:t>
      </w:r>
      <w:proofErr w:type="spellStart"/>
      <w:r w:rsidRPr="00462A12">
        <w:rPr>
          <w:rFonts w:ascii="Times New Roman" w:eastAsia="Times New Roman" w:hAnsi="Times New Roman"/>
          <w:color w:val="000000"/>
          <w:sz w:val="24"/>
          <w:lang w:val="ru-RU"/>
        </w:rPr>
        <w:t>АПКиППРО</w:t>
      </w:r>
      <w:proofErr w:type="spellEnd"/>
      <w:r w:rsidRPr="00462A12">
        <w:rPr>
          <w:rFonts w:ascii="Times New Roman" w:eastAsia="Times New Roman" w:hAnsi="Times New Roman"/>
          <w:color w:val="000000"/>
          <w:sz w:val="24"/>
          <w:lang w:val="ru-RU"/>
        </w:rPr>
        <w:t xml:space="preserve">, 2006. </w:t>
      </w:r>
    </w:p>
    <w:p w:rsidR="005353D2" w:rsidRPr="00462A12" w:rsidRDefault="001B6E67" w:rsidP="00E82A9F">
      <w:pPr>
        <w:autoSpaceDE w:val="0"/>
        <w:autoSpaceDN w:val="0"/>
        <w:spacing w:before="70" w:after="0" w:line="240" w:lineRule="auto"/>
        <w:ind w:left="-142" w:right="288" w:firstLine="142"/>
        <w:rPr>
          <w:lang w:val="ru-RU"/>
        </w:rPr>
      </w:pPr>
      <w:r w:rsidRPr="00462A12">
        <w:rPr>
          <w:rFonts w:ascii="Times New Roman" w:eastAsia="Times New Roman" w:hAnsi="Times New Roman"/>
          <w:color w:val="000000"/>
          <w:sz w:val="24"/>
          <w:lang w:val="ru-RU"/>
        </w:rPr>
        <w:t xml:space="preserve">4.Гимнастика на Всероссийских олимпиадах школьников по физической культуре: метод. пособие / под </w:t>
      </w:r>
      <w:proofErr w:type="spellStart"/>
      <w:r w:rsidRPr="00462A12">
        <w:rPr>
          <w:rFonts w:ascii="Times New Roman" w:eastAsia="Times New Roman" w:hAnsi="Times New Roman"/>
          <w:color w:val="000000"/>
          <w:sz w:val="24"/>
          <w:lang w:val="ru-RU"/>
        </w:rPr>
        <w:t>общ.ред</w:t>
      </w:r>
      <w:proofErr w:type="spellEnd"/>
      <w:r w:rsidRPr="00462A12">
        <w:rPr>
          <w:rFonts w:ascii="Times New Roman" w:eastAsia="Times New Roman" w:hAnsi="Times New Roman"/>
          <w:color w:val="000000"/>
          <w:sz w:val="24"/>
          <w:lang w:val="ru-RU"/>
        </w:rPr>
        <w:t xml:space="preserve">. Н.Н. Чеснокова. – М.: Физическая культура, 2010. </w:t>
      </w:r>
    </w:p>
    <w:p w:rsidR="005353D2" w:rsidRPr="00462A12" w:rsidRDefault="001B6E67" w:rsidP="00E82A9F">
      <w:pPr>
        <w:autoSpaceDE w:val="0"/>
        <w:autoSpaceDN w:val="0"/>
        <w:spacing w:before="70" w:after="0" w:line="240" w:lineRule="auto"/>
        <w:ind w:left="-142" w:right="576" w:firstLine="142"/>
        <w:rPr>
          <w:lang w:val="ru-RU"/>
        </w:rPr>
      </w:pPr>
      <w:r w:rsidRPr="00462A12">
        <w:rPr>
          <w:rFonts w:ascii="Times New Roman" w:eastAsia="Times New Roman" w:hAnsi="Times New Roman"/>
          <w:color w:val="000000"/>
          <w:sz w:val="24"/>
          <w:lang w:val="ru-RU"/>
        </w:rPr>
        <w:t xml:space="preserve">5.Гурьев С. В. Физическая культура. 8―9 классы: учебник / С.В. Гурьев, М.Я. </w:t>
      </w:r>
      <w:proofErr w:type="spellStart"/>
      <w:r w:rsidRPr="00462A12">
        <w:rPr>
          <w:rFonts w:ascii="Times New Roman" w:eastAsia="Times New Roman" w:hAnsi="Times New Roman"/>
          <w:color w:val="000000"/>
          <w:sz w:val="24"/>
          <w:lang w:val="ru-RU"/>
        </w:rPr>
        <w:t>Виленский</w:t>
      </w:r>
      <w:proofErr w:type="spellEnd"/>
      <w:r w:rsidRPr="00462A12">
        <w:rPr>
          <w:rFonts w:ascii="Times New Roman" w:eastAsia="Times New Roman" w:hAnsi="Times New Roman"/>
          <w:color w:val="000000"/>
          <w:sz w:val="24"/>
          <w:lang w:val="ru-RU"/>
        </w:rPr>
        <w:t xml:space="preserve">. – М.: Русское слово, 2012. </w:t>
      </w:r>
    </w:p>
    <w:p w:rsidR="005353D2" w:rsidRPr="00462A12" w:rsidRDefault="001B6E67" w:rsidP="00E82A9F">
      <w:pPr>
        <w:autoSpaceDE w:val="0"/>
        <w:autoSpaceDN w:val="0"/>
        <w:spacing w:before="262" w:after="0" w:line="240" w:lineRule="auto"/>
        <w:ind w:left="-142" w:firstLine="142"/>
        <w:rPr>
          <w:lang w:val="ru-RU"/>
        </w:rPr>
      </w:pPr>
      <w:r w:rsidRPr="00462A12">
        <w:rPr>
          <w:rFonts w:ascii="Times New Roman" w:eastAsia="Times New Roman" w:hAnsi="Times New Roman"/>
          <w:b/>
          <w:color w:val="000000"/>
          <w:sz w:val="24"/>
          <w:lang w:val="ru-RU"/>
        </w:rPr>
        <w:t>ЦИФРОВЫЕ ОБРАЗОВАТЕЛЬНЫЕ РЕСУРСЫ И РЕСУРСЫ СЕТИ ИНТЕРНЕТ</w:t>
      </w:r>
    </w:p>
    <w:p w:rsidR="005353D2" w:rsidRPr="00462A12" w:rsidRDefault="001B6E67" w:rsidP="00E82A9F">
      <w:pPr>
        <w:autoSpaceDE w:val="0"/>
        <w:autoSpaceDN w:val="0"/>
        <w:spacing w:before="166" w:after="0" w:line="240" w:lineRule="auto"/>
        <w:ind w:left="-142" w:right="3168" w:firstLine="142"/>
        <w:rPr>
          <w:lang w:val="ru-RU"/>
        </w:rPr>
      </w:pPr>
      <w:r w:rsidRPr="00462A12">
        <w:rPr>
          <w:rFonts w:ascii="Times New Roman" w:eastAsia="Times New Roman" w:hAnsi="Times New Roman"/>
          <w:color w:val="000000"/>
          <w:sz w:val="24"/>
          <w:lang w:val="ru-RU"/>
        </w:rPr>
        <w:t>1.</w:t>
      </w:r>
      <w:r>
        <w:rPr>
          <w:rFonts w:ascii="Times New Roman" w:eastAsia="Times New Roman" w:hAnsi="Times New Roman"/>
          <w:color w:val="000000"/>
          <w:sz w:val="24"/>
        </w:rPr>
        <w:t>https</w:t>
      </w:r>
      <w:r w:rsidRPr="00462A12">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olympic</w:t>
      </w:r>
      <w:proofErr w:type="spellEnd"/>
      <w:r w:rsidRPr="00462A12">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ru</w:t>
      </w:r>
      <w:proofErr w:type="spellEnd"/>
      <w:r w:rsidRPr="00462A12">
        <w:rPr>
          <w:rFonts w:ascii="Times New Roman" w:eastAsia="Times New Roman" w:hAnsi="Times New Roman"/>
          <w:color w:val="000000"/>
          <w:sz w:val="24"/>
          <w:lang w:val="ru-RU"/>
        </w:rPr>
        <w:t xml:space="preserve">/ </w:t>
      </w:r>
      <w:r w:rsidRPr="00462A12">
        <w:rPr>
          <w:lang w:val="ru-RU"/>
        </w:rPr>
        <w:br/>
      </w:r>
      <w:r w:rsidRPr="00462A12">
        <w:rPr>
          <w:rFonts w:ascii="Times New Roman" w:eastAsia="Times New Roman" w:hAnsi="Times New Roman"/>
          <w:color w:val="000000"/>
          <w:sz w:val="24"/>
          <w:lang w:val="ru-RU"/>
        </w:rPr>
        <w:t>2.</w:t>
      </w:r>
      <w:r>
        <w:rPr>
          <w:rFonts w:ascii="Times New Roman" w:eastAsia="Times New Roman" w:hAnsi="Times New Roman"/>
          <w:color w:val="000000"/>
          <w:sz w:val="24"/>
        </w:rPr>
        <w:t>http</w:t>
      </w:r>
      <w:r w:rsidRPr="00462A12">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elibrary</w:t>
      </w:r>
      <w:proofErr w:type="spellEnd"/>
      <w:r w:rsidRPr="00462A12">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ru</w:t>
      </w:r>
      <w:proofErr w:type="spellEnd"/>
      <w:r w:rsidRPr="00462A12">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defaultx</w:t>
      </w:r>
      <w:proofErr w:type="spellEnd"/>
      <w:r w:rsidRPr="00462A12">
        <w:rPr>
          <w:rFonts w:ascii="Times New Roman" w:eastAsia="Times New Roman" w:hAnsi="Times New Roman"/>
          <w:color w:val="000000"/>
          <w:sz w:val="24"/>
          <w:lang w:val="ru-RU"/>
        </w:rPr>
        <w:t>.</w:t>
      </w:r>
      <w:r>
        <w:rPr>
          <w:rFonts w:ascii="Times New Roman" w:eastAsia="Times New Roman" w:hAnsi="Times New Roman"/>
          <w:color w:val="000000"/>
          <w:sz w:val="24"/>
        </w:rPr>
        <w:t>asp</w:t>
      </w:r>
      <w:r w:rsidRPr="00462A12">
        <w:rPr>
          <w:rFonts w:ascii="Times New Roman" w:eastAsia="Times New Roman" w:hAnsi="Times New Roman"/>
          <w:color w:val="000000"/>
          <w:sz w:val="24"/>
          <w:lang w:val="ru-RU"/>
        </w:rPr>
        <w:t xml:space="preserve"> </w:t>
      </w:r>
      <w:r w:rsidRPr="00462A12">
        <w:rPr>
          <w:lang w:val="ru-RU"/>
        </w:rPr>
        <w:br/>
      </w:r>
      <w:r w:rsidRPr="00462A12">
        <w:rPr>
          <w:rFonts w:ascii="Times New Roman" w:eastAsia="Times New Roman" w:hAnsi="Times New Roman"/>
          <w:color w:val="000000"/>
          <w:sz w:val="24"/>
          <w:lang w:val="ru-RU"/>
        </w:rPr>
        <w:t>3.</w:t>
      </w:r>
      <w:r>
        <w:rPr>
          <w:rFonts w:ascii="Times New Roman" w:eastAsia="Times New Roman" w:hAnsi="Times New Roman"/>
          <w:color w:val="000000"/>
          <w:sz w:val="24"/>
        </w:rPr>
        <w:t>http</w:t>
      </w:r>
      <w:r w:rsidRPr="00462A12">
        <w:rPr>
          <w:rFonts w:ascii="Times New Roman" w:eastAsia="Times New Roman" w:hAnsi="Times New Roman"/>
          <w:color w:val="000000"/>
          <w:sz w:val="24"/>
          <w:lang w:val="ru-RU"/>
        </w:rPr>
        <w:t>://</w:t>
      </w:r>
      <w:r>
        <w:rPr>
          <w:rFonts w:ascii="Times New Roman" w:eastAsia="Times New Roman" w:hAnsi="Times New Roman"/>
          <w:color w:val="000000"/>
          <w:sz w:val="24"/>
        </w:rPr>
        <w:t>lib</w:t>
      </w:r>
      <w:r w:rsidRPr="00462A12">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sportedu</w:t>
      </w:r>
      <w:proofErr w:type="spellEnd"/>
      <w:r w:rsidRPr="00462A12">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ru</w:t>
      </w:r>
      <w:proofErr w:type="spellEnd"/>
      <w:r w:rsidRPr="00462A12">
        <w:rPr>
          <w:rFonts w:ascii="Times New Roman" w:eastAsia="Times New Roman" w:hAnsi="Times New Roman"/>
          <w:color w:val="000000"/>
          <w:sz w:val="24"/>
          <w:lang w:val="ru-RU"/>
        </w:rPr>
        <w:t xml:space="preserve">/ </w:t>
      </w:r>
      <w:r w:rsidRPr="00462A12">
        <w:rPr>
          <w:lang w:val="ru-RU"/>
        </w:rPr>
        <w:br/>
      </w:r>
      <w:r w:rsidRPr="00462A12">
        <w:rPr>
          <w:rFonts w:ascii="Times New Roman" w:eastAsia="Times New Roman" w:hAnsi="Times New Roman"/>
          <w:color w:val="000000"/>
          <w:sz w:val="24"/>
          <w:lang w:val="ru-RU"/>
        </w:rPr>
        <w:t>4.</w:t>
      </w:r>
      <w:r>
        <w:rPr>
          <w:rFonts w:ascii="Times New Roman" w:eastAsia="Times New Roman" w:hAnsi="Times New Roman"/>
          <w:color w:val="000000"/>
          <w:sz w:val="24"/>
        </w:rPr>
        <w:t>http</w:t>
      </w:r>
      <w:r w:rsidRPr="00462A12">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sflaspb</w:t>
      </w:r>
      <w:proofErr w:type="spellEnd"/>
      <w:r w:rsidRPr="00462A12">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ru</w:t>
      </w:r>
      <w:proofErr w:type="spellEnd"/>
      <w:r w:rsidRPr="00462A12">
        <w:rPr>
          <w:rFonts w:ascii="Times New Roman" w:eastAsia="Times New Roman" w:hAnsi="Times New Roman"/>
          <w:color w:val="000000"/>
          <w:sz w:val="24"/>
          <w:lang w:val="ru-RU"/>
        </w:rPr>
        <w:t>/</w:t>
      </w:r>
      <w:r>
        <w:rPr>
          <w:rFonts w:ascii="Times New Roman" w:eastAsia="Times New Roman" w:hAnsi="Times New Roman"/>
          <w:color w:val="000000"/>
          <w:sz w:val="24"/>
        </w:rPr>
        <w:t>sites</w:t>
      </w:r>
      <w:r w:rsidRPr="00462A12">
        <w:rPr>
          <w:rFonts w:ascii="Times New Roman" w:eastAsia="Times New Roman" w:hAnsi="Times New Roman"/>
          <w:color w:val="000000"/>
          <w:sz w:val="24"/>
          <w:lang w:val="ru-RU"/>
        </w:rPr>
        <w:t>/</w:t>
      </w:r>
      <w:r>
        <w:rPr>
          <w:rFonts w:ascii="Times New Roman" w:eastAsia="Times New Roman" w:hAnsi="Times New Roman"/>
          <w:color w:val="000000"/>
          <w:sz w:val="24"/>
        </w:rPr>
        <w:t>default</w:t>
      </w:r>
      <w:r w:rsidRPr="00462A12">
        <w:rPr>
          <w:rFonts w:ascii="Times New Roman" w:eastAsia="Times New Roman" w:hAnsi="Times New Roman"/>
          <w:color w:val="000000"/>
          <w:sz w:val="24"/>
          <w:lang w:val="ru-RU"/>
        </w:rPr>
        <w:t>/</w:t>
      </w:r>
      <w:r>
        <w:rPr>
          <w:rFonts w:ascii="Times New Roman" w:eastAsia="Times New Roman" w:hAnsi="Times New Roman"/>
          <w:color w:val="000000"/>
          <w:sz w:val="24"/>
        </w:rPr>
        <w:t>files</w:t>
      </w:r>
      <w:r w:rsidRPr="00462A12">
        <w:rPr>
          <w:rFonts w:ascii="Times New Roman" w:eastAsia="Times New Roman" w:hAnsi="Times New Roman"/>
          <w:color w:val="000000"/>
          <w:sz w:val="24"/>
          <w:lang w:val="ru-RU"/>
        </w:rPr>
        <w:t>/</w:t>
      </w:r>
      <w:r>
        <w:rPr>
          <w:rFonts w:ascii="Times New Roman" w:eastAsia="Times New Roman" w:hAnsi="Times New Roman"/>
          <w:color w:val="000000"/>
          <w:sz w:val="24"/>
        </w:rPr>
        <w:t>the</w:t>
      </w:r>
      <w:r w:rsidRPr="00462A12">
        <w:rPr>
          <w:rFonts w:ascii="Times New Roman" w:eastAsia="Times New Roman" w:hAnsi="Times New Roman"/>
          <w:color w:val="000000"/>
          <w:sz w:val="24"/>
          <w:lang w:val="ru-RU"/>
        </w:rPr>
        <w:t>_</w:t>
      </w:r>
      <w:proofErr w:type="spellStart"/>
      <w:r>
        <w:rPr>
          <w:rFonts w:ascii="Times New Roman" w:eastAsia="Times New Roman" w:hAnsi="Times New Roman"/>
          <w:color w:val="000000"/>
          <w:sz w:val="24"/>
        </w:rPr>
        <w:t>iaaf</w:t>
      </w:r>
      <w:proofErr w:type="spellEnd"/>
      <w:r w:rsidRPr="00462A12">
        <w:rPr>
          <w:rFonts w:ascii="Times New Roman" w:eastAsia="Times New Roman" w:hAnsi="Times New Roman"/>
          <w:color w:val="000000"/>
          <w:sz w:val="24"/>
          <w:lang w:val="ru-RU"/>
        </w:rPr>
        <w:t>_</w:t>
      </w:r>
      <w:r>
        <w:rPr>
          <w:rFonts w:ascii="Times New Roman" w:eastAsia="Times New Roman" w:hAnsi="Times New Roman"/>
          <w:color w:val="000000"/>
          <w:sz w:val="24"/>
        </w:rPr>
        <w:t>anti</w:t>
      </w:r>
      <w:r w:rsidRPr="00462A12">
        <w:rPr>
          <w:rFonts w:ascii="Times New Roman" w:eastAsia="Times New Roman" w:hAnsi="Times New Roman"/>
          <w:color w:val="000000"/>
          <w:sz w:val="24"/>
          <w:lang w:val="ru-RU"/>
        </w:rPr>
        <w:t>-</w:t>
      </w:r>
      <w:r>
        <w:rPr>
          <w:rFonts w:ascii="Times New Roman" w:eastAsia="Times New Roman" w:hAnsi="Times New Roman"/>
          <w:color w:val="000000"/>
          <w:sz w:val="24"/>
        </w:rPr>
        <w:t>doping</w:t>
      </w:r>
      <w:r w:rsidRPr="00462A12">
        <w:rPr>
          <w:rFonts w:ascii="Times New Roman" w:eastAsia="Times New Roman" w:hAnsi="Times New Roman"/>
          <w:color w:val="000000"/>
          <w:sz w:val="24"/>
          <w:lang w:val="ru-RU"/>
        </w:rPr>
        <w:t>_</w:t>
      </w:r>
      <w:r>
        <w:rPr>
          <w:rFonts w:ascii="Times New Roman" w:eastAsia="Times New Roman" w:hAnsi="Times New Roman"/>
          <w:color w:val="000000"/>
          <w:sz w:val="24"/>
        </w:rPr>
        <w:t>athletes</w:t>
      </w:r>
      <w:r w:rsidRPr="00462A12">
        <w:rPr>
          <w:rFonts w:ascii="Times New Roman" w:eastAsia="Times New Roman" w:hAnsi="Times New Roman"/>
          <w:color w:val="000000"/>
          <w:sz w:val="24"/>
          <w:lang w:val="ru-RU"/>
        </w:rPr>
        <w:t>_</w:t>
      </w:r>
      <w:r>
        <w:rPr>
          <w:rFonts w:ascii="Times New Roman" w:eastAsia="Times New Roman" w:hAnsi="Times New Roman"/>
          <w:color w:val="000000"/>
          <w:sz w:val="24"/>
        </w:rPr>
        <w:t>guide</w:t>
      </w:r>
      <w:r w:rsidRPr="00462A12">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pdf</w:t>
      </w:r>
      <w:proofErr w:type="spellEnd"/>
      <w:r w:rsidRPr="00462A12">
        <w:rPr>
          <w:rFonts w:ascii="Times New Roman" w:eastAsia="Times New Roman" w:hAnsi="Times New Roman"/>
          <w:color w:val="000000"/>
          <w:sz w:val="24"/>
          <w:lang w:val="ru-RU"/>
        </w:rPr>
        <w:t xml:space="preserve"> 5.</w:t>
      </w:r>
      <w:r>
        <w:rPr>
          <w:rFonts w:ascii="Times New Roman" w:eastAsia="Times New Roman" w:hAnsi="Times New Roman"/>
          <w:color w:val="000000"/>
          <w:sz w:val="24"/>
        </w:rPr>
        <w:t>http</w:t>
      </w:r>
      <w:r w:rsidRPr="00462A12">
        <w:rPr>
          <w:rFonts w:ascii="Times New Roman" w:eastAsia="Times New Roman" w:hAnsi="Times New Roman"/>
          <w:color w:val="000000"/>
          <w:sz w:val="24"/>
          <w:lang w:val="ru-RU"/>
        </w:rPr>
        <w:t>://</w:t>
      </w:r>
      <w:r>
        <w:rPr>
          <w:rFonts w:ascii="Times New Roman" w:eastAsia="Times New Roman" w:hAnsi="Times New Roman"/>
          <w:color w:val="000000"/>
          <w:sz w:val="24"/>
        </w:rPr>
        <w:t>www</w:t>
      </w:r>
      <w:r w:rsidRPr="00462A12">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fismag</w:t>
      </w:r>
      <w:proofErr w:type="spellEnd"/>
      <w:r w:rsidRPr="00462A12">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ru</w:t>
      </w:r>
      <w:proofErr w:type="spellEnd"/>
      <w:r w:rsidRPr="00462A12">
        <w:rPr>
          <w:rFonts w:ascii="Times New Roman" w:eastAsia="Times New Roman" w:hAnsi="Times New Roman"/>
          <w:color w:val="000000"/>
          <w:sz w:val="24"/>
          <w:lang w:val="ru-RU"/>
        </w:rPr>
        <w:t xml:space="preserve">/ </w:t>
      </w:r>
      <w:r w:rsidRPr="00462A12">
        <w:rPr>
          <w:lang w:val="ru-RU"/>
        </w:rPr>
        <w:br/>
      </w:r>
      <w:r w:rsidRPr="00462A12">
        <w:rPr>
          <w:rFonts w:ascii="Times New Roman" w:eastAsia="Times New Roman" w:hAnsi="Times New Roman"/>
          <w:color w:val="000000"/>
          <w:sz w:val="24"/>
          <w:lang w:val="ru-RU"/>
        </w:rPr>
        <w:t>6.</w:t>
      </w:r>
      <w:r>
        <w:rPr>
          <w:rFonts w:ascii="Times New Roman" w:eastAsia="Times New Roman" w:hAnsi="Times New Roman"/>
          <w:color w:val="000000"/>
          <w:sz w:val="24"/>
        </w:rPr>
        <w:t>http</w:t>
      </w:r>
      <w:r w:rsidRPr="00462A12">
        <w:rPr>
          <w:rFonts w:ascii="Times New Roman" w:eastAsia="Times New Roman" w:hAnsi="Times New Roman"/>
          <w:color w:val="000000"/>
          <w:sz w:val="24"/>
          <w:lang w:val="ru-RU"/>
        </w:rPr>
        <w:t>://</w:t>
      </w:r>
      <w:r>
        <w:rPr>
          <w:rFonts w:ascii="Times New Roman" w:eastAsia="Times New Roman" w:hAnsi="Times New Roman"/>
          <w:color w:val="000000"/>
          <w:sz w:val="24"/>
        </w:rPr>
        <w:t>www</w:t>
      </w:r>
      <w:r w:rsidRPr="00462A12">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rsl</w:t>
      </w:r>
      <w:proofErr w:type="spellEnd"/>
      <w:r w:rsidRPr="00462A12">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ru</w:t>
      </w:r>
      <w:proofErr w:type="spellEnd"/>
      <w:r w:rsidRPr="00462A12">
        <w:rPr>
          <w:rFonts w:ascii="Times New Roman" w:eastAsia="Times New Roman" w:hAnsi="Times New Roman"/>
          <w:color w:val="000000"/>
          <w:sz w:val="24"/>
          <w:lang w:val="ru-RU"/>
        </w:rPr>
        <w:t xml:space="preserve">/ </w:t>
      </w:r>
      <w:r w:rsidRPr="00462A12">
        <w:rPr>
          <w:lang w:val="ru-RU"/>
        </w:rPr>
        <w:br/>
      </w:r>
      <w:r w:rsidRPr="00462A12">
        <w:rPr>
          <w:rFonts w:ascii="Times New Roman" w:eastAsia="Times New Roman" w:hAnsi="Times New Roman"/>
          <w:color w:val="000000"/>
          <w:sz w:val="24"/>
          <w:lang w:val="ru-RU"/>
        </w:rPr>
        <w:t>7.</w:t>
      </w:r>
      <w:r>
        <w:rPr>
          <w:rFonts w:ascii="Times New Roman" w:eastAsia="Times New Roman" w:hAnsi="Times New Roman"/>
          <w:color w:val="000000"/>
          <w:sz w:val="24"/>
        </w:rPr>
        <w:t>www</w:t>
      </w:r>
      <w:r w:rsidRPr="00462A12">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schoolpress</w:t>
      </w:r>
      <w:proofErr w:type="spellEnd"/>
      <w:r w:rsidRPr="00462A12">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ru</w:t>
      </w:r>
      <w:proofErr w:type="spellEnd"/>
      <w:r w:rsidRPr="00462A12">
        <w:rPr>
          <w:rFonts w:ascii="Times New Roman" w:eastAsia="Times New Roman" w:hAnsi="Times New Roman"/>
          <w:color w:val="000000"/>
          <w:sz w:val="24"/>
          <w:lang w:val="ru-RU"/>
        </w:rPr>
        <w:t>/</w:t>
      </w:r>
    </w:p>
    <w:p w:rsidR="005353D2" w:rsidRPr="00462A12" w:rsidRDefault="005353D2" w:rsidP="00E82A9F">
      <w:pPr>
        <w:ind w:left="-142" w:firstLine="142"/>
        <w:rPr>
          <w:lang w:val="ru-RU"/>
        </w:rPr>
        <w:sectPr w:rsidR="005353D2" w:rsidRPr="00462A12" w:rsidSect="00E82A9F">
          <w:pgSz w:w="11900" w:h="16840"/>
          <w:pgMar w:top="298" w:right="1127" w:bottom="1440" w:left="1276" w:header="720" w:footer="720" w:gutter="0"/>
          <w:cols w:space="720" w:equalWidth="0">
            <w:col w:w="9497" w:space="0"/>
          </w:cols>
          <w:docGrid w:linePitch="360"/>
        </w:sectPr>
      </w:pPr>
    </w:p>
    <w:p w:rsidR="005353D2" w:rsidRPr="00462A12" w:rsidRDefault="005353D2" w:rsidP="00E82A9F">
      <w:pPr>
        <w:autoSpaceDE w:val="0"/>
        <w:autoSpaceDN w:val="0"/>
        <w:spacing w:after="78" w:line="220" w:lineRule="exact"/>
        <w:ind w:left="-142" w:firstLine="142"/>
        <w:rPr>
          <w:lang w:val="ru-RU"/>
        </w:rPr>
      </w:pPr>
    </w:p>
    <w:p w:rsidR="005353D2" w:rsidRPr="00462A12" w:rsidRDefault="001B6E67" w:rsidP="00E82A9F">
      <w:pPr>
        <w:autoSpaceDE w:val="0"/>
        <w:autoSpaceDN w:val="0"/>
        <w:spacing w:after="0" w:line="230" w:lineRule="auto"/>
        <w:ind w:left="-142" w:firstLine="142"/>
        <w:rPr>
          <w:lang w:val="ru-RU"/>
        </w:rPr>
      </w:pPr>
      <w:r w:rsidRPr="00462A12">
        <w:rPr>
          <w:rFonts w:ascii="Times New Roman" w:eastAsia="Times New Roman" w:hAnsi="Times New Roman"/>
          <w:b/>
          <w:color w:val="000000"/>
          <w:sz w:val="24"/>
          <w:lang w:val="ru-RU"/>
        </w:rPr>
        <w:t>МАТЕРИАЛЬНО-ТЕХНИЧЕСКОЕ ОБЕСПЕЧЕНИЕ ОБРАЗОВАТЕЛЬНОГО ПРОЦЕССА</w:t>
      </w:r>
    </w:p>
    <w:p w:rsidR="005353D2" w:rsidRPr="00462A12" w:rsidRDefault="001B6E67" w:rsidP="00E82A9F">
      <w:pPr>
        <w:autoSpaceDE w:val="0"/>
        <w:autoSpaceDN w:val="0"/>
        <w:spacing w:before="346" w:after="0" w:line="240" w:lineRule="auto"/>
        <w:ind w:left="-142" w:firstLine="142"/>
        <w:rPr>
          <w:lang w:val="ru-RU"/>
        </w:rPr>
      </w:pPr>
      <w:r w:rsidRPr="00462A12">
        <w:rPr>
          <w:rFonts w:ascii="Times New Roman" w:eastAsia="Times New Roman" w:hAnsi="Times New Roman"/>
          <w:b/>
          <w:color w:val="000000"/>
          <w:sz w:val="24"/>
          <w:lang w:val="ru-RU"/>
        </w:rPr>
        <w:t>УЧЕБНОЕ ОБОРУДОВАНИЕ</w:t>
      </w:r>
    </w:p>
    <w:p w:rsidR="005353D2" w:rsidRPr="00462A12" w:rsidRDefault="001B6E67" w:rsidP="00E82A9F">
      <w:pPr>
        <w:autoSpaceDE w:val="0"/>
        <w:autoSpaceDN w:val="0"/>
        <w:spacing w:before="166" w:after="0" w:line="240" w:lineRule="auto"/>
        <w:ind w:left="-142" w:firstLine="142"/>
        <w:rPr>
          <w:lang w:val="ru-RU"/>
        </w:rPr>
      </w:pPr>
      <w:r w:rsidRPr="00462A12">
        <w:rPr>
          <w:rFonts w:ascii="Times New Roman" w:eastAsia="Times New Roman" w:hAnsi="Times New Roman"/>
          <w:color w:val="000000"/>
          <w:sz w:val="24"/>
          <w:lang w:val="ru-RU"/>
        </w:rPr>
        <w:t>- мультимедийное оборудование;</w:t>
      </w:r>
    </w:p>
    <w:p w:rsidR="005353D2" w:rsidRPr="00462A12" w:rsidRDefault="001B6E67" w:rsidP="00E82A9F">
      <w:pPr>
        <w:autoSpaceDE w:val="0"/>
        <w:autoSpaceDN w:val="0"/>
        <w:spacing w:before="406" w:after="0" w:line="240" w:lineRule="auto"/>
        <w:ind w:left="-142" w:firstLine="142"/>
        <w:rPr>
          <w:lang w:val="ru-RU"/>
        </w:rPr>
      </w:pPr>
      <w:r w:rsidRPr="00462A12">
        <w:rPr>
          <w:rFonts w:ascii="Times New Roman" w:eastAsia="Times New Roman" w:hAnsi="Times New Roman"/>
          <w:color w:val="000000"/>
          <w:sz w:val="24"/>
          <w:lang w:val="ru-RU"/>
        </w:rPr>
        <w:t>- спортивное оборудование и инвентарь спортзала</w:t>
      </w:r>
    </w:p>
    <w:p w:rsidR="005353D2" w:rsidRPr="00462A12" w:rsidRDefault="001B6E67" w:rsidP="00E82A9F">
      <w:pPr>
        <w:autoSpaceDE w:val="0"/>
        <w:autoSpaceDN w:val="0"/>
        <w:spacing w:before="262" w:after="0" w:line="240" w:lineRule="auto"/>
        <w:ind w:left="-142" w:firstLine="142"/>
        <w:rPr>
          <w:lang w:val="ru-RU"/>
        </w:rPr>
      </w:pPr>
      <w:r w:rsidRPr="00462A12">
        <w:rPr>
          <w:rFonts w:ascii="Times New Roman" w:eastAsia="Times New Roman" w:hAnsi="Times New Roman"/>
          <w:b/>
          <w:color w:val="000000"/>
          <w:sz w:val="24"/>
          <w:lang w:val="ru-RU"/>
        </w:rPr>
        <w:t>ОБОРУДОВАНИЕ ДЛЯ ПРОВЕДЕНИЯ ПРАКТИЧЕСКИХ РАБОТ</w:t>
      </w:r>
    </w:p>
    <w:p w:rsidR="005353D2" w:rsidRPr="00462A12" w:rsidRDefault="001B6E67" w:rsidP="00E82A9F">
      <w:pPr>
        <w:autoSpaceDE w:val="0"/>
        <w:autoSpaceDN w:val="0"/>
        <w:spacing w:before="166" w:after="0" w:line="240" w:lineRule="auto"/>
        <w:ind w:left="-142" w:right="2448" w:firstLine="142"/>
        <w:rPr>
          <w:lang w:val="ru-RU"/>
        </w:rPr>
      </w:pPr>
      <w:r w:rsidRPr="00462A12">
        <w:rPr>
          <w:rFonts w:ascii="Times New Roman" w:eastAsia="Times New Roman" w:hAnsi="Times New Roman"/>
          <w:color w:val="000000"/>
          <w:sz w:val="24"/>
          <w:lang w:val="ru-RU"/>
        </w:rPr>
        <w:t>- гимнастические стенки;</w:t>
      </w:r>
      <w:r w:rsidRPr="00462A12">
        <w:rPr>
          <w:lang w:val="ru-RU"/>
        </w:rPr>
        <w:br/>
      </w:r>
      <w:r w:rsidRPr="00462A12">
        <w:rPr>
          <w:rFonts w:ascii="Times New Roman" w:eastAsia="Times New Roman" w:hAnsi="Times New Roman"/>
          <w:color w:val="000000"/>
          <w:sz w:val="24"/>
          <w:lang w:val="ru-RU"/>
        </w:rPr>
        <w:t>- гимнастические скамейки;</w:t>
      </w:r>
      <w:r w:rsidRPr="00462A12">
        <w:rPr>
          <w:lang w:val="ru-RU"/>
        </w:rPr>
        <w:br/>
      </w:r>
      <w:r w:rsidRPr="00462A12">
        <w:rPr>
          <w:rFonts w:ascii="Times New Roman" w:eastAsia="Times New Roman" w:hAnsi="Times New Roman"/>
          <w:color w:val="000000"/>
          <w:sz w:val="24"/>
          <w:lang w:val="ru-RU"/>
        </w:rPr>
        <w:t>- гимнастические маты;</w:t>
      </w:r>
      <w:r w:rsidRPr="00462A12">
        <w:rPr>
          <w:lang w:val="ru-RU"/>
        </w:rPr>
        <w:br/>
      </w:r>
      <w:r w:rsidRPr="00462A12">
        <w:rPr>
          <w:rFonts w:ascii="Times New Roman" w:eastAsia="Times New Roman" w:hAnsi="Times New Roman"/>
          <w:color w:val="000000"/>
          <w:sz w:val="24"/>
          <w:lang w:val="ru-RU"/>
        </w:rPr>
        <w:t>- гимнастический козёл;</w:t>
      </w:r>
      <w:r w:rsidRPr="00462A12">
        <w:rPr>
          <w:lang w:val="ru-RU"/>
        </w:rPr>
        <w:br/>
      </w:r>
      <w:r w:rsidRPr="00462A12">
        <w:rPr>
          <w:rFonts w:ascii="Times New Roman" w:eastAsia="Times New Roman" w:hAnsi="Times New Roman"/>
          <w:color w:val="000000"/>
          <w:sz w:val="24"/>
          <w:lang w:val="ru-RU"/>
        </w:rPr>
        <w:t>- подкидной мост;</w:t>
      </w:r>
      <w:r w:rsidRPr="00462A12">
        <w:rPr>
          <w:lang w:val="ru-RU"/>
        </w:rPr>
        <w:br/>
      </w:r>
      <w:r w:rsidRPr="00462A12">
        <w:rPr>
          <w:rFonts w:ascii="Times New Roman" w:eastAsia="Times New Roman" w:hAnsi="Times New Roman"/>
          <w:color w:val="000000"/>
          <w:sz w:val="24"/>
          <w:lang w:val="ru-RU"/>
        </w:rPr>
        <w:t>- перекладины (съёмные);</w:t>
      </w:r>
      <w:r w:rsidRPr="00462A12">
        <w:rPr>
          <w:lang w:val="ru-RU"/>
        </w:rPr>
        <w:br/>
      </w:r>
      <w:r w:rsidRPr="00462A12">
        <w:rPr>
          <w:rFonts w:ascii="Times New Roman" w:eastAsia="Times New Roman" w:hAnsi="Times New Roman"/>
          <w:color w:val="000000"/>
          <w:sz w:val="24"/>
          <w:lang w:val="ru-RU"/>
        </w:rPr>
        <w:t>- комплекты лыж;</w:t>
      </w:r>
      <w:r w:rsidRPr="00462A12">
        <w:rPr>
          <w:lang w:val="ru-RU"/>
        </w:rPr>
        <w:br/>
      </w:r>
      <w:r w:rsidRPr="00462A12">
        <w:rPr>
          <w:rFonts w:ascii="Times New Roman" w:eastAsia="Times New Roman" w:hAnsi="Times New Roman"/>
          <w:color w:val="000000"/>
          <w:sz w:val="24"/>
          <w:lang w:val="ru-RU"/>
        </w:rPr>
        <w:t>- волейбольная сеть;</w:t>
      </w:r>
      <w:r w:rsidRPr="00462A12">
        <w:rPr>
          <w:lang w:val="ru-RU"/>
        </w:rPr>
        <w:br/>
      </w:r>
      <w:r w:rsidRPr="00462A12">
        <w:rPr>
          <w:rFonts w:ascii="Times New Roman" w:eastAsia="Times New Roman" w:hAnsi="Times New Roman"/>
          <w:color w:val="000000"/>
          <w:sz w:val="24"/>
          <w:lang w:val="ru-RU"/>
        </w:rPr>
        <w:t>- баскетбольные кольца;</w:t>
      </w:r>
      <w:r w:rsidRPr="00462A12">
        <w:rPr>
          <w:lang w:val="ru-RU"/>
        </w:rPr>
        <w:br/>
      </w:r>
      <w:r w:rsidRPr="00462A12">
        <w:rPr>
          <w:rFonts w:ascii="Times New Roman" w:eastAsia="Times New Roman" w:hAnsi="Times New Roman"/>
          <w:color w:val="000000"/>
          <w:sz w:val="24"/>
          <w:lang w:val="ru-RU"/>
        </w:rPr>
        <w:t xml:space="preserve">- мячи: волейбольные, баскетбольные, футбольные, малые, </w:t>
      </w:r>
      <w:proofErr w:type="spellStart"/>
      <w:r w:rsidRPr="00462A12">
        <w:rPr>
          <w:rFonts w:ascii="Times New Roman" w:eastAsia="Times New Roman" w:hAnsi="Times New Roman"/>
          <w:color w:val="000000"/>
          <w:sz w:val="24"/>
          <w:lang w:val="ru-RU"/>
        </w:rPr>
        <w:t>медицинбол</w:t>
      </w:r>
      <w:proofErr w:type="spellEnd"/>
      <w:r w:rsidRPr="00462A12">
        <w:rPr>
          <w:rFonts w:ascii="Times New Roman" w:eastAsia="Times New Roman" w:hAnsi="Times New Roman"/>
          <w:color w:val="000000"/>
          <w:sz w:val="24"/>
          <w:lang w:val="ru-RU"/>
        </w:rPr>
        <w:t xml:space="preserve"> (1 кг);- стойки для прыжков в высоту;</w:t>
      </w:r>
      <w:r w:rsidRPr="00462A12">
        <w:rPr>
          <w:lang w:val="ru-RU"/>
        </w:rPr>
        <w:br/>
      </w:r>
      <w:r w:rsidRPr="00462A12">
        <w:rPr>
          <w:rFonts w:ascii="Times New Roman" w:eastAsia="Times New Roman" w:hAnsi="Times New Roman"/>
          <w:color w:val="000000"/>
          <w:sz w:val="24"/>
          <w:lang w:val="ru-RU"/>
        </w:rPr>
        <w:t>- скакалки;</w:t>
      </w:r>
      <w:r w:rsidRPr="00462A12">
        <w:rPr>
          <w:lang w:val="ru-RU"/>
        </w:rPr>
        <w:br/>
      </w:r>
      <w:r w:rsidRPr="00462A12">
        <w:rPr>
          <w:rFonts w:ascii="Times New Roman" w:eastAsia="Times New Roman" w:hAnsi="Times New Roman"/>
          <w:color w:val="000000"/>
          <w:sz w:val="24"/>
          <w:lang w:val="ru-RU"/>
        </w:rPr>
        <w:t>- обручи;</w:t>
      </w:r>
      <w:r w:rsidRPr="00462A12">
        <w:rPr>
          <w:lang w:val="ru-RU"/>
        </w:rPr>
        <w:br/>
      </w:r>
      <w:r w:rsidRPr="00462A12">
        <w:rPr>
          <w:rFonts w:ascii="Times New Roman" w:eastAsia="Times New Roman" w:hAnsi="Times New Roman"/>
          <w:color w:val="000000"/>
          <w:sz w:val="24"/>
          <w:lang w:val="ru-RU"/>
        </w:rPr>
        <w:t>- кубики (ориентиры</w:t>
      </w:r>
    </w:p>
    <w:p w:rsidR="005353D2" w:rsidRPr="00462A12" w:rsidRDefault="005353D2" w:rsidP="00E82A9F">
      <w:pPr>
        <w:ind w:left="-142" w:firstLine="142"/>
        <w:rPr>
          <w:lang w:val="ru-RU"/>
        </w:rPr>
        <w:sectPr w:rsidR="005353D2" w:rsidRPr="00462A12">
          <w:pgSz w:w="11900" w:h="16840"/>
          <w:pgMar w:top="298" w:right="650" w:bottom="1440" w:left="666" w:header="720" w:footer="720" w:gutter="0"/>
          <w:cols w:space="720" w:equalWidth="0">
            <w:col w:w="10584" w:space="0"/>
          </w:cols>
          <w:docGrid w:linePitch="360"/>
        </w:sectPr>
      </w:pPr>
    </w:p>
    <w:p w:rsidR="00FF5372" w:rsidRPr="00462A12" w:rsidRDefault="00FF5372" w:rsidP="00E82A9F">
      <w:pPr>
        <w:ind w:left="-142" w:firstLine="142"/>
        <w:rPr>
          <w:lang w:val="ru-RU"/>
        </w:rPr>
      </w:pPr>
    </w:p>
    <w:sectPr w:rsidR="00FF5372" w:rsidRPr="00462A12" w:rsidSect="00034616">
      <w:pgSz w:w="11900" w:h="16840"/>
      <w:pgMar w:top="1440" w:right="1440" w:bottom="1440" w:left="1440" w:header="720" w:footer="720" w:gutter="0"/>
      <w:cols w:space="720" w:equalWidth="0">
        <w:col w:w="10584" w:space="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3"/>
      <w:lvlText w:val="%1."/>
      <w:lvlJc w:val="left"/>
      <w:pPr>
        <w:tabs>
          <w:tab w:val="num" w:pos="1080"/>
        </w:tabs>
        <w:ind w:left="1080" w:hanging="360"/>
      </w:pPr>
    </w:lvl>
  </w:abstractNum>
  <w:abstractNum w:abstractNumId="3">
    <w:nsid w:val="FFFFFF7F"/>
    <w:multiLevelType w:val="singleLevel"/>
    <w:tmpl w:val="38441652"/>
    <w:lvl w:ilvl="0">
      <w:start w:val="1"/>
      <w:numFmt w:val="decimal"/>
      <w:pStyle w:val="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a"/>
      <w:lvlText w:val="%1."/>
      <w:lvlJc w:val="left"/>
      <w:pPr>
        <w:tabs>
          <w:tab w:val="num" w:pos="360"/>
        </w:tabs>
        <w:ind w:left="360" w:hanging="360"/>
      </w:pPr>
    </w:lvl>
  </w:abstractNum>
  <w:abstractNum w:abstractNumId="8">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01F46"/>
    <w:rsid w:val="00002F1D"/>
    <w:rsid w:val="00034616"/>
    <w:rsid w:val="0006063C"/>
    <w:rsid w:val="001151AA"/>
    <w:rsid w:val="001307B8"/>
    <w:rsid w:val="0015074B"/>
    <w:rsid w:val="001B6E67"/>
    <w:rsid w:val="0021232A"/>
    <w:rsid w:val="00241EA6"/>
    <w:rsid w:val="0029639D"/>
    <w:rsid w:val="0031794D"/>
    <w:rsid w:val="00326F90"/>
    <w:rsid w:val="00462A12"/>
    <w:rsid w:val="0048620C"/>
    <w:rsid w:val="0052465F"/>
    <w:rsid w:val="005353D2"/>
    <w:rsid w:val="00551499"/>
    <w:rsid w:val="006A6FAF"/>
    <w:rsid w:val="006D7FE4"/>
    <w:rsid w:val="00874B8F"/>
    <w:rsid w:val="009C0342"/>
    <w:rsid w:val="00A33CA9"/>
    <w:rsid w:val="00A33D35"/>
    <w:rsid w:val="00A5562F"/>
    <w:rsid w:val="00AA1D8D"/>
    <w:rsid w:val="00AA2172"/>
    <w:rsid w:val="00B22F2F"/>
    <w:rsid w:val="00B47730"/>
    <w:rsid w:val="00BD7113"/>
    <w:rsid w:val="00C5646C"/>
    <w:rsid w:val="00CB0664"/>
    <w:rsid w:val="00CF23FC"/>
    <w:rsid w:val="00D33A78"/>
    <w:rsid w:val="00E51C5F"/>
    <w:rsid w:val="00E82A9F"/>
    <w:rsid w:val="00E919C3"/>
    <w:rsid w:val="00F76554"/>
    <w:rsid w:val="00FB20E0"/>
    <w:rsid w:val="00FC693F"/>
    <w:rsid w:val="00FF53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C693F"/>
  </w:style>
  <w:style w:type="paragraph" w:styleId="1">
    <w:name w:val="heading 1"/>
    <w:basedOn w:val="a1"/>
    <w:next w:val="a1"/>
    <w:link w:val="10"/>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E618BF"/>
    <w:pPr>
      <w:tabs>
        <w:tab w:val="center" w:pos="4680"/>
        <w:tab w:val="right" w:pos="9360"/>
      </w:tabs>
      <w:spacing w:after="0" w:line="240" w:lineRule="auto"/>
    </w:pPr>
  </w:style>
  <w:style w:type="character" w:customStyle="1" w:styleId="a6">
    <w:name w:val="Верхний колонтитул Знак"/>
    <w:basedOn w:val="a2"/>
    <w:link w:val="a5"/>
    <w:uiPriority w:val="99"/>
    <w:rsid w:val="00E618BF"/>
  </w:style>
  <w:style w:type="paragraph" w:styleId="a7">
    <w:name w:val="footer"/>
    <w:basedOn w:val="a1"/>
    <w:link w:val="a8"/>
    <w:uiPriority w:val="99"/>
    <w:unhideWhenUsed/>
    <w:rsid w:val="00E618BF"/>
    <w:pPr>
      <w:tabs>
        <w:tab w:val="center" w:pos="4680"/>
        <w:tab w:val="right" w:pos="9360"/>
      </w:tabs>
      <w:spacing w:after="0" w:line="240" w:lineRule="auto"/>
    </w:pPr>
  </w:style>
  <w:style w:type="character" w:customStyle="1" w:styleId="a8">
    <w:name w:val="Нижний колонтитул Знак"/>
    <w:basedOn w:val="a2"/>
    <w:link w:val="a7"/>
    <w:uiPriority w:val="99"/>
    <w:rsid w:val="00E618BF"/>
  </w:style>
  <w:style w:type="paragraph" w:styleId="a9">
    <w:name w:val="No Spacing"/>
    <w:uiPriority w:val="1"/>
    <w:qFormat/>
    <w:rsid w:val="00FC693F"/>
    <w:pPr>
      <w:spacing w:after="0" w:line="240" w:lineRule="auto"/>
    </w:pPr>
  </w:style>
  <w:style w:type="character" w:customStyle="1" w:styleId="10">
    <w:name w:val="Заголовок 1 Знак"/>
    <w:basedOn w:val="a2"/>
    <w:link w:va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basedOn w:val="a2"/>
    <w:link w:val="21"/>
    <w:uiPriority w:val="9"/>
    <w:rsid w:val="00FC693F"/>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2"/>
    <w:link w:val="31"/>
    <w:uiPriority w:val="9"/>
    <w:rsid w:val="00FC693F"/>
    <w:rPr>
      <w:rFonts w:asciiTheme="majorHAnsi" w:eastAsiaTheme="majorEastAsia" w:hAnsiTheme="majorHAnsi" w:cstheme="majorBidi"/>
      <w:b/>
      <w:bCs/>
      <w:color w:val="4F81BD" w:themeColor="accent1"/>
    </w:rPr>
  </w:style>
  <w:style w:type="paragraph" w:styleId="aa">
    <w:name w:val="Title"/>
    <w:basedOn w:val="a1"/>
    <w:next w:val="a1"/>
    <w:link w:val="ab"/>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Название Знак"/>
    <w:basedOn w:val="a2"/>
    <w:link w:val="aa"/>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c">
    <w:name w:val="Subtitle"/>
    <w:basedOn w:val="a1"/>
    <w:next w:val="a1"/>
    <w:link w:val="ad"/>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d">
    <w:name w:val="Подзаголовок Знак"/>
    <w:basedOn w:val="a2"/>
    <w:link w:val="ac"/>
    <w:uiPriority w:val="11"/>
    <w:rsid w:val="00FC693F"/>
    <w:rPr>
      <w:rFonts w:asciiTheme="majorHAnsi" w:eastAsiaTheme="majorEastAsia" w:hAnsiTheme="majorHAnsi" w:cstheme="majorBidi"/>
      <w:i/>
      <w:iCs/>
      <w:color w:val="4F81BD" w:themeColor="accent1"/>
      <w:spacing w:val="15"/>
      <w:sz w:val="24"/>
      <w:szCs w:val="24"/>
    </w:rPr>
  </w:style>
  <w:style w:type="paragraph" w:styleId="ae">
    <w:name w:val="List Paragraph"/>
    <w:basedOn w:val="a1"/>
    <w:uiPriority w:val="34"/>
    <w:qFormat/>
    <w:rsid w:val="00FC693F"/>
    <w:pPr>
      <w:ind w:left="720"/>
      <w:contextualSpacing/>
    </w:pPr>
  </w:style>
  <w:style w:type="paragraph" w:styleId="af">
    <w:name w:val="Body Text"/>
    <w:basedOn w:val="a1"/>
    <w:link w:val="af0"/>
    <w:uiPriority w:val="99"/>
    <w:unhideWhenUsed/>
    <w:rsid w:val="00AA1D8D"/>
    <w:pPr>
      <w:spacing w:after="120"/>
    </w:pPr>
  </w:style>
  <w:style w:type="character" w:customStyle="1" w:styleId="af0">
    <w:name w:val="Основной текст Знак"/>
    <w:basedOn w:val="a2"/>
    <w:link w:val="af"/>
    <w:uiPriority w:val="99"/>
    <w:rsid w:val="00AA1D8D"/>
  </w:style>
  <w:style w:type="paragraph" w:styleId="23">
    <w:name w:val="Body Text 2"/>
    <w:basedOn w:val="a1"/>
    <w:link w:val="24"/>
    <w:uiPriority w:val="99"/>
    <w:unhideWhenUsed/>
    <w:rsid w:val="00AA1D8D"/>
    <w:pPr>
      <w:spacing w:after="120" w:line="480" w:lineRule="auto"/>
    </w:pPr>
  </w:style>
  <w:style w:type="character" w:customStyle="1" w:styleId="24">
    <w:name w:val="Основной текст 2 Знак"/>
    <w:basedOn w:val="a2"/>
    <w:link w:val="23"/>
    <w:uiPriority w:val="99"/>
    <w:rsid w:val="00AA1D8D"/>
  </w:style>
  <w:style w:type="paragraph" w:styleId="33">
    <w:name w:val="Body Text 3"/>
    <w:basedOn w:val="a1"/>
    <w:link w:val="34"/>
    <w:uiPriority w:val="99"/>
    <w:unhideWhenUsed/>
    <w:rsid w:val="00AA1D8D"/>
    <w:pPr>
      <w:spacing w:after="120"/>
    </w:pPr>
    <w:rPr>
      <w:sz w:val="16"/>
      <w:szCs w:val="16"/>
    </w:rPr>
  </w:style>
  <w:style w:type="character" w:customStyle="1" w:styleId="34">
    <w:name w:val="Основной текст 3 Знак"/>
    <w:basedOn w:val="a2"/>
    <w:link w:val="33"/>
    <w:uiPriority w:val="99"/>
    <w:rsid w:val="00AA1D8D"/>
    <w:rPr>
      <w:sz w:val="16"/>
      <w:szCs w:val="16"/>
    </w:rPr>
  </w:style>
  <w:style w:type="paragraph" w:styleId="af1">
    <w:name w:val="List"/>
    <w:basedOn w:val="a1"/>
    <w:uiPriority w:val="99"/>
    <w:unhideWhenUsed/>
    <w:rsid w:val="00AA1D8D"/>
    <w:pPr>
      <w:ind w:left="360" w:hanging="360"/>
      <w:contextualSpacing/>
    </w:pPr>
  </w:style>
  <w:style w:type="paragraph" w:styleId="25">
    <w:name w:val="List 2"/>
    <w:basedOn w:val="a1"/>
    <w:uiPriority w:val="99"/>
    <w:unhideWhenUsed/>
    <w:rsid w:val="00326F90"/>
    <w:pPr>
      <w:ind w:left="720" w:hanging="360"/>
      <w:contextualSpacing/>
    </w:pPr>
  </w:style>
  <w:style w:type="paragraph" w:styleId="35">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5"/>
      </w:numPr>
      <w:contextualSpacing/>
    </w:pPr>
  </w:style>
  <w:style w:type="paragraph" w:styleId="2">
    <w:name w:val="List Number 2"/>
    <w:basedOn w:val="a1"/>
    <w:uiPriority w:val="99"/>
    <w:unhideWhenUsed/>
    <w:rsid w:val="0029639D"/>
    <w:pPr>
      <w:numPr>
        <w:numId w:val="6"/>
      </w:numPr>
      <w:contextualSpacing/>
    </w:pPr>
  </w:style>
  <w:style w:type="paragraph" w:styleId="3">
    <w:name w:val="List Number 3"/>
    <w:basedOn w:val="a1"/>
    <w:uiPriority w:val="99"/>
    <w:unhideWhenUsed/>
    <w:rsid w:val="0029639D"/>
    <w:pPr>
      <w:numPr>
        <w:numId w:val="7"/>
      </w:numPr>
      <w:contextualSpacing/>
    </w:pPr>
  </w:style>
  <w:style w:type="paragraph" w:styleId="af2">
    <w:name w:val="List Continue"/>
    <w:basedOn w:val="a1"/>
    <w:uiPriority w:val="99"/>
    <w:unhideWhenUsed/>
    <w:rsid w:val="0029639D"/>
    <w:pPr>
      <w:spacing w:after="120"/>
      <w:ind w:left="360"/>
      <w:contextualSpacing/>
    </w:pPr>
  </w:style>
  <w:style w:type="paragraph" w:styleId="26">
    <w:name w:val="List Continue 2"/>
    <w:basedOn w:val="a1"/>
    <w:uiPriority w:val="99"/>
    <w:unhideWhenUsed/>
    <w:rsid w:val="0029639D"/>
    <w:pPr>
      <w:spacing w:after="120"/>
      <w:ind w:left="720"/>
      <w:contextualSpacing/>
    </w:pPr>
  </w:style>
  <w:style w:type="paragraph" w:styleId="36">
    <w:name w:val="List Continue 3"/>
    <w:basedOn w:val="a1"/>
    <w:uiPriority w:val="99"/>
    <w:unhideWhenUsed/>
    <w:rsid w:val="0029639D"/>
    <w:pPr>
      <w:spacing w:after="120"/>
      <w:ind w:left="1080"/>
      <w:contextualSpacing/>
    </w:pPr>
  </w:style>
  <w:style w:type="paragraph" w:styleId="af3">
    <w:name w:val="macro"/>
    <w:link w:val="af4"/>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af4">
    <w:name w:val="Текст макроса Знак"/>
    <w:basedOn w:val="a2"/>
    <w:link w:val="af3"/>
    <w:uiPriority w:val="99"/>
    <w:rsid w:val="0029639D"/>
    <w:rPr>
      <w:rFonts w:ascii="Courier" w:hAnsi="Courier"/>
      <w:sz w:val="20"/>
      <w:szCs w:val="20"/>
    </w:rPr>
  </w:style>
  <w:style w:type="paragraph" w:styleId="27">
    <w:name w:val="Quote"/>
    <w:basedOn w:val="a1"/>
    <w:next w:val="a1"/>
    <w:link w:val="28"/>
    <w:uiPriority w:val="29"/>
    <w:qFormat/>
    <w:rsid w:val="00FC693F"/>
    <w:rPr>
      <w:i/>
      <w:iCs/>
      <w:color w:val="000000" w:themeColor="text1"/>
    </w:rPr>
  </w:style>
  <w:style w:type="character" w:customStyle="1" w:styleId="28">
    <w:name w:val="Цитата 2 Знак"/>
    <w:basedOn w:val="a2"/>
    <w:link w:val="27"/>
    <w:uiPriority w:val="29"/>
    <w:rsid w:val="00FC693F"/>
    <w:rPr>
      <w:i/>
      <w:iCs/>
      <w:color w:val="000000" w:themeColor="text1"/>
    </w:rPr>
  </w:style>
  <w:style w:type="character" w:customStyle="1" w:styleId="40">
    <w:name w:val="Заголовок 4 Знак"/>
    <w:basedOn w:val="a2"/>
    <w:link w:val="4"/>
    <w:uiPriority w:val="9"/>
    <w:semiHidden/>
    <w:rsid w:val="00FC693F"/>
    <w:rPr>
      <w:rFonts w:asciiTheme="majorHAnsi" w:eastAsiaTheme="majorEastAsia" w:hAnsiTheme="majorHAnsi" w:cstheme="majorBidi"/>
      <w:b/>
      <w:bCs/>
      <w:i/>
      <w:iCs/>
      <w:color w:val="4F81BD" w:themeColor="accent1"/>
    </w:rPr>
  </w:style>
  <w:style w:type="character" w:customStyle="1" w:styleId="50">
    <w:name w:val="Заголовок 5 Знак"/>
    <w:basedOn w:val="a2"/>
    <w:link w:val="5"/>
    <w:uiPriority w:val="9"/>
    <w:semiHidden/>
    <w:rsid w:val="00FC693F"/>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uiPriority w:val="9"/>
    <w:semiHidden/>
    <w:rsid w:val="00FC693F"/>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0">
    <w:name w:val="Заголовок 9 Знак"/>
    <w:basedOn w:val="a2"/>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5">
    <w:name w:val="caption"/>
    <w:basedOn w:val="a1"/>
    <w:next w:val="a1"/>
    <w:uiPriority w:val="35"/>
    <w:semiHidden/>
    <w:unhideWhenUsed/>
    <w:qFormat/>
    <w:rsid w:val="00FC693F"/>
    <w:pPr>
      <w:spacing w:line="240" w:lineRule="auto"/>
    </w:pPr>
    <w:rPr>
      <w:b/>
      <w:bCs/>
      <w:color w:val="4F81BD" w:themeColor="accent1"/>
      <w:sz w:val="18"/>
      <w:szCs w:val="18"/>
    </w:rPr>
  </w:style>
  <w:style w:type="character" w:styleId="af6">
    <w:name w:val="Strong"/>
    <w:basedOn w:val="a2"/>
    <w:uiPriority w:val="22"/>
    <w:qFormat/>
    <w:rsid w:val="00FC693F"/>
    <w:rPr>
      <w:b/>
      <w:bCs/>
    </w:rPr>
  </w:style>
  <w:style w:type="character" w:styleId="af7">
    <w:name w:val="Emphasis"/>
    <w:basedOn w:val="a2"/>
    <w:uiPriority w:val="20"/>
    <w:qFormat/>
    <w:rsid w:val="00FC693F"/>
    <w:rPr>
      <w:i/>
      <w:iCs/>
    </w:rPr>
  </w:style>
  <w:style w:type="paragraph" w:styleId="af8">
    <w:name w:val="Intense Quote"/>
    <w:basedOn w:val="a1"/>
    <w:next w:val="a1"/>
    <w:link w:val="af9"/>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af9">
    <w:name w:val="Выделенная цитата Знак"/>
    <w:basedOn w:val="a2"/>
    <w:link w:val="af8"/>
    <w:uiPriority w:val="30"/>
    <w:rsid w:val="00FC693F"/>
    <w:rPr>
      <w:b/>
      <w:bCs/>
      <w:i/>
      <w:iCs/>
      <w:color w:val="4F81BD" w:themeColor="accent1"/>
    </w:rPr>
  </w:style>
  <w:style w:type="character" w:styleId="afa">
    <w:name w:val="Subtle Emphasis"/>
    <w:basedOn w:val="a2"/>
    <w:uiPriority w:val="19"/>
    <w:qFormat/>
    <w:rsid w:val="00FC693F"/>
    <w:rPr>
      <w:i/>
      <w:iCs/>
      <w:color w:val="808080" w:themeColor="text1" w:themeTint="7F"/>
    </w:rPr>
  </w:style>
  <w:style w:type="character" w:styleId="afb">
    <w:name w:val="Intense Emphasis"/>
    <w:basedOn w:val="a2"/>
    <w:uiPriority w:val="21"/>
    <w:qFormat/>
    <w:rsid w:val="00FC693F"/>
    <w:rPr>
      <w:b/>
      <w:bCs/>
      <w:i/>
      <w:iCs/>
      <w:color w:val="4F81BD" w:themeColor="accent1"/>
    </w:rPr>
  </w:style>
  <w:style w:type="character" w:styleId="afc">
    <w:name w:val="Subtle Reference"/>
    <w:basedOn w:val="a2"/>
    <w:uiPriority w:val="31"/>
    <w:qFormat/>
    <w:rsid w:val="00FC693F"/>
    <w:rPr>
      <w:smallCaps/>
      <w:color w:val="C0504D" w:themeColor="accent2"/>
      <w:u w:val="single"/>
    </w:rPr>
  </w:style>
  <w:style w:type="character" w:styleId="afd">
    <w:name w:val="Intense Reference"/>
    <w:basedOn w:val="a2"/>
    <w:uiPriority w:val="32"/>
    <w:qFormat/>
    <w:rsid w:val="00FC693F"/>
    <w:rPr>
      <w:b/>
      <w:bCs/>
      <w:smallCaps/>
      <w:color w:val="C0504D" w:themeColor="accent2"/>
      <w:spacing w:val="5"/>
      <w:u w:val="single"/>
    </w:rPr>
  </w:style>
  <w:style w:type="character" w:styleId="afe">
    <w:name w:val="Book Title"/>
    <w:basedOn w:val="a2"/>
    <w:uiPriority w:val="33"/>
    <w:qFormat/>
    <w:rsid w:val="00FC693F"/>
    <w:rPr>
      <w:b/>
      <w:bCs/>
      <w:smallCaps/>
      <w:spacing w:val="5"/>
    </w:rPr>
  </w:style>
  <w:style w:type="paragraph" w:styleId="aff">
    <w:name w:val="TOC Heading"/>
    <w:basedOn w:val="1"/>
    <w:next w:val="a1"/>
    <w:uiPriority w:val="39"/>
    <w:semiHidden/>
    <w:unhideWhenUsed/>
    <w:qFormat/>
    <w:rsid w:val="00FC693F"/>
    <w:pPr>
      <w:outlineLvl w:val="9"/>
    </w:pPr>
  </w:style>
  <w:style w:type="table" w:styleId="aff0">
    <w:name w:val="Table Grid"/>
    <w:basedOn w:val="a3"/>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1">
    <w:name w:val="Light Shading"/>
    <w:basedOn w:val="a3"/>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2">
    <w:name w:val="Light List"/>
    <w:basedOn w:val="a3"/>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3">
    <w:name w:val="Light Grid"/>
    <w:basedOn w:val="a3"/>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3"/>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3"/>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3"/>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1">
    <w:name w:val="Light Grid Accent 4"/>
    <w:basedOn w:val="a3"/>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1">
    <w:name w:val="Light Grid Accent 5"/>
    <w:basedOn w:val="a3"/>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1">
    <w:name w:val="Light Grid Accent 6"/>
    <w:basedOn w:val="a3"/>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1">
    <w:name w:val="Medium Shading 1"/>
    <w:basedOn w:val="a3"/>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9">
    <w:name w:val="Medium Shading 2"/>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Medium List 1"/>
    <w:basedOn w:val="a3"/>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a">
    <w:name w:val="Medium Lis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3">
    <w:name w:val="Medium Grid 1"/>
    <w:basedOn w:val="a3"/>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3"/>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3"/>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3"/>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b">
    <w:name w:val="Medium Grid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7">
    <w:name w:val="Medium Grid 3"/>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4">
    <w:name w:val="Dark List"/>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5">
    <w:name w:val="Colorful Shading"/>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6">
    <w:name w:val="Colorful List"/>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7">
    <w:name w:val="Colorful Grid"/>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ff8">
    <w:name w:val="Balloon Text"/>
    <w:basedOn w:val="a1"/>
    <w:link w:val="aff9"/>
    <w:uiPriority w:val="99"/>
    <w:semiHidden/>
    <w:unhideWhenUsed/>
    <w:rsid w:val="00A33D35"/>
    <w:pPr>
      <w:spacing w:after="0" w:line="240" w:lineRule="auto"/>
    </w:pPr>
    <w:rPr>
      <w:rFonts w:ascii="Tahoma" w:hAnsi="Tahoma" w:cs="Tahoma"/>
      <w:sz w:val="16"/>
      <w:szCs w:val="16"/>
    </w:rPr>
  </w:style>
  <w:style w:type="character" w:customStyle="1" w:styleId="aff9">
    <w:name w:val="Текст выноски Знак"/>
    <w:basedOn w:val="a2"/>
    <w:link w:val="aff8"/>
    <w:uiPriority w:val="99"/>
    <w:semiHidden/>
    <w:rsid w:val="00A33D3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C693F"/>
  </w:style>
  <w:style w:type="paragraph" w:styleId="1">
    <w:name w:val="heading 1"/>
    <w:basedOn w:val="a1"/>
    <w:next w:val="a1"/>
    <w:link w:val="10"/>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E618BF"/>
    <w:pPr>
      <w:tabs>
        <w:tab w:val="center" w:pos="4680"/>
        <w:tab w:val="right" w:pos="9360"/>
      </w:tabs>
      <w:spacing w:after="0" w:line="240" w:lineRule="auto"/>
    </w:pPr>
  </w:style>
  <w:style w:type="character" w:customStyle="1" w:styleId="a6">
    <w:name w:val="Верхний колонтитул Знак"/>
    <w:basedOn w:val="a2"/>
    <w:link w:val="a5"/>
    <w:uiPriority w:val="99"/>
    <w:rsid w:val="00E618BF"/>
  </w:style>
  <w:style w:type="paragraph" w:styleId="a7">
    <w:name w:val="footer"/>
    <w:basedOn w:val="a1"/>
    <w:link w:val="a8"/>
    <w:uiPriority w:val="99"/>
    <w:unhideWhenUsed/>
    <w:rsid w:val="00E618BF"/>
    <w:pPr>
      <w:tabs>
        <w:tab w:val="center" w:pos="4680"/>
        <w:tab w:val="right" w:pos="9360"/>
      </w:tabs>
      <w:spacing w:after="0" w:line="240" w:lineRule="auto"/>
    </w:pPr>
  </w:style>
  <w:style w:type="character" w:customStyle="1" w:styleId="a8">
    <w:name w:val="Нижний колонтитул Знак"/>
    <w:basedOn w:val="a2"/>
    <w:link w:val="a7"/>
    <w:uiPriority w:val="99"/>
    <w:rsid w:val="00E618BF"/>
  </w:style>
  <w:style w:type="paragraph" w:styleId="a9">
    <w:name w:val="No Spacing"/>
    <w:uiPriority w:val="1"/>
    <w:qFormat/>
    <w:rsid w:val="00FC693F"/>
    <w:pPr>
      <w:spacing w:after="0" w:line="240" w:lineRule="auto"/>
    </w:pPr>
  </w:style>
  <w:style w:type="character" w:customStyle="1" w:styleId="10">
    <w:name w:val="Заголовок 1 Знак"/>
    <w:basedOn w:val="a2"/>
    <w:link w:va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basedOn w:val="a2"/>
    <w:link w:val="21"/>
    <w:uiPriority w:val="9"/>
    <w:rsid w:val="00FC693F"/>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2"/>
    <w:link w:val="31"/>
    <w:uiPriority w:val="9"/>
    <w:rsid w:val="00FC693F"/>
    <w:rPr>
      <w:rFonts w:asciiTheme="majorHAnsi" w:eastAsiaTheme="majorEastAsia" w:hAnsiTheme="majorHAnsi" w:cstheme="majorBidi"/>
      <w:b/>
      <w:bCs/>
      <w:color w:val="4F81BD" w:themeColor="accent1"/>
    </w:rPr>
  </w:style>
  <w:style w:type="paragraph" w:styleId="aa">
    <w:name w:val="Title"/>
    <w:basedOn w:val="a1"/>
    <w:next w:val="a1"/>
    <w:link w:val="ab"/>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Название Знак"/>
    <w:basedOn w:val="a2"/>
    <w:link w:val="aa"/>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c">
    <w:name w:val="Subtitle"/>
    <w:basedOn w:val="a1"/>
    <w:next w:val="a1"/>
    <w:link w:val="ad"/>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d">
    <w:name w:val="Подзаголовок Знак"/>
    <w:basedOn w:val="a2"/>
    <w:link w:val="ac"/>
    <w:uiPriority w:val="11"/>
    <w:rsid w:val="00FC693F"/>
    <w:rPr>
      <w:rFonts w:asciiTheme="majorHAnsi" w:eastAsiaTheme="majorEastAsia" w:hAnsiTheme="majorHAnsi" w:cstheme="majorBidi"/>
      <w:i/>
      <w:iCs/>
      <w:color w:val="4F81BD" w:themeColor="accent1"/>
      <w:spacing w:val="15"/>
      <w:sz w:val="24"/>
      <w:szCs w:val="24"/>
    </w:rPr>
  </w:style>
  <w:style w:type="paragraph" w:styleId="ae">
    <w:name w:val="List Paragraph"/>
    <w:basedOn w:val="a1"/>
    <w:uiPriority w:val="34"/>
    <w:qFormat/>
    <w:rsid w:val="00FC693F"/>
    <w:pPr>
      <w:ind w:left="720"/>
      <w:contextualSpacing/>
    </w:pPr>
  </w:style>
  <w:style w:type="paragraph" w:styleId="af">
    <w:name w:val="Body Text"/>
    <w:basedOn w:val="a1"/>
    <w:link w:val="af0"/>
    <w:uiPriority w:val="99"/>
    <w:unhideWhenUsed/>
    <w:rsid w:val="00AA1D8D"/>
    <w:pPr>
      <w:spacing w:after="120"/>
    </w:pPr>
  </w:style>
  <w:style w:type="character" w:customStyle="1" w:styleId="af0">
    <w:name w:val="Основной текст Знак"/>
    <w:basedOn w:val="a2"/>
    <w:link w:val="af"/>
    <w:uiPriority w:val="99"/>
    <w:rsid w:val="00AA1D8D"/>
  </w:style>
  <w:style w:type="paragraph" w:styleId="23">
    <w:name w:val="Body Text 2"/>
    <w:basedOn w:val="a1"/>
    <w:link w:val="24"/>
    <w:uiPriority w:val="99"/>
    <w:unhideWhenUsed/>
    <w:rsid w:val="00AA1D8D"/>
    <w:pPr>
      <w:spacing w:after="120" w:line="480" w:lineRule="auto"/>
    </w:pPr>
  </w:style>
  <w:style w:type="character" w:customStyle="1" w:styleId="24">
    <w:name w:val="Основной текст 2 Знак"/>
    <w:basedOn w:val="a2"/>
    <w:link w:val="23"/>
    <w:uiPriority w:val="99"/>
    <w:rsid w:val="00AA1D8D"/>
  </w:style>
  <w:style w:type="paragraph" w:styleId="33">
    <w:name w:val="Body Text 3"/>
    <w:basedOn w:val="a1"/>
    <w:link w:val="34"/>
    <w:uiPriority w:val="99"/>
    <w:unhideWhenUsed/>
    <w:rsid w:val="00AA1D8D"/>
    <w:pPr>
      <w:spacing w:after="120"/>
    </w:pPr>
    <w:rPr>
      <w:sz w:val="16"/>
      <w:szCs w:val="16"/>
    </w:rPr>
  </w:style>
  <w:style w:type="character" w:customStyle="1" w:styleId="34">
    <w:name w:val="Основной текст 3 Знак"/>
    <w:basedOn w:val="a2"/>
    <w:link w:val="33"/>
    <w:uiPriority w:val="99"/>
    <w:rsid w:val="00AA1D8D"/>
    <w:rPr>
      <w:sz w:val="16"/>
      <w:szCs w:val="16"/>
    </w:rPr>
  </w:style>
  <w:style w:type="paragraph" w:styleId="af1">
    <w:name w:val="List"/>
    <w:basedOn w:val="a1"/>
    <w:uiPriority w:val="99"/>
    <w:unhideWhenUsed/>
    <w:rsid w:val="00AA1D8D"/>
    <w:pPr>
      <w:ind w:left="360" w:hanging="360"/>
      <w:contextualSpacing/>
    </w:pPr>
  </w:style>
  <w:style w:type="paragraph" w:styleId="25">
    <w:name w:val="List 2"/>
    <w:basedOn w:val="a1"/>
    <w:uiPriority w:val="99"/>
    <w:unhideWhenUsed/>
    <w:rsid w:val="00326F90"/>
    <w:pPr>
      <w:ind w:left="720" w:hanging="360"/>
      <w:contextualSpacing/>
    </w:pPr>
  </w:style>
  <w:style w:type="paragraph" w:styleId="35">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5"/>
      </w:numPr>
      <w:contextualSpacing/>
    </w:pPr>
  </w:style>
  <w:style w:type="paragraph" w:styleId="2">
    <w:name w:val="List Number 2"/>
    <w:basedOn w:val="a1"/>
    <w:uiPriority w:val="99"/>
    <w:unhideWhenUsed/>
    <w:rsid w:val="0029639D"/>
    <w:pPr>
      <w:numPr>
        <w:numId w:val="6"/>
      </w:numPr>
      <w:contextualSpacing/>
    </w:pPr>
  </w:style>
  <w:style w:type="paragraph" w:styleId="3">
    <w:name w:val="List Number 3"/>
    <w:basedOn w:val="a1"/>
    <w:uiPriority w:val="99"/>
    <w:unhideWhenUsed/>
    <w:rsid w:val="0029639D"/>
    <w:pPr>
      <w:numPr>
        <w:numId w:val="7"/>
      </w:numPr>
      <w:contextualSpacing/>
    </w:pPr>
  </w:style>
  <w:style w:type="paragraph" w:styleId="af2">
    <w:name w:val="List Continue"/>
    <w:basedOn w:val="a1"/>
    <w:uiPriority w:val="99"/>
    <w:unhideWhenUsed/>
    <w:rsid w:val="0029639D"/>
    <w:pPr>
      <w:spacing w:after="120"/>
      <w:ind w:left="360"/>
      <w:contextualSpacing/>
    </w:pPr>
  </w:style>
  <w:style w:type="paragraph" w:styleId="26">
    <w:name w:val="List Continue 2"/>
    <w:basedOn w:val="a1"/>
    <w:uiPriority w:val="99"/>
    <w:unhideWhenUsed/>
    <w:rsid w:val="0029639D"/>
    <w:pPr>
      <w:spacing w:after="120"/>
      <w:ind w:left="720"/>
      <w:contextualSpacing/>
    </w:pPr>
  </w:style>
  <w:style w:type="paragraph" w:styleId="36">
    <w:name w:val="List Continue 3"/>
    <w:basedOn w:val="a1"/>
    <w:uiPriority w:val="99"/>
    <w:unhideWhenUsed/>
    <w:rsid w:val="0029639D"/>
    <w:pPr>
      <w:spacing w:after="120"/>
      <w:ind w:left="1080"/>
      <w:contextualSpacing/>
    </w:pPr>
  </w:style>
  <w:style w:type="paragraph" w:styleId="af3">
    <w:name w:val="macro"/>
    <w:link w:val="af4"/>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af4">
    <w:name w:val="Текст макроса Знак"/>
    <w:basedOn w:val="a2"/>
    <w:link w:val="af3"/>
    <w:uiPriority w:val="99"/>
    <w:rsid w:val="0029639D"/>
    <w:rPr>
      <w:rFonts w:ascii="Courier" w:hAnsi="Courier"/>
      <w:sz w:val="20"/>
      <w:szCs w:val="20"/>
    </w:rPr>
  </w:style>
  <w:style w:type="paragraph" w:styleId="27">
    <w:name w:val="Quote"/>
    <w:basedOn w:val="a1"/>
    <w:next w:val="a1"/>
    <w:link w:val="28"/>
    <w:uiPriority w:val="29"/>
    <w:qFormat/>
    <w:rsid w:val="00FC693F"/>
    <w:rPr>
      <w:i/>
      <w:iCs/>
      <w:color w:val="000000" w:themeColor="text1"/>
    </w:rPr>
  </w:style>
  <w:style w:type="character" w:customStyle="1" w:styleId="28">
    <w:name w:val="Цитата 2 Знак"/>
    <w:basedOn w:val="a2"/>
    <w:link w:val="27"/>
    <w:uiPriority w:val="29"/>
    <w:rsid w:val="00FC693F"/>
    <w:rPr>
      <w:i/>
      <w:iCs/>
      <w:color w:val="000000" w:themeColor="text1"/>
    </w:rPr>
  </w:style>
  <w:style w:type="character" w:customStyle="1" w:styleId="40">
    <w:name w:val="Заголовок 4 Знак"/>
    <w:basedOn w:val="a2"/>
    <w:link w:val="4"/>
    <w:uiPriority w:val="9"/>
    <w:semiHidden/>
    <w:rsid w:val="00FC693F"/>
    <w:rPr>
      <w:rFonts w:asciiTheme="majorHAnsi" w:eastAsiaTheme="majorEastAsia" w:hAnsiTheme="majorHAnsi" w:cstheme="majorBidi"/>
      <w:b/>
      <w:bCs/>
      <w:i/>
      <w:iCs/>
      <w:color w:val="4F81BD" w:themeColor="accent1"/>
    </w:rPr>
  </w:style>
  <w:style w:type="character" w:customStyle="1" w:styleId="50">
    <w:name w:val="Заголовок 5 Знак"/>
    <w:basedOn w:val="a2"/>
    <w:link w:val="5"/>
    <w:uiPriority w:val="9"/>
    <w:semiHidden/>
    <w:rsid w:val="00FC693F"/>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uiPriority w:val="9"/>
    <w:semiHidden/>
    <w:rsid w:val="00FC693F"/>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0">
    <w:name w:val="Заголовок 9 Знак"/>
    <w:basedOn w:val="a2"/>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5">
    <w:name w:val="caption"/>
    <w:basedOn w:val="a1"/>
    <w:next w:val="a1"/>
    <w:uiPriority w:val="35"/>
    <w:semiHidden/>
    <w:unhideWhenUsed/>
    <w:qFormat/>
    <w:rsid w:val="00FC693F"/>
    <w:pPr>
      <w:spacing w:line="240" w:lineRule="auto"/>
    </w:pPr>
    <w:rPr>
      <w:b/>
      <w:bCs/>
      <w:color w:val="4F81BD" w:themeColor="accent1"/>
      <w:sz w:val="18"/>
      <w:szCs w:val="18"/>
    </w:rPr>
  </w:style>
  <w:style w:type="character" w:styleId="af6">
    <w:name w:val="Strong"/>
    <w:basedOn w:val="a2"/>
    <w:uiPriority w:val="22"/>
    <w:qFormat/>
    <w:rsid w:val="00FC693F"/>
    <w:rPr>
      <w:b/>
      <w:bCs/>
    </w:rPr>
  </w:style>
  <w:style w:type="character" w:styleId="af7">
    <w:name w:val="Emphasis"/>
    <w:basedOn w:val="a2"/>
    <w:uiPriority w:val="20"/>
    <w:qFormat/>
    <w:rsid w:val="00FC693F"/>
    <w:rPr>
      <w:i/>
      <w:iCs/>
    </w:rPr>
  </w:style>
  <w:style w:type="paragraph" w:styleId="af8">
    <w:name w:val="Intense Quote"/>
    <w:basedOn w:val="a1"/>
    <w:next w:val="a1"/>
    <w:link w:val="af9"/>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af9">
    <w:name w:val="Выделенная цитата Знак"/>
    <w:basedOn w:val="a2"/>
    <w:link w:val="af8"/>
    <w:uiPriority w:val="30"/>
    <w:rsid w:val="00FC693F"/>
    <w:rPr>
      <w:b/>
      <w:bCs/>
      <w:i/>
      <w:iCs/>
      <w:color w:val="4F81BD" w:themeColor="accent1"/>
    </w:rPr>
  </w:style>
  <w:style w:type="character" w:styleId="afa">
    <w:name w:val="Subtle Emphasis"/>
    <w:basedOn w:val="a2"/>
    <w:uiPriority w:val="19"/>
    <w:qFormat/>
    <w:rsid w:val="00FC693F"/>
    <w:rPr>
      <w:i/>
      <w:iCs/>
      <w:color w:val="808080" w:themeColor="text1" w:themeTint="7F"/>
    </w:rPr>
  </w:style>
  <w:style w:type="character" w:styleId="afb">
    <w:name w:val="Intense Emphasis"/>
    <w:basedOn w:val="a2"/>
    <w:uiPriority w:val="21"/>
    <w:qFormat/>
    <w:rsid w:val="00FC693F"/>
    <w:rPr>
      <w:b/>
      <w:bCs/>
      <w:i/>
      <w:iCs/>
      <w:color w:val="4F81BD" w:themeColor="accent1"/>
    </w:rPr>
  </w:style>
  <w:style w:type="character" w:styleId="afc">
    <w:name w:val="Subtle Reference"/>
    <w:basedOn w:val="a2"/>
    <w:uiPriority w:val="31"/>
    <w:qFormat/>
    <w:rsid w:val="00FC693F"/>
    <w:rPr>
      <w:smallCaps/>
      <w:color w:val="C0504D" w:themeColor="accent2"/>
      <w:u w:val="single"/>
    </w:rPr>
  </w:style>
  <w:style w:type="character" w:styleId="afd">
    <w:name w:val="Intense Reference"/>
    <w:basedOn w:val="a2"/>
    <w:uiPriority w:val="32"/>
    <w:qFormat/>
    <w:rsid w:val="00FC693F"/>
    <w:rPr>
      <w:b/>
      <w:bCs/>
      <w:smallCaps/>
      <w:color w:val="C0504D" w:themeColor="accent2"/>
      <w:spacing w:val="5"/>
      <w:u w:val="single"/>
    </w:rPr>
  </w:style>
  <w:style w:type="character" w:styleId="afe">
    <w:name w:val="Book Title"/>
    <w:basedOn w:val="a2"/>
    <w:uiPriority w:val="33"/>
    <w:qFormat/>
    <w:rsid w:val="00FC693F"/>
    <w:rPr>
      <w:b/>
      <w:bCs/>
      <w:smallCaps/>
      <w:spacing w:val="5"/>
    </w:rPr>
  </w:style>
  <w:style w:type="paragraph" w:styleId="aff">
    <w:name w:val="TOC Heading"/>
    <w:basedOn w:val="1"/>
    <w:next w:val="a1"/>
    <w:uiPriority w:val="39"/>
    <w:semiHidden/>
    <w:unhideWhenUsed/>
    <w:qFormat/>
    <w:rsid w:val="00FC693F"/>
    <w:pPr>
      <w:outlineLvl w:val="9"/>
    </w:pPr>
  </w:style>
  <w:style w:type="table" w:styleId="aff0">
    <w:name w:val="Table Grid"/>
    <w:basedOn w:val="a3"/>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1">
    <w:name w:val="Light Shading"/>
    <w:basedOn w:val="a3"/>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2">
    <w:name w:val="Light List"/>
    <w:basedOn w:val="a3"/>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3">
    <w:name w:val="Light Grid"/>
    <w:basedOn w:val="a3"/>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3"/>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3"/>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3"/>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1">
    <w:name w:val="Light Grid Accent 4"/>
    <w:basedOn w:val="a3"/>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1">
    <w:name w:val="Light Grid Accent 5"/>
    <w:basedOn w:val="a3"/>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1">
    <w:name w:val="Light Grid Accent 6"/>
    <w:basedOn w:val="a3"/>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1">
    <w:name w:val="Medium Shading 1"/>
    <w:basedOn w:val="a3"/>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9">
    <w:name w:val="Medium Shading 2"/>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Medium List 1"/>
    <w:basedOn w:val="a3"/>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a">
    <w:name w:val="Medium Lis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3">
    <w:name w:val="Medium Grid 1"/>
    <w:basedOn w:val="a3"/>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3"/>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3"/>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3"/>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b">
    <w:name w:val="Medium Grid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7">
    <w:name w:val="Medium Grid 3"/>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4">
    <w:name w:val="Dark List"/>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5">
    <w:name w:val="Colorful Shading"/>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6">
    <w:name w:val="Colorful List"/>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7">
    <w:name w:val="Colorful Grid"/>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ff8">
    <w:name w:val="Balloon Text"/>
    <w:basedOn w:val="a1"/>
    <w:link w:val="aff9"/>
    <w:uiPriority w:val="99"/>
    <w:semiHidden/>
    <w:unhideWhenUsed/>
    <w:rsid w:val="00A33D35"/>
    <w:pPr>
      <w:spacing w:after="0" w:line="240" w:lineRule="auto"/>
    </w:pPr>
    <w:rPr>
      <w:rFonts w:ascii="Tahoma" w:hAnsi="Tahoma" w:cs="Tahoma"/>
      <w:sz w:val="16"/>
      <w:szCs w:val="16"/>
    </w:rPr>
  </w:style>
  <w:style w:type="character" w:customStyle="1" w:styleId="aff9">
    <w:name w:val="Текст выноски Знак"/>
    <w:basedOn w:val="a2"/>
    <w:link w:val="aff8"/>
    <w:uiPriority w:val="99"/>
    <w:semiHidden/>
    <w:rsid w:val="00A33D3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19B726-61CA-4C42-A9AE-31DC2526E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17</Pages>
  <Words>3773</Words>
  <Characters>21508</Characters>
  <Application>Microsoft Office Word</Application>
  <DocSecurity>0</DocSecurity>
  <Lines>179</Lines>
  <Paragraphs>50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25231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dc:description>generated by python-docx</dc:description>
  <cp:lastModifiedBy>Комтех</cp:lastModifiedBy>
  <cp:revision>5</cp:revision>
  <dcterms:created xsi:type="dcterms:W3CDTF">2024-08-02T15:09:00Z</dcterms:created>
  <dcterms:modified xsi:type="dcterms:W3CDTF">2024-09-19T07:52:00Z</dcterms:modified>
</cp:coreProperties>
</file>