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F1D" w:rsidRPr="00002F1D" w:rsidRDefault="00002F1D" w:rsidP="00002F1D">
      <w:pPr>
        <w:spacing w:after="0" w:line="240" w:lineRule="auto"/>
        <w:rPr>
          <w:rFonts w:ascii="Times New Roman" w:eastAsia="Times New Roman" w:hAnsi="Times New Roman" w:cs="Times New Roman"/>
          <w:lang w:val="ru-RU" w:eastAsia="ru-RU"/>
        </w:rPr>
      </w:pPr>
      <w:bookmarkStart w:id="0" w:name="_Hlk138252690"/>
    </w:p>
    <w:p w:rsidR="00002F1D" w:rsidRPr="00002F1D" w:rsidRDefault="00002F1D" w:rsidP="00002F1D">
      <w:pPr>
        <w:spacing w:after="0" w:line="240" w:lineRule="auto"/>
        <w:rPr>
          <w:rFonts w:ascii="Times New Roman" w:eastAsia="Times New Roman" w:hAnsi="Times New Roman" w:cs="Times New Roman"/>
          <w:lang w:val="ru-RU" w:eastAsia="ru-RU"/>
        </w:rPr>
      </w:pPr>
    </w:p>
    <w:p w:rsidR="00002F1D" w:rsidRPr="00002F1D" w:rsidRDefault="00002F1D" w:rsidP="00002F1D">
      <w:pPr>
        <w:spacing w:after="0" w:line="240" w:lineRule="auto"/>
        <w:rPr>
          <w:rFonts w:ascii="Times New Roman" w:eastAsia="Times New Roman" w:hAnsi="Times New Roman" w:cs="Times New Roman"/>
          <w:lang w:val="ru-RU" w:eastAsia="ru-RU"/>
        </w:rPr>
      </w:pPr>
    </w:p>
    <w:p w:rsidR="00002F1D" w:rsidRPr="00002F1D" w:rsidRDefault="00002F1D" w:rsidP="00002F1D">
      <w:pPr>
        <w:spacing w:after="0" w:line="240" w:lineRule="auto"/>
        <w:rPr>
          <w:rFonts w:ascii="Times New Roman" w:eastAsia="Times New Roman" w:hAnsi="Times New Roman" w:cs="Times New Roman"/>
          <w:lang w:val="ru-RU" w:eastAsia="ru-RU"/>
        </w:rPr>
      </w:pPr>
    </w:p>
    <w:p w:rsidR="00002F1D" w:rsidRPr="00002F1D" w:rsidRDefault="00630E01" w:rsidP="00002F1D">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noProof/>
          <w:lang w:val="ru-RU" w:eastAsia="ru-RU"/>
        </w:rPr>
        <w:drawing>
          <wp:inline distT="0" distB="0" distL="0" distR="0" wp14:anchorId="7A415BD2" wp14:editId="386C7B0E">
            <wp:extent cx="6867525" cy="9523364"/>
            <wp:effectExtent l="0" t="0" r="0" b="1905"/>
            <wp:docPr id="1" name="Рисунок 1" descr="D:\Рабочий стол\скан 8 к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 8 кл.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7525" cy="9523364"/>
                    </a:xfrm>
                    <a:prstGeom prst="rect">
                      <a:avLst/>
                    </a:prstGeom>
                    <a:noFill/>
                    <a:ln>
                      <a:noFill/>
                    </a:ln>
                  </pic:spPr>
                </pic:pic>
              </a:graphicData>
            </a:graphic>
          </wp:inline>
        </w:drawing>
      </w:r>
    </w:p>
    <w:p w:rsidR="00002F1D" w:rsidRPr="00002F1D" w:rsidRDefault="00002F1D" w:rsidP="00002F1D">
      <w:pPr>
        <w:spacing w:after="0" w:line="240" w:lineRule="auto"/>
        <w:rPr>
          <w:rFonts w:ascii="Times New Roman" w:eastAsia="Times New Roman" w:hAnsi="Times New Roman" w:cs="Times New Roman"/>
          <w:lang w:val="ru-RU" w:eastAsia="ru-RU"/>
        </w:rPr>
      </w:pPr>
    </w:p>
    <w:p w:rsidR="00002F1D" w:rsidRPr="00002F1D" w:rsidRDefault="00002F1D" w:rsidP="00002F1D">
      <w:pPr>
        <w:spacing w:after="0" w:line="240" w:lineRule="auto"/>
        <w:rPr>
          <w:rFonts w:ascii="Times New Roman" w:eastAsia="Times New Roman" w:hAnsi="Times New Roman" w:cs="Times New Roman"/>
          <w:lang w:val="ru-RU" w:eastAsia="ru-RU"/>
        </w:rPr>
      </w:pPr>
    </w:p>
    <w:bookmarkEnd w:id="0"/>
    <w:p w:rsidR="005353D2" w:rsidRPr="001B6E67" w:rsidRDefault="006D7FE4" w:rsidP="006D7FE4">
      <w:pPr>
        <w:autoSpaceDE w:val="0"/>
        <w:autoSpaceDN w:val="0"/>
        <w:spacing w:after="0" w:line="240" w:lineRule="auto"/>
        <w:rPr>
          <w:lang w:val="ru-RU"/>
        </w:rPr>
      </w:pPr>
      <w:r>
        <w:rPr>
          <w:rFonts w:ascii="Times New Roman" w:eastAsia="Times New Roman" w:hAnsi="Times New Roman"/>
          <w:b/>
          <w:color w:val="000000"/>
          <w:sz w:val="24"/>
          <w:lang w:val="ru-RU"/>
        </w:rPr>
        <w:t xml:space="preserve">        </w:t>
      </w:r>
      <w:r w:rsidR="001B6E67" w:rsidRPr="001B6E67">
        <w:rPr>
          <w:rFonts w:ascii="Times New Roman" w:eastAsia="Times New Roman" w:hAnsi="Times New Roman"/>
          <w:b/>
          <w:color w:val="000000"/>
          <w:sz w:val="24"/>
          <w:lang w:val="ru-RU"/>
        </w:rPr>
        <w:t>ПОЯСНИТЕЛЬНАЯ ЗАПИСКА</w:t>
      </w:r>
    </w:p>
    <w:p w:rsidR="005353D2" w:rsidRPr="001B6E67" w:rsidRDefault="001B6E67" w:rsidP="006A6FAF">
      <w:pPr>
        <w:autoSpaceDE w:val="0"/>
        <w:autoSpaceDN w:val="0"/>
        <w:spacing w:before="346" w:after="0" w:line="240" w:lineRule="auto"/>
        <w:ind w:left="426" w:firstLine="141"/>
        <w:rPr>
          <w:lang w:val="ru-RU"/>
        </w:rPr>
      </w:pPr>
      <w:r w:rsidRPr="001B6E67">
        <w:rPr>
          <w:rFonts w:ascii="Times New Roman" w:eastAsia="Times New Roman" w:hAnsi="Times New Roman"/>
          <w:b/>
          <w:color w:val="000000"/>
          <w:sz w:val="24"/>
          <w:lang w:val="ru-RU"/>
        </w:rPr>
        <w:t>ОБЩАЯ ХАРАКТЕРИСТИКА УЧЕБНОГО ПРЕДМЕТА «ФИЗИЧЕСКАЯ КУЛЬТУРА»</w:t>
      </w:r>
    </w:p>
    <w:p w:rsidR="005353D2" w:rsidRPr="001B6E67" w:rsidRDefault="001B6E67" w:rsidP="006A6FAF">
      <w:pPr>
        <w:autoSpaceDE w:val="0"/>
        <w:autoSpaceDN w:val="0"/>
        <w:spacing w:before="190" w:after="0" w:line="240" w:lineRule="auto"/>
        <w:ind w:left="426" w:firstLine="141"/>
        <w:rPr>
          <w:lang w:val="ru-RU"/>
        </w:rPr>
      </w:pPr>
      <w:r w:rsidRPr="001B6E67">
        <w:rPr>
          <w:rFonts w:ascii="Times New Roman" w:eastAsia="Times New Roman" w:hAnsi="Times New Roman"/>
          <w:color w:val="000000"/>
          <w:sz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353D2" w:rsidRPr="001B6E67" w:rsidRDefault="001B6E67" w:rsidP="006A6FAF">
      <w:pPr>
        <w:autoSpaceDE w:val="0"/>
        <w:autoSpaceDN w:val="0"/>
        <w:spacing w:before="72" w:after="0" w:line="240" w:lineRule="auto"/>
        <w:ind w:left="426" w:firstLine="141"/>
        <w:rPr>
          <w:lang w:val="ru-RU"/>
        </w:rPr>
      </w:pPr>
      <w:r w:rsidRPr="001B6E67">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1B6E67">
        <w:rPr>
          <w:lang w:val="ru-RU"/>
        </w:rPr>
        <w:br/>
      </w:r>
      <w:r w:rsidRPr="001B6E67">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5353D2" w:rsidRPr="001B6E67" w:rsidRDefault="001B6E67" w:rsidP="006A6FAF">
      <w:pPr>
        <w:autoSpaceDE w:val="0"/>
        <w:autoSpaceDN w:val="0"/>
        <w:spacing w:before="70" w:after="0" w:line="240" w:lineRule="auto"/>
        <w:ind w:left="426" w:right="288" w:firstLine="141"/>
        <w:rPr>
          <w:lang w:val="ru-RU"/>
        </w:rPr>
      </w:pPr>
      <w:r w:rsidRPr="001B6E67">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5353D2" w:rsidRPr="001B6E67" w:rsidRDefault="001B6E67" w:rsidP="006A6FAF">
      <w:pPr>
        <w:tabs>
          <w:tab w:val="left" w:pos="180"/>
        </w:tabs>
        <w:autoSpaceDE w:val="0"/>
        <w:autoSpaceDN w:val="0"/>
        <w:spacing w:before="190" w:after="0" w:line="240" w:lineRule="auto"/>
        <w:ind w:left="426" w:firstLine="141"/>
        <w:rPr>
          <w:lang w:val="ru-RU"/>
        </w:rPr>
      </w:pPr>
      <w:r w:rsidRPr="001B6E67">
        <w:rPr>
          <w:lang w:val="ru-RU"/>
        </w:rPr>
        <w:tab/>
      </w:r>
      <w:r w:rsidRPr="001B6E67">
        <w:rPr>
          <w:rFonts w:ascii="Times New Roman" w:eastAsia="Times New Roman" w:hAnsi="Times New Roman"/>
          <w:b/>
          <w:color w:val="000000"/>
          <w:sz w:val="24"/>
          <w:lang w:val="ru-RU"/>
        </w:rPr>
        <w:t>ЦЕЛИ ИЗУЧЕНИЯ УЧЕБНОГО ПРЕДМЕТА «ФИЗИЧЕСКАЯ КУЛЬТУРА»</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1B6E67">
        <w:rPr>
          <w:lang w:val="ru-RU"/>
        </w:rPr>
        <w:br/>
      </w:r>
      <w:r w:rsidRPr="001B6E67">
        <w:rPr>
          <w:rFonts w:ascii="Times New Roman" w:eastAsia="Times New Roman" w:hAnsi="Times New Roman"/>
          <w:color w:val="000000"/>
          <w:sz w:val="24"/>
          <w:lang w:val="ru-RU"/>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8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1B6E67">
        <w:rPr>
          <w:lang w:val="ru-RU"/>
        </w:rPr>
        <w:br/>
      </w:r>
      <w:r w:rsidRPr="001B6E67">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353D2" w:rsidRPr="001B6E67" w:rsidRDefault="001B6E67" w:rsidP="006A6FAF">
      <w:pPr>
        <w:autoSpaceDE w:val="0"/>
        <w:autoSpaceDN w:val="0"/>
        <w:spacing w:before="70" w:after="0" w:line="240" w:lineRule="auto"/>
        <w:ind w:left="426" w:firstLine="141"/>
        <w:rPr>
          <w:lang w:val="ru-RU"/>
        </w:rPr>
      </w:pPr>
      <w:r w:rsidRPr="001B6E67">
        <w:rPr>
          <w:rFonts w:ascii="Times New Roman" w:eastAsia="Times New Roman" w:hAnsi="Times New Roman"/>
          <w:color w:val="000000"/>
          <w:sz w:val="24"/>
          <w:lang w:val="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1B6E67">
        <w:rPr>
          <w:lang w:val="ru-RU"/>
        </w:rPr>
        <w:br/>
      </w:r>
      <w:r w:rsidRPr="001B6E67">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1B6E67">
        <w:rPr>
          <w:lang w:val="ru-RU"/>
        </w:rPr>
        <w:br/>
      </w:r>
      <w:r w:rsidRPr="001B6E67">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1B6E67">
        <w:rPr>
          <w:rFonts w:ascii="Times New Roman" w:eastAsia="Times New Roman" w:hAnsi="Times New Roman"/>
          <w:color w:val="000000"/>
          <w:sz w:val="24"/>
          <w:lang w:val="ru-RU"/>
        </w:rPr>
        <w:t>прикладн</w:t>
      </w:r>
      <w:proofErr w:type="gramStart"/>
      <w:r w:rsidRPr="001B6E67">
        <w:rPr>
          <w:rFonts w:ascii="Times New Roman" w:eastAsia="Times New Roman" w:hAnsi="Times New Roman"/>
          <w:color w:val="000000"/>
          <w:sz w:val="24"/>
          <w:lang w:val="ru-RU"/>
        </w:rPr>
        <w:t>о</w:t>
      </w:r>
      <w:proofErr w:type="spellEnd"/>
      <w:r w:rsidRPr="001B6E67">
        <w:rPr>
          <w:rFonts w:ascii="Times New Roman" w:eastAsia="Times New Roman" w:hAnsi="Times New Roman"/>
          <w:color w:val="000000"/>
          <w:sz w:val="24"/>
          <w:lang w:val="ru-RU"/>
        </w:rPr>
        <w:t>-</w:t>
      </w:r>
      <w:proofErr w:type="gramEnd"/>
      <w:r w:rsidRPr="001B6E67">
        <w:rPr>
          <w:lang w:val="ru-RU"/>
        </w:rPr>
        <w:br/>
      </w:r>
      <w:r w:rsidRPr="001B6E67">
        <w:rPr>
          <w:rFonts w:ascii="Times New Roman" w:eastAsia="Times New Roman" w:hAnsi="Times New Roman"/>
          <w:color w:val="000000"/>
          <w:sz w:val="24"/>
          <w:lang w:val="ru-RU"/>
        </w:rPr>
        <w:t>ориентированной физической культурой, возможностью познания своих физических способностей и их целенаправленного развития.</w:t>
      </w:r>
    </w:p>
    <w:p w:rsidR="005353D2" w:rsidRPr="001B6E67" w:rsidRDefault="001B6E67" w:rsidP="006A6FAF">
      <w:pPr>
        <w:autoSpaceDE w:val="0"/>
        <w:autoSpaceDN w:val="0"/>
        <w:spacing w:before="70" w:after="0" w:line="240" w:lineRule="auto"/>
        <w:ind w:left="426" w:right="288" w:firstLine="141"/>
        <w:rPr>
          <w:lang w:val="ru-RU"/>
        </w:rPr>
      </w:pPr>
      <w:r w:rsidRPr="001B6E67">
        <w:rPr>
          <w:rFonts w:ascii="Times New Roman" w:eastAsia="Times New Roman" w:hAnsi="Times New Roman"/>
          <w:color w:val="000000"/>
          <w:sz w:val="24"/>
          <w:lang w:val="ru-RU"/>
        </w:rP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gramStart"/>
      <w:r w:rsidRPr="001B6E67">
        <w:rPr>
          <w:rFonts w:ascii="Times New Roman" w:eastAsia="Times New Roman" w:hAnsi="Times New Roman"/>
          <w:color w:val="000000"/>
          <w:sz w:val="24"/>
          <w:lang w:val="ru-RU"/>
        </w:rPr>
        <w:t>фор​</w:t>
      </w:r>
      <w:proofErr w:type="spellStart"/>
      <w:r w:rsidRPr="001B6E67">
        <w:rPr>
          <w:rFonts w:ascii="Times New Roman" w:eastAsia="Times New Roman" w:hAnsi="Times New Roman"/>
          <w:color w:val="000000"/>
          <w:sz w:val="24"/>
          <w:lang w:val="ru-RU"/>
        </w:rPr>
        <w:t>мирование</w:t>
      </w:r>
      <w:proofErr w:type="spellEnd"/>
      <w:proofErr w:type="gramEnd"/>
      <w:r w:rsidRPr="001B6E67">
        <w:rPr>
          <w:rFonts w:ascii="Times New Roman" w:eastAsia="Times New Roman" w:hAnsi="Times New Roman"/>
          <w:color w:val="000000"/>
          <w:sz w:val="24"/>
          <w:lang w:val="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353D2" w:rsidRPr="001B6E67" w:rsidRDefault="001B6E67" w:rsidP="006A6FAF">
      <w:pPr>
        <w:autoSpaceDE w:val="0"/>
        <w:autoSpaceDN w:val="0"/>
        <w:spacing w:before="70" w:after="0" w:line="240" w:lineRule="auto"/>
        <w:ind w:left="426" w:firstLine="141"/>
        <w:rPr>
          <w:lang w:val="ru-RU"/>
        </w:rPr>
      </w:pPr>
      <w:r w:rsidRPr="001B6E67">
        <w:rPr>
          <w:rFonts w:ascii="Times New Roman" w:eastAsia="Times New Roman" w:hAnsi="Times New Roman"/>
          <w:color w:val="000000"/>
          <w:sz w:val="24"/>
          <w:lang w:val="ru-RU"/>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w:t>
      </w:r>
      <w:proofErr w:type="gramStart"/>
      <w:r w:rsidRPr="001B6E67">
        <w:rPr>
          <w:rFonts w:ascii="Times New Roman" w:eastAsia="Times New Roman" w:hAnsi="Times New Roman"/>
          <w:color w:val="000000"/>
          <w:sz w:val="24"/>
          <w:lang w:val="ru-RU"/>
        </w:rPr>
        <w:t xml:space="preserve">Реализация этой идеи становится возможной на основе содержания учебной дисциплины «Физическая культура», которое </w:t>
      </w:r>
      <w:r w:rsidRPr="001B6E67">
        <w:rPr>
          <w:lang w:val="ru-RU"/>
        </w:rPr>
        <w:br/>
      </w:r>
      <w:r w:rsidRPr="001B6E67">
        <w:rPr>
          <w:rFonts w:ascii="Times New Roman" w:eastAsia="Times New Roman" w:hAnsi="Times New Roman"/>
          <w:color w:val="000000"/>
          <w:sz w:val="24"/>
          <w:lang w:val="ru-RU"/>
        </w:rPr>
        <w:lastRenderedPageBreak/>
        <w:t>представляется двигательной деятельностью с её базовыми компонентами: информационным (знания</w:t>
      </w:r>
      <w:proofErr w:type="gramEnd"/>
    </w:p>
    <w:p w:rsidR="005353D2" w:rsidRPr="001B6E67" w:rsidRDefault="005353D2" w:rsidP="006A6FAF">
      <w:pPr>
        <w:spacing w:line="240" w:lineRule="auto"/>
        <w:rPr>
          <w:lang w:val="ru-RU"/>
        </w:rPr>
        <w:sectPr w:rsidR="005353D2" w:rsidRPr="001B6E67" w:rsidSect="00462A12">
          <w:pgSz w:w="11900" w:h="16840"/>
          <w:pgMar w:top="298" w:right="843" w:bottom="338" w:left="666" w:header="720" w:footer="720" w:gutter="0"/>
          <w:cols w:space="720" w:equalWidth="0">
            <w:col w:w="10391" w:space="0"/>
          </w:cols>
          <w:docGrid w:linePitch="360"/>
        </w:sectPr>
      </w:pPr>
    </w:p>
    <w:p w:rsidR="005353D2" w:rsidRPr="001B6E67" w:rsidRDefault="005353D2" w:rsidP="006A6FAF">
      <w:pPr>
        <w:autoSpaceDE w:val="0"/>
        <w:autoSpaceDN w:val="0"/>
        <w:spacing w:after="66" w:line="240" w:lineRule="auto"/>
        <w:rPr>
          <w:lang w:val="ru-RU"/>
        </w:rPr>
      </w:pPr>
    </w:p>
    <w:p w:rsidR="005353D2" w:rsidRPr="001B6E67" w:rsidRDefault="006A6FAF" w:rsidP="006A6FAF">
      <w:pPr>
        <w:autoSpaceDE w:val="0"/>
        <w:autoSpaceDN w:val="0"/>
        <w:spacing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 xml:space="preserve">о физической культуре), </w:t>
      </w:r>
      <w:proofErr w:type="spellStart"/>
      <w:r w:rsidR="001B6E67" w:rsidRPr="001B6E67">
        <w:rPr>
          <w:rFonts w:ascii="Times New Roman" w:eastAsia="Times New Roman" w:hAnsi="Times New Roman"/>
          <w:color w:val="000000"/>
          <w:sz w:val="24"/>
          <w:lang w:val="ru-RU"/>
        </w:rPr>
        <w:t>операциональным</w:t>
      </w:r>
      <w:proofErr w:type="spellEnd"/>
      <w:r w:rsidR="001B6E67" w:rsidRPr="001B6E67">
        <w:rPr>
          <w:rFonts w:ascii="Times New Roman" w:eastAsia="Times New Roman" w:hAnsi="Times New Roman"/>
          <w:color w:val="000000"/>
          <w:sz w:val="24"/>
          <w:lang w:val="ru-RU"/>
        </w:rPr>
        <w:t xml:space="preserve"> (способы </w:t>
      </w:r>
      <w:r>
        <w:rPr>
          <w:rFonts w:ascii="Times New Roman" w:eastAsia="Times New Roman" w:hAnsi="Times New Roman"/>
          <w:color w:val="000000"/>
          <w:sz w:val="24"/>
          <w:lang w:val="ru-RU"/>
        </w:rPr>
        <w:t xml:space="preserve">самостоятельной деятельности) </w:t>
      </w:r>
      <w:proofErr w:type="spellStart"/>
      <w:r>
        <w:rPr>
          <w:rFonts w:ascii="Times New Roman" w:eastAsia="Times New Roman" w:hAnsi="Times New Roman"/>
          <w:color w:val="000000"/>
          <w:sz w:val="24"/>
          <w:lang w:val="ru-RU"/>
        </w:rPr>
        <w:t>и</w:t>
      </w:r>
      <w:r w:rsidR="001B6E67" w:rsidRPr="001B6E67">
        <w:rPr>
          <w:rFonts w:ascii="Times New Roman" w:eastAsia="Times New Roman" w:hAnsi="Times New Roman"/>
          <w:color w:val="000000"/>
          <w:sz w:val="24"/>
          <w:lang w:val="ru-RU"/>
        </w:rPr>
        <w:t>мотивационно</w:t>
      </w:r>
      <w:proofErr w:type="spellEnd"/>
      <w:r w:rsidR="001B6E67" w:rsidRPr="001B6E67">
        <w:rPr>
          <w:rFonts w:ascii="Times New Roman" w:eastAsia="Times New Roman" w:hAnsi="Times New Roman"/>
          <w:color w:val="000000"/>
          <w:sz w:val="24"/>
          <w:lang w:val="ru-RU"/>
        </w:rPr>
        <w:t>-процессуальным (физическое совершенствование)</w:t>
      </w:r>
      <w:proofErr w:type="gramStart"/>
      <w:r w:rsidR="001B6E67" w:rsidRPr="001B6E67">
        <w:rPr>
          <w:rFonts w:ascii="Times New Roman" w:eastAsia="Times New Roman" w:hAnsi="Times New Roman"/>
          <w:color w:val="000000"/>
          <w:sz w:val="24"/>
          <w:lang w:val="ru-RU"/>
        </w:rPr>
        <w:t>.В</w:t>
      </w:r>
      <w:proofErr w:type="gramEnd"/>
      <w:r w:rsidR="001B6E67" w:rsidRPr="001B6E67">
        <w:rPr>
          <w:rFonts w:ascii="Times New Roman" w:eastAsia="Times New Roman" w:hAnsi="Times New Roman"/>
          <w:color w:val="000000"/>
          <w:sz w:val="24"/>
          <w:lang w:val="ru-RU"/>
        </w:rPr>
        <w:t xml:space="preserve">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w:t>
      </w:r>
      <w:r w:rsidR="001B6E67" w:rsidRPr="001B6E67">
        <w:rPr>
          <w:lang w:val="ru-RU"/>
        </w:rPr>
        <w:br/>
      </w:r>
      <w:r w:rsidR="001B6E67" w:rsidRPr="001B6E67">
        <w:rPr>
          <w:rFonts w:ascii="Times New Roman" w:eastAsia="Times New Roman" w:hAnsi="Times New Roman"/>
          <w:color w:val="000000"/>
          <w:sz w:val="24"/>
          <w:lang w:val="ru-RU"/>
        </w:rPr>
        <w:t>«Физическое совершенствование».</w:t>
      </w:r>
    </w:p>
    <w:p w:rsidR="005353D2" w:rsidRPr="001B6E67" w:rsidRDefault="001B6E67" w:rsidP="006A6FAF">
      <w:pPr>
        <w:tabs>
          <w:tab w:val="left" w:pos="180"/>
        </w:tabs>
        <w:autoSpaceDE w:val="0"/>
        <w:autoSpaceDN w:val="0"/>
        <w:spacing w:before="70" w:after="0" w:line="240" w:lineRule="auto"/>
        <w:ind w:left="426" w:right="576" w:hanging="426"/>
        <w:rPr>
          <w:lang w:val="ru-RU"/>
        </w:rPr>
      </w:pPr>
      <w:r w:rsidRPr="001B6E67">
        <w:rPr>
          <w:lang w:val="ru-RU"/>
        </w:rPr>
        <w:tab/>
      </w:r>
      <w:r w:rsidR="006A6FAF">
        <w:rPr>
          <w:lang w:val="ru-RU"/>
        </w:rPr>
        <w:t xml:space="preserve">   </w:t>
      </w:r>
      <w:r w:rsidRPr="001B6E67">
        <w:rPr>
          <w:rFonts w:ascii="Times New Roman" w:eastAsia="Times New Roman" w:hAnsi="Times New Roman"/>
          <w:i/>
          <w:color w:val="000000"/>
          <w:sz w:val="24"/>
          <w:lang w:val="ru-RU"/>
        </w:rPr>
        <w:t xml:space="preserve">Инвариантные модули </w:t>
      </w:r>
      <w:r w:rsidRPr="001B6E67">
        <w:rPr>
          <w:rFonts w:ascii="Times New Roman" w:eastAsia="Times New Roman" w:hAnsi="Times New Roman"/>
          <w:color w:val="000000"/>
          <w:sz w:val="24"/>
          <w:lang w:val="ru-RU"/>
        </w:rPr>
        <w:t>включают в себя содержание базовых видов спорта: гимнастика, лёгкая атлетика, зимние виды спорта (на примере лыжной подготовки[1]), спортивные игры, плавание.</w:t>
      </w:r>
    </w:p>
    <w:p w:rsidR="005353D2" w:rsidRPr="001B6E67" w:rsidRDefault="006A6FAF" w:rsidP="006A6FAF">
      <w:pPr>
        <w:autoSpaceDE w:val="0"/>
        <w:autoSpaceDN w:val="0"/>
        <w:spacing w:before="70" w:after="0" w:line="240" w:lineRule="auto"/>
        <w:ind w:left="426" w:right="57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353D2" w:rsidRPr="001B6E67" w:rsidRDefault="006A6FAF" w:rsidP="006A6FAF">
      <w:pPr>
        <w:autoSpaceDE w:val="0"/>
        <w:autoSpaceDN w:val="0"/>
        <w:spacing w:before="72" w:after="0" w:line="240" w:lineRule="auto"/>
        <w:ind w:left="426" w:right="432" w:hanging="426"/>
        <w:rPr>
          <w:lang w:val="ru-RU"/>
        </w:rPr>
      </w:pPr>
      <w:r>
        <w:rPr>
          <w:rFonts w:ascii="Times New Roman" w:eastAsia="Times New Roman" w:hAnsi="Times New Roman"/>
          <w:i/>
          <w:color w:val="000000"/>
          <w:sz w:val="24"/>
          <w:lang w:val="ru-RU"/>
        </w:rPr>
        <w:t xml:space="preserve">      </w:t>
      </w:r>
      <w:r w:rsidR="001B6E67" w:rsidRPr="001B6E67">
        <w:rPr>
          <w:rFonts w:ascii="Times New Roman" w:eastAsia="Times New Roman" w:hAnsi="Times New Roman"/>
          <w:i/>
          <w:color w:val="000000"/>
          <w:sz w:val="24"/>
          <w:lang w:val="ru-RU"/>
        </w:rPr>
        <w:t xml:space="preserve">Вариативные модули </w:t>
      </w:r>
      <w:r w:rsidR="001B6E67" w:rsidRPr="001B6E67">
        <w:rPr>
          <w:rFonts w:ascii="Times New Roman" w:eastAsia="Times New Roman" w:hAnsi="Times New Roman"/>
          <w:color w:val="000000"/>
          <w:sz w:val="24"/>
          <w:lang w:val="ru-RU"/>
        </w:rPr>
        <w:t>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353D2" w:rsidRPr="001B6E67" w:rsidRDefault="006A6FAF" w:rsidP="006A6FAF">
      <w:pPr>
        <w:autoSpaceDE w:val="0"/>
        <w:autoSpaceDN w:val="0"/>
        <w:spacing w:before="70"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5353D2" w:rsidRPr="001B6E67" w:rsidRDefault="006A6FAF" w:rsidP="006A6FAF">
      <w:pPr>
        <w:autoSpaceDE w:val="0"/>
        <w:autoSpaceDN w:val="0"/>
        <w:spacing w:before="70"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353D2" w:rsidRPr="001B6E67" w:rsidRDefault="006A6FAF" w:rsidP="006A6FAF">
      <w:pPr>
        <w:autoSpaceDE w:val="0"/>
        <w:autoSpaceDN w:val="0"/>
        <w:spacing w:before="70" w:after="0" w:line="240" w:lineRule="auto"/>
        <w:ind w:left="426" w:right="288"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5353D2" w:rsidRPr="006D7FE4" w:rsidRDefault="006D7FE4" w:rsidP="006A6FAF">
      <w:pPr>
        <w:tabs>
          <w:tab w:val="left" w:pos="284"/>
        </w:tabs>
        <w:autoSpaceDE w:val="0"/>
        <w:autoSpaceDN w:val="0"/>
        <w:spacing w:before="192" w:after="0" w:line="240" w:lineRule="auto"/>
        <w:ind w:left="426" w:hanging="426"/>
        <w:rPr>
          <w:lang w:val="ru-RU"/>
        </w:rPr>
      </w:pPr>
      <w:r>
        <w:rPr>
          <w:rFonts w:ascii="Times New Roman" w:eastAsia="Times New Roman" w:hAnsi="Times New Roman"/>
          <w:b/>
          <w:color w:val="000000"/>
          <w:lang w:val="ru-RU"/>
        </w:rPr>
        <w:t xml:space="preserve">       </w:t>
      </w:r>
      <w:r w:rsidR="001B6E67" w:rsidRPr="006D7FE4">
        <w:rPr>
          <w:rFonts w:ascii="Times New Roman" w:eastAsia="Times New Roman" w:hAnsi="Times New Roman"/>
          <w:b/>
          <w:color w:val="000000"/>
          <w:lang w:val="ru-RU"/>
        </w:rPr>
        <w:t>МЕСТО УЧЕБНОГО ПРЕДМЕТА «ФИЗИЧЕСКАЯ КУЛЬТУРА» В УЧЕБНОМ ПЛАНЕ</w:t>
      </w:r>
    </w:p>
    <w:p w:rsidR="005353D2" w:rsidRPr="001B6E67" w:rsidRDefault="006A6FAF" w:rsidP="006A6FAF">
      <w:pPr>
        <w:tabs>
          <w:tab w:val="left" w:pos="284"/>
        </w:tabs>
        <w:autoSpaceDE w:val="0"/>
        <w:autoSpaceDN w:val="0"/>
        <w:spacing w:before="190" w:after="0" w:line="240" w:lineRule="auto"/>
        <w:ind w:left="426" w:right="76" w:hanging="426"/>
        <w:jc w:val="both"/>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В 8 классе на изучение предмета отводится</w:t>
      </w:r>
      <w:r w:rsidR="00551499">
        <w:rPr>
          <w:rFonts w:ascii="Times New Roman" w:eastAsia="Times New Roman" w:hAnsi="Times New Roman"/>
          <w:color w:val="000000"/>
          <w:sz w:val="24"/>
          <w:lang w:val="ru-RU"/>
        </w:rPr>
        <w:t xml:space="preserve"> 2</w:t>
      </w:r>
      <w:r w:rsidR="001B6E67" w:rsidRPr="001B6E67">
        <w:rPr>
          <w:rFonts w:ascii="Times New Roman" w:eastAsia="Times New Roman" w:hAnsi="Times New Roman"/>
          <w:color w:val="000000"/>
          <w:sz w:val="24"/>
          <w:lang w:val="ru-RU"/>
        </w:rPr>
        <w:t xml:space="preserve"> часа в неделю,</w:t>
      </w:r>
      <w:r>
        <w:rPr>
          <w:rFonts w:ascii="Times New Roman" w:eastAsia="Times New Roman" w:hAnsi="Times New Roman"/>
          <w:color w:val="000000"/>
          <w:sz w:val="24"/>
          <w:lang w:val="ru-RU"/>
        </w:rPr>
        <w:t xml:space="preserve"> суммарно </w:t>
      </w:r>
      <w:r w:rsidR="00551499">
        <w:rPr>
          <w:rFonts w:ascii="Times New Roman" w:eastAsia="Times New Roman" w:hAnsi="Times New Roman"/>
          <w:color w:val="000000"/>
          <w:sz w:val="24"/>
          <w:lang w:val="ru-RU"/>
        </w:rPr>
        <w:t>68</w:t>
      </w:r>
      <w:r>
        <w:rPr>
          <w:rFonts w:ascii="Times New Roman" w:eastAsia="Times New Roman" w:hAnsi="Times New Roman"/>
          <w:color w:val="000000"/>
          <w:sz w:val="24"/>
          <w:lang w:val="ru-RU"/>
        </w:rPr>
        <w:t xml:space="preserve"> час</w:t>
      </w:r>
      <w:r w:rsidR="00551499">
        <w:rPr>
          <w:rFonts w:ascii="Times New Roman" w:eastAsia="Times New Roman" w:hAnsi="Times New Roman"/>
          <w:color w:val="000000"/>
          <w:sz w:val="24"/>
          <w:lang w:val="ru-RU"/>
        </w:rPr>
        <w:t>ов</w:t>
      </w:r>
      <w:r>
        <w:rPr>
          <w:rFonts w:ascii="Times New Roman" w:eastAsia="Times New Roman" w:hAnsi="Times New Roman"/>
          <w:color w:val="000000"/>
          <w:sz w:val="24"/>
          <w:lang w:val="ru-RU"/>
        </w:rPr>
        <w:t>. Вариативны</w:t>
      </w:r>
      <w:r w:rsidR="00551499">
        <w:rPr>
          <w:rFonts w:ascii="Times New Roman" w:eastAsia="Times New Roman" w:hAnsi="Times New Roman"/>
          <w:color w:val="000000"/>
          <w:sz w:val="24"/>
          <w:lang w:val="ru-RU"/>
        </w:rPr>
        <w:t xml:space="preserve">е </w:t>
      </w:r>
      <w:r w:rsidR="001B6E67" w:rsidRPr="001B6E67">
        <w:rPr>
          <w:rFonts w:ascii="Times New Roman" w:eastAsia="Times New Roman" w:hAnsi="Times New Roman"/>
          <w:color w:val="000000"/>
          <w:sz w:val="24"/>
          <w:lang w:val="ru-RU"/>
        </w:rPr>
        <w:t>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353D2" w:rsidRPr="001B6E67" w:rsidRDefault="006A6FAF" w:rsidP="006A6FAF">
      <w:pPr>
        <w:tabs>
          <w:tab w:val="left" w:pos="284"/>
        </w:tabs>
        <w:autoSpaceDE w:val="0"/>
        <w:autoSpaceDN w:val="0"/>
        <w:spacing w:before="70" w:after="0" w:line="240" w:lineRule="auto"/>
        <w:ind w:left="426" w:right="288"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353D2" w:rsidRPr="001B6E67" w:rsidRDefault="005353D2" w:rsidP="006A6FAF">
      <w:pPr>
        <w:spacing w:line="240" w:lineRule="auto"/>
        <w:rPr>
          <w:lang w:val="ru-RU"/>
        </w:rPr>
        <w:sectPr w:rsidR="005353D2" w:rsidRPr="001B6E67" w:rsidSect="006A6FAF">
          <w:pgSz w:w="11900" w:h="16840"/>
          <w:pgMar w:top="286" w:right="843" w:bottom="1328" w:left="1134" w:header="720" w:footer="720" w:gutter="0"/>
          <w:cols w:space="720" w:equalWidth="0">
            <w:col w:w="9923" w:space="0"/>
          </w:cols>
          <w:docGrid w:linePitch="360"/>
        </w:sectPr>
      </w:pPr>
    </w:p>
    <w:p w:rsidR="005353D2" w:rsidRPr="001B6E67" w:rsidRDefault="005353D2" w:rsidP="006A6FAF">
      <w:pPr>
        <w:autoSpaceDE w:val="0"/>
        <w:autoSpaceDN w:val="0"/>
        <w:spacing w:after="78" w:line="240" w:lineRule="auto"/>
        <w:rPr>
          <w:lang w:val="ru-RU"/>
        </w:rPr>
      </w:pPr>
    </w:p>
    <w:p w:rsidR="005353D2" w:rsidRPr="001B6E67" w:rsidRDefault="001B6E67" w:rsidP="006A6FAF">
      <w:pPr>
        <w:autoSpaceDE w:val="0"/>
        <w:autoSpaceDN w:val="0"/>
        <w:spacing w:after="0" w:line="240" w:lineRule="auto"/>
        <w:rPr>
          <w:lang w:val="ru-RU"/>
        </w:rPr>
      </w:pPr>
      <w:r w:rsidRPr="001B6E67">
        <w:rPr>
          <w:rFonts w:ascii="Times New Roman" w:eastAsia="Times New Roman" w:hAnsi="Times New Roman"/>
          <w:b/>
          <w:color w:val="000000"/>
          <w:sz w:val="24"/>
          <w:lang w:val="ru-RU"/>
        </w:rPr>
        <w:t xml:space="preserve">СОДЕРЖАНИЕ УЧЕБНОГО ПРЕДМЕТА </w:t>
      </w:r>
    </w:p>
    <w:p w:rsidR="005353D2" w:rsidRPr="001B6E67" w:rsidRDefault="001B6E67" w:rsidP="006A6FAF">
      <w:pPr>
        <w:autoSpaceDE w:val="0"/>
        <w:autoSpaceDN w:val="0"/>
        <w:spacing w:before="346" w:after="0" w:line="240" w:lineRule="auto"/>
        <w:ind w:right="288" w:firstLine="180"/>
        <w:rPr>
          <w:lang w:val="ru-RU"/>
        </w:rPr>
      </w:pPr>
      <w:r w:rsidRPr="001B6E67">
        <w:rPr>
          <w:rFonts w:ascii="Times New Roman" w:eastAsia="Times New Roman" w:hAnsi="Times New Roman"/>
          <w:b/>
          <w:color w:val="000000"/>
          <w:sz w:val="24"/>
          <w:lang w:val="ru-RU"/>
        </w:rPr>
        <w:t>Знания о физической культуре</w:t>
      </w:r>
      <w:r w:rsidRPr="001B6E67">
        <w:rPr>
          <w:rFonts w:ascii="Times New Roman" w:eastAsia="Times New Roman" w:hAnsi="Times New Roman"/>
          <w:color w:val="000000"/>
          <w:sz w:val="24"/>
          <w:lang w:val="ru-RU"/>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b/>
          <w:color w:val="000000"/>
          <w:sz w:val="24"/>
          <w:lang w:val="ru-RU"/>
        </w:rPr>
        <w:t>Способы самостоятельной деятельности.</w:t>
      </w:r>
      <w:r w:rsidRPr="001B6E67">
        <w:rPr>
          <w:rFonts w:ascii="Times New Roman" w:eastAsia="Times New Roman" w:hAnsi="Times New Roman"/>
          <w:color w:val="000000"/>
          <w:sz w:val="24"/>
          <w:lang w:val="ru-RU"/>
        </w:rPr>
        <w:t xml:space="preserve"> Коррекция осанки и разработка индивидуальных планов занятий корригирующей гимнастикой. Коррекция избыточной массы тела и разработка </w:t>
      </w:r>
      <w:r w:rsidRPr="001B6E67">
        <w:rPr>
          <w:lang w:val="ru-RU"/>
        </w:rPr>
        <w:br/>
      </w:r>
      <w:r w:rsidRPr="001B6E67">
        <w:rPr>
          <w:rFonts w:ascii="Times New Roman" w:eastAsia="Times New Roman" w:hAnsi="Times New Roman"/>
          <w:color w:val="000000"/>
          <w:sz w:val="24"/>
          <w:lang w:val="ru-RU"/>
        </w:rPr>
        <w:t>индивидуальных планов занятий корригирующей гимнастикой.</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353D2" w:rsidRPr="001B6E67" w:rsidRDefault="001B6E67" w:rsidP="006A6FAF">
      <w:pPr>
        <w:autoSpaceDE w:val="0"/>
        <w:autoSpaceDN w:val="0"/>
        <w:spacing w:before="72" w:after="0" w:line="240" w:lineRule="auto"/>
        <w:ind w:right="144" w:firstLine="180"/>
        <w:rPr>
          <w:lang w:val="ru-RU"/>
        </w:rPr>
      </w:pPr>
      <w:r w:rsidRPr="001B6E67">
        <w:rPr>
          <w:rFonts w:ascii="Times New Roman" w:eastAsia="Times New Roman" w:hAnsi="Times New Roman"/>
          <w:b/>
          <w:color w:val="000000"/>
          <w:sz w:val="24"/>
          <w:lang w:val="ru-RU"/>
        </w:rPr>
        <w:t xml:space="preserve">Физическое </w:t>
      </w:r>
      <w:proofErr w:type="spellStart"/>
      <w:r w:rsidRPr="001B6E67">
        <w:rPr>
          <w:rFonts w:ascii="Times New Roman" w:eastAsia="Times New Roman" w:hAnsi="Times New Roman"/>
          <w:b/>
          <w:color w:val="000000"/>
          <w:sz w:val="24"/>
          <w:lang w:val="ru-RU"/>
        </w:rPr>
        <w:t>совершенствование</w:t>
      </w:r>
      <w:proofErr w:type="gramStart"/>
      <w:r w:rsidRPr="001B6E67">
        <w:rPr>
          <w:rFonts w:ascii="Times New Roman" w:eastAsia="Times New Roman" w:hAnsi="Times New Roman"/>
          <w:b/>
          <w:color w:val="000000"/>
          <w:sz w:val="24"/>
          <w:lang w:val="ru-RU"/>
        </w:rPr>
        <w:t>.</w:t>
      </w:r>
      <w:r w:rsidRPr="001B6E67">
        <w:rPr>
          <w:rFonts w:ascii="Times New Roman" w:eastAsia="Times New Roman" w:hAnsi="Times New Roman"/>
          <w:b/>
          <w:i/>
          <w:color w:val="000000"/>
          <w:sz w:val="24"/>
          <w:lang w:val="ru-RU"/>
        </w:rPr>
        <w:t>Ф</w:t>
      </w:r>
      <w:proofErr w:type="gramEnd"/>
      <w:r w:rsidRPr="001B6E67">
        <w:rPr>
          <w:rFonts w:ascii="Times New Roman" w:eastAsia="Times New Roman" w:hAnsi="Times New Roman"/>
          <w:b/>
          <w:i/>
          <w:color w:val="000000"/>
          <w:sz w:val="24"/>
          <w:lang w:val="ru-RU"/>
        </w:rPr>
        <w:t>изкультурно</w:t>
      </w:r>
      <w:proofErr w:type="spellEnd"/>
      <w:r w:rsidRPr="001B6E67">
        <w:rPr>
          <w:rFonts w:ascii="Times New Roman" w:eastAsia="Times New Roman" w:hAnsi="Times New Roman"/>
          <w:b/>
          <w:i/>
          <w:color w:val="000000"/>
          <w:sz w:val="24"/>
          <w:lang w:val="ru-RU"/>
        </w:rPr>
        <w:t>-оздоровительная деятельность.</w:t>
      </w:r>
      <w:r w:rsidRPr="001B6E67">
        <w:rPr>
          <w:rFonts w:ascii="Times New Roman" w:eastAsia="Times New Roman" w:hAnsi="Times New Roman"/>
          <w:color w:val="000000"/>
          <w:sz w:val="24"/>
          <w:lang w:val="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353D2" w:rsidRPr="001B6E67" w:rsidRDefault="001B6E67" w:rsidP="006A6FAF">
      <w:pPr>
        <w:autoSpaceDE w:val="0"/>
        <w:autoSpaceDN w:val="0"/>
        <w:spacing w:before="70" w:after="0" w:line="240" w:lineRule="auto"/>
        <w:ind w:right="144" w:firstLine="180"/>
        <w:rPr>
          <w:lang w:val="ru-RU"/>
        </w:rPr>
      </w:pPr>
      <w:r w:rsidRPr="001B6E67">
        <w:rPr>
          <w:rFonts w:ascii="Times New Roman" w:eastAsia="Times New Roman" w:hAnsi="Times New Roman"/>
          <w:b/>
          <w:i/>
          <w:color w:val="000000"/>
          <w:sz w:val="24"/>
          <w:lang w:val="ru-RU"/>
        </w:rPr>
        <w:t>Спортивно-оздоровительная деятельность.</w:t>
      </w:r>
      <w:r w:rsidRPr="001B6E67">
        <w:rPr>
          <w:rFonts w:ascii="Times New Roman" w:eastAsia="Times New Roman" w:hAnsi="Times New Roman"/>
          <w:color w:val="000000"/>
          <w:sz w:val="24"/>
          <w:lang w:val="ru-RU"/>
        </w:rPr>
        <w:t xml:space="preserve">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color w:val="000000"/>
          <w:sz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353D2" w:rsidRPr="001B6E67" w:rsidRDefault="001B6E67" w:rsidP="006A6FAF">
      <w:pPr>
        <w:autoSpaceDE w:val="0"/>
        <w:autoSpaceDN w:val="0"/>
        <w:spacing w:before="70" w:after="0" w:line="240" w:lineRule="auto"/>
        <w:ind w:left="180"/>
        <w:rPr>
          <w:lang w:val="ru-RU"/>
        </w:rPr>
      </w:pPr>
      <w:r w:rsidRPr="001B6E67">
        <w:rPr>
          <w:rFonts w:ascii="Times New Roman" w:eastAsia="Times New Roman" w:hAnsi="Times New Roman"/>
          <w:i/>
          <w:color w:val="000000"/>
          <w:sz w:val="24"/>
          <w:lang w:val="ru-RU"/>
        </w:rPr>
        <w:t>Модуль «Лёгкая атлетика»</w:t>
      </w:r>
      <w:r w:rsidRPr="001B6E67">
        <w:rPr>
          <w:rFonts w:ascii="Times New Roman" w:eastAsia="Times New Roman" w:hAnsi="Times New Roman"/>
          <w:color w:val="000000"/>
          <w:sz w:val="24"/>
          <w:lang w:val="ru-RU"/>
        </w:rPr>
        <w:t>. Кроссовый бег; прыжок в длину с разбега способом «прогнувшись».</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i/>
          <w:color w:val="000000"/>
          <w:sz w:val="24"/>
          <w:lang w:val="ru-RU"/>
        </w:rPr>
        <w:t>Модуль «Зимние виды спорта»</w:t>
      </w:r>
      <w:r w:rsidRPr="001B6E67">
        <w:rPr>
          <w:rFonts w:ascii="Times New Roman" w:eastAsia="Times New Roman" w:hAnsi="Times New Roman"/>
          <w:color w:val="000000"/>
          <w:sz w:val="24"/>
          <w:lang w:val="ru-RU"/>
        </w:rPr>
        <w:t xml:space="preserve">. Передвижение на лыжах одновременным </w:t>
      </w:r>
      <w:proofErr w:type="spellStart"/>
      <w:r w:rsidRPr="001B6E67">
        <w:rPr>
          <w:rFonts w:ascii="Times New Roman" w:eastAsia="Times New Roman" w:hAnsi="Times New Roman"/>
          <w:color w:val="000000"/>
          <w:sz w:val="24"/>
          <w:lang w:val="ru-RU"/>
        </w:rPr>
        <w:t>бесшажным</w:t>
      </w:r>
      <w:proofErr w:type="spellEnd"/>
      <w:r w:rsidRPr="001B6E67">
        <w:rPr>
          <w:rFonts w:ascii="Times New Roman" w:eastAsia="Times New Roman" w:hAnsi="Times New Roman"/>
          <w:color w:val="000000"/>
          <w:sz w:val="24"/>
          <w:lang w:val="ru-RU"/>
        </w:rPr>
        <w:t xml:space="preserve"> ходом; преодоление естественных препятствий на лыжах широким шагом, перешагиванием, </w:t>
      </w:r>
      <w:proofErr w:type="spellStart"/>
      <w:r w:rsidRPr="001B6E67">
        <w:rPr>
          <w:rFonts w:ascii="Times New Roman" w:eastAsia="Times New Roman" w:hAnsi="Times New Roman"/>
          <w:color w:val="000000"/>
          <w:sz w:val="24"/>
          <w:lang w:val="ru-RU"/>
        </w:rPr>
        <w:t>перелазанием</w:t>
      </w:r>
      <w:proofErr w:type="spellEnd"/>
      <w:r w:rsidRPr="001B6E67">
        <w:rPr>
          <w:rFonts w:ascii="Times New Roman" w:eastAsia="Times New Roman" w:hAnsi="Times New Roman"/>
          <w:color w:val="000000"/>
          <w:sz w:val="24"/>
          <w:lang w:val="ru-RU"/>
        </w:rPr>
        <w:t xml:space="preserve">; торможение боковым скольжением при спуске на лыжах с пологого склона; переход с попеременного </w:t>
      </w:r>
      <w:proofErr w:type="spellStart"/>
      <w:r w:rsidRPr="001B6E67">
        <w:rPr>
          <w:rFonts w:ascii="Times New Roman" w:eastAsia="Times New Roman" w:hAnsi="Times New Roman"/>
          <w:color w:val="000000"/>
          <w:sz w:val="24"/>
          <w:lang w:val="ru-RU"/>
        </w:rPr>
        <w:t>двухшажного</w:t>
      </w:r>
      <w:proofErr w:type="spellEnd"/>
      <w:r w:rsidRPr="001B6E67">
        <w:rPr>
          <w:rFonts w:ascii="Times New Roman" w:eastAsia="Times New Roman" w:hAnsi="Times New Roman"/>
          <w:color w:val="000000"/>
          <w:sz w:val="24"/>
          <w:lang w:val="ru-RU"/>
        </w:rPr>
        <w:t xml:space="preserve"> хода на одновременный </w:t>
      </w:r>
      <w:proofErr w:type="spellStart"/>
      <w:r w:rsidRPr="001B6E67">
        <w:rPr>
          <w:rFonts w:ascii="Times New Roman" w:eastAsia="Times New Roman" w:hAnsi="Times New Roman"/>
          <w:color w:val="000000"/>
          <w:sz w:val="24"/>
          <w:lang w:val="ru-RU"/>
        </w:rPr>
        <w:t>бесшажный</w:t>
      </w:r>
      <w:proofErr w:type="spellEnd"/>
      <w:r w:rsidRPr="001B6E67">
        <w:rPr>
          <w:rFonts w:ascii="Times New Roman" w:eastAsia="Times New Roman" w:hAnsi="Times New Roman"/>
          <w:color w:val="000000"/>
          <w:sz w:val="24"/>
          <w:lang w:val="ru-RU"/>
        </w:rPr>
        <w:t xml:space="preserve"> ход и обратно; ранее разученные упражнения лыжной подготовки в передвижениях на лыжах, при спусках, подъёмах, торможении.</w:t>
      </w:r>
    </w:p>
    <w:p w:rsidR="005353D2" w:rsidRPr="001B6E67" w:rsidRDefault="001B6E67" w:rsidP="006A6FAF">
      <w:pPr>
        <w:autoSpaceDE w:val="0"/>
        <w:autoSpaceDN w:val="0"/>
        <w:spacing w:before="72" w:after="0" w:line="240" w:lineRule="auto"/>
        <w:ind w:right="144" w:firstLine="180"/>
        <w:rPr>
          <w:lang w:val="ru-RU"/>
        </w:rPr>
      </w:pPr>
      <w:r w:rsidRPr="001B6E67">
        <w:rPr>
          <w:rFonts w:ascii="Times New Roman" w:eastAsia="Times New Roman" w:hAnsi="Times New Roman"/>
          <w:i/>
          <w:color w:val="000000"/>
          <w:sz w:val="24"/>
          <w:lang w:val="ru-RU"/>
        </w:rPr>
        <w:t>Модуль «Плавание».</w:t>
      </w:r>
      <w:r w:rsidRPr="001B6E67">
        <w:rPr>
          <w:rFonts w:ascii="Times New Roman" w:eastAsia="Times New Roman" w:hAnsi="Times New Roman"/>
          <w:color w:val="000000"/>
          <w:sz w:val="24"/>
          <w:lang w:val="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1B6E67">
        <w:rPr>
          <w:rFonts w:ascii="Times New Roman" w:eastAsia="Times New Roman" w:hAnsi="Times New Roman"/>
          <w:color w:val="000000"/>
          <w:sz w:val="24"/>
          <w:lang w:val="ru-RU"/>
        </w:rPr>
        <w:t>Проплывание</w:t>
      </w:r>
      <w:proofErr w:type="spellEnd"/>
      <w:r w:rsidRPr="001B6E67">
        <w:rPr>
          <w:rFonts w:ascii="Times New Roman" w:eastAsia="Times New Roman" w:hAnsi="Times New Roman"/>
          <w:color w:val="000000"/>
          <w:sz w:val="24"/>
          <w:lang w:val="ru-RU"/>
        </w:rPr>
        <w:t xml:space="preserve"> учебных дистанций кролем на груди и на спине. </w:t>
      </w:r>
    </w:p>
    <w:p w:rsidR="005353D2" w:rsidRPr="001B6E67" w:rsidRDefault="001B6E67" w:rsidP="006A6FAF">
      <w:pPr>
        <w:autoSpaceDE w:val="0"/>
        <w:autoSpaceDN w:val="0"/>
        <w:spacing w:before="70" w:after="0" w:line="240" w:lineRule="auto"/>
        <w:ind w:left="180"/>
        <w:rPr>
          <w:lang w:val="ru-RU"/>
        </w:rPr>
      </w:pPr>
      <w:r w:rsidRPr="001B6E67">
        <w:rPr>
          <w:rFonts w:ascii="Times New Roman" w:eastAsia="Times New Roman" w:hAnsi="Times New Roman"/>
          <w:i/>
          <w:color w:val="000000"/>
          <w:sz w:val="24"/>
          <w:lang w:val="ru-RU"/>
        </w:rPr>
        <w:t>Модуль «Спортивные игры»</w:t>
      </w:r>
      <w:r w:rsidRPr="001B6E67">
        <w:rPr>
          <w:rFonts w:ascii="Times New Roman" w:eastAsia="Times New Roman" w:hAnsi="Times New Roman"/>
          <w:color w:val="000000"/>
          <w:sz w:val="24"/>
          <w:lang w:val="ru-RU"/>
        </w:rPr>
        <w:t>.</w:t>
      </w:r>
    </w:p>
    <w:p w:rsidR="005353D2" w:rsidRPr="001B6E67" w:rsidRDefault="001B6E67" w:rsidP="006A6FAF">
      <w:pPr>
        <w:autoSpaceDE w:val="0"/>
        <w:autoSpaceDN w:val="0"/>
        <w:spacing w:before="70" w:after="0" w:line="240" w:lineRule="auto"/>
        <w:ind w:right="432" w:firstLine="180"/>
        <w:rPr>
          <w:lang w:val="ru-RU"/>
        </w:rPr>
      </w:pPr>
      <w:r w:rsidRPr="001B6E67">
        <w:rPr>
          <w:rFonts w:ascii="Times New Roman" w:eastAsia="Times New Roman" w:hAnsi="Times New Roman"/>
          <w:color w:val="000000"/>
          <w:sz w:val="24"/>
          <w:u w:val="single"/>
          <w:lang w:val="ru-RU"/>
        </w:rPr>
        <w:t>Баскетбол</w:t>
      </w:r>
      <w:r w:rsidRPr="001B6E67">
        <w:rPr>
          <w:rFonts w:ascii="Times New Roman" w:eastAsia="Times New Roman" w:hAnsi="Times New Roman"/>
          <w:color w:val="000000"/>
          <w:sz w:val="24"/>
          <w:lang w:val="ru-RU"/>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353D2" w:rsidRPr="001B6E67" w:rsidRDefault="001B6E67" w:rsidP="006A6FAF">
      <w:pPr>
        <w:autoSpaceDE w:val="0"/>
        <w:autoSpaceDN w:val="0"/>
        <w:spacing w:before="70" w:after="0" w:line="240" w:lineRule="auto"/>
        <w:ind w:right="432" w:firstLine="180"/>
        <w:rPr>
          <w:lang w:val="ru-RU"/>
        </w:rPr>
      </w:pPr>
      <w:r w:rsidRPr="001B6E67">
        <w:rPr>
          <w:rFonts w:ascii="Times New Roman" w:eastAsia="Times New Roman" w:hAnsi="Times New Roman"/>
          <w:color w:val="000000"/>
          <w:sz w:val="24"/>
          <w:u w:val="single"/>
          <w:lang w:val="ru-RU"/>
        </w:rPr>
        <w:t>Волейбол</w:t>
      </w:r>
      <w:r w:rsidRPr="001B6E67">
        <w:rPr>
          <w:rFonts w:ascii="Times New Roman" w:eastAsia="Times New Roman" w:hAnsi="Times New Roman"/>
          <w:color w:val="000000"/>
          <w:sz w:val="24"/>
          <w:lang w:val="ru-RU"/>
        </w:rPr>
        <w:t>.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u w:val="single"/>
          <w:lang w:val="ru-RU"/>
        </w:rPr>
        <w:t>Футбол</w:t>
      </w:r>
      <w:r w:rsidRPr="001B6E67">
        <w:rPr>
          <w:rFonts w:ascii="Times New Roman" w:eastAsia="Times New Roman" w:hAnsi="Times New Roman"/>
          <w:color w:val="000000"/>
          <w:sz w:val="24"/>
          <w:lang w:val="ru-RU"/>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w:t>
      </w:r>
    </w:p>
    <w:p w:rsidR="005353D2" w:rsidRPr="001B6E67" w:rsidRDefault="005353D2" w:rsidP="006A6FAF">
      <w:pPr>
        <w:spacing w:line="240" w:lineRule="auto"/>
        <w:rPr>
          <w:lang w:val="ru-RU"/>
        </w:rPr>
        <w:sectPr w:rsidR="005353D2" w:rsidRPr="001B6E67" w:rsidSect="006A6FAF">
          <w:pgSz w:w="11900" w:h="16840"/>
          <w:pgMar w:top="298" w:right="843" w:bottom="290" w:left="1276" w:header="720" w:footer="720" w:gutter="0"/>
          <w:cols w:space="720" w:equalWidth="0">
            <w:col w:w="9781" w:space="0"/>
          </w:cols>
          <w:docGrid w:linePitch="360"/>
        </w:sectPr>
      </w:pPr>
    </w:p>
    <w:p w:rsidR="005353D2" w:rsidRPr="001B6E67" w:rsidRDefault="005353D2" w:rsidP="006A6FAF">
      <w:pPr>
        <w:autoSpaceDE w:val="0"/>
        <w:autoSpaceDN w:val="0"/>
        <w:spacing w:after="96" w:line="240" w:lineRule="auto"/>
        <w:rPr>
          <w:lang w:val="ru-RU"/>
        </w:rPr>
      </w:pPr>
    </w:p>
    <w:p w:rsidR="005353D2" w:rsidRPr="001B6E67" w:rsidRDefault="001B6E67" w:rsidP="006A6FAF">
      <w:pPr>
        <w:autoSpaceDE w:val="0"/>
        <w:autoSpaceDN w:val="0"/>
        <w:spacing w:after="0" w:line="240" w:lineRule="auto"/>
        <w:rPr>
          <w:lang w:val="ru-RU"/>
        </w:rPr>
      </w:pPr>
      <w:r w:rsidRPr="001B6E67">
        <w:rPr>
          <w:rFonts w:ascii="Times New Roman" w:eastAsia="Times New Roman" w:hAnsi="Times New Roman"/>
          <w:color w:val="000000"/>
          <w:sz w:val="24"/>
          <w:lang w:val="ru-RU"/>
        </w:rPr>
        <w:t>разученных технических приёмов (юноши).</w:t>
      </w:r>
    </w:p>
    <w:p w:rsidR="005353D2" w:rsidRPr="001B6E67" w:rsidRDefault="001B6E67" w:rsidP="006A6FAF">
      <w:pPr>
        <w:tabs>
          <w:tab w:val="left" w:pos="180"/>
        </w:tabs>
        <w:autoSpaceDE w:val="0"/>
        <w:autoSpaceDN w:val="0"/>
        <w:spacing w:before="70" w:after="0" w:line="240" w:lineRule="auto"/>
        <w:ind w:right="144"/>
        <w:rPr>
          <w:lang w:val="ru-RU"/>
        </w:rPr>
      </w:pPr>
      <w:r w:rsidRPr="001B6E67">
        <w:rPr>
          <w:lang w:val="ru-RU"/>
        </w:rPr>
        <w:tab/>
      </w:r>
      <w:r w:rsidRPr="001B6E67">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D7FE4" w:rsidRDefault="001B6E67" w:rsidP="006D7FE4">
      <w:pPr>
        <w:autoSpaceDE w:val="0"/>
        <w:autoSpaceDN w:val="0"/>
        <w:spacing w:before="70" w:after="0" w:line="240" w:lineRule="auto"/>
        <w:ind w:firstLine="180"/>
        <w:rPr>
          <w:rFonts w:ascii="Times New Roman" w:eastAsia="Times New Roman" w:hAnsi="Times New Roman"/>
          <w:b/>
          <w:color w:val="000000"/>
          <w:sz w:val="24"/>
          <w:lang w:val="ru-RU"/>
        </w:rPr>
      </w:pPr>
      <w:r w:rsidRPr="001B6E67">
        <w:rPr>
          <w:rFonts w:ascii="Times New Roman" w:eastAsia="Times New Roman" w:hAnsi="Times New Roman"/>
          <w:i/>
          <w:color w:val="000000"/>
          <w:sz w:val="24"/>
          <w:lang w:val="ru-RU"/>
        </w:rPr>
        <w:t>Модуль «Спорт».</w:t>
      </w:r>
      <w:r w:rsidRPr="001B6E67">
        <w:rPr>
          <w:rFonts w:ascii="Times New Roman" w:eastAsia="Times New Roman" w:hAnsi="Times New Roman"/>
          <w:color w:val="000000"/>
          <w:sz w:val="24"/>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6D7FE4" w:rsidRPr="006D7FE4">
        <w:rPr>
          <w:rFonts w:ascii="Times New Roman" w:eastAsia="Times New Roman" w:hAnsi="Times New Roman"/>
          <w:b/>
          <w:color w:val="000000"/>
          <w:sz w:val="24"/>
          <w:lang w:val="ru-RU"/>
        </w:rPr>
        <w:t xml:space="preserve"> </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ПЛАНИРУЕМЫЕ ОБРАЗОВАТЕЛЬНЫЕ РЕЗУЛЬТАТЫ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ЛИЧНОСТНЫЕ РЕЗУЛЬТАТЫ</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r w:rsidRPr="006D7FE4">
        <w:rPr>
          <w:rFonts w:ascii="Times New Roman" w:eastAsia="Times New Roman" w:hAnsi="Times New Roman"/>
          <w:color w:val="000000"/>
          <w:sz w:val="24"/>
          <w:lang w:val="ru-RU"/>
        </w:rPr>
        <w:tab/>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стремление к физическому совершенствованию, формированию культуры движения и </w:t>
      </w:r>
      <w:r w:rsidRPr="006D7FE4">
        <w:rPr>
          <w:rFonts w:ascii="Times New Roman" w:eastAsia="Times New Roman" w:hAnsi="Times New Roman"/>
          <w:color w:val="000000"/>
          <w:sz w:val="24"/>
          <w:lang w:val="ru-RU"/>
        </w:rPr>
        <w:br/>
        <w:t xml:space="preserve">телосложения, самовыражению в избранном виде спорта;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6D7FE4">
        <w:rPr>
          <w:rFonts w:ascii="Times New Roman" w:eastAsia="Times New Roman" w:hAnsi="Times New Roman"/>
          <w:color w:val="000000"/>
          <w:sz w:val="24"/>
          <w:lang w:val="ru-RU"/>
        </w:rPr>
        <w:tab/>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proofErr w:type="gramStart"/>
      <w:r w:rsidRPr="006D7FE4">
        <w:rPr>
          <w:rFonts w:ascii="Times New Roman" w:eastAsia="Times New Roman" w:hAnsi="Times New Roman"/>
          <w:color w:val="000000"/>
          <w:sz w:val="24"/>
          <w:lang w:val="ru-RU"/>
        </w:rPr>
        <w:t>физичес</w:t>
      </w:r>
      <w:proofErr w:type="spellEnd"/>
      <w:r w:rsidRPr="006D7FE4">
        <w:rPr>
          <w:rFonts w:ascii="Times New Roman" w:eastAsia="Times New Roman" w:hAnsi="Times New Roman"/>
          <w:color w:val="000000"/>
          <w:sz w:val="24"/>
          <w:lang w:val="ru-RU"/>
        </w:rPr>
        <w:t>​ких</w:t>
      </w:r>
      <w:proofErr w:type="gramEnd"/>
      <w:r w:rsidRPr="006D7FE4">
        <w:rPr>
          <w:rFonts w:ascii="Times New Roman" w:eastAsia="Times New Roman" w:hAnsi="Times New Roman"/>
          <w:color w:val="000000"/>
          <w:sz w:val="24"/>
          <w:lang w:val="ru-RU"/>
        </w:rPr>
        <w:t xml:space="preserve"> нагрузок;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6D7FE4">
        <w:rPr>
          <w:rFonts w:ascii="Times New Roman" w:eastAsia="Times New Roman" w:hAnsi="Times New Roman"/>
          <w:color w:val="000000"/>
          <w:sz w:val="24"/>
          <w:lang w:val="ru-RU"/>
        </w:rPr>
        <w:tab/>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6D7FE4">
        <w:rPr>
          <w:rFonts w:ascii="Times New Roman" w:eastAsia="Times New Roman" w:hAnsi="Times New Roman"/>
          <w:color w:val="000000"/>
          <w:sz w:val="24"/>
          <w:lang w:val="ru-RU"/>
        </w:rPr>
        <w:br/>
        <w:t>деятельности, общении со сверстниками, публичных выступлениях и дискуссиях.</w:t>
      </w:r>
      <w:r w:rsidRPr="006D7FE4">
        <w:rPr>
          <w:rFonts w:ascii="Times New Roman" w:eastAsia="Times New Roman" w:hAnsi="Times New Roman"/>
          <w:b/>
          <w:color w:val="000000"/>
          <w:sz w:val="24"/>
          <w:lang w:val="ru-RU"/>
        </w:rPr>
        <w:t xml:space="preserve"> </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lastRenderedPageBreak/>
        <w:t>МЕТАПРЕДМЕТНЫЕ РЕЗУЛЬТАТЫ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color w:val="000000"/>
          <w:sz w:val="24"/>
          <w:lang w:val="ru-RU"/>
        </w:rPr>
        <w:tab/>
      </w:r>
      <w:r w:rsidRPr="006D7FE4">
        <w:rPr>
          <w:rFonts w:ascii="Times New Roman" w:eastAsia="Times New Roman" w:hAnsi="Times New Roman"/>
          <w:b/>
          <w:i/>
          <w:color w:val="000000"/>
          <w:sz w:val="24"/>
          <w:lang w:val="ru-RU"/>
        </w:rPr>
        <w:t xml:space="preserve">Универсальные познавательные действия: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D7FE4" w:rsidRDefault="006D7FE4" w:rsidP="006D7FE4">
      <w:pPr>
        <w:tabs>
          <w:tab w:val="left" w:pos="180"/>
        </w:tabs>
        <w:autoSpaceDE w:val="0"/>
        <w:autoSpaceDN w:val="0"/>
        <w:spacing w:before="70" w:after="0" w:line="240" w:lineRule="auto"/>
        <w:rPr>
          <w:rFonts w:ascii="Times New Roman" w:eastAsia="Times New Roman" w:hAnsi="Times New Roman"/>
          <w:color w:val="000000"/>
          <w:sz w:val="24"/>
          <w:lang w:val="ru-RU"/>
        </w:rPr>
      </w:pPr>
      <w:proofErr w:type="gramStart"/>
      <w:r w:rsidRPr="006D7FE4">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устанавливать причинно-следственную связь между планированием режима дня и изменениями показателей работоспособности;</w:t>
      </w:r>
      <w:proofErr w:type="gramEnd"/>
      <w:r w:rsidRPr="006D7FE4">
        <w:rPr>
          <w:rFonts w:ascii="Times New Roman" w:eastAsia="Times New Roman" w:hAnsi="Times New Roman"/>
          <w:color w:val="000000"/>
          <w:sz w:val="24"/>
          <w:lang w:val="ru-RU"/>
        </w:rPr>
        <w:t xml:space="preserve">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6D7FE4" w:rsidRPr="001B6E67" w:rsidRDefault="006D7FE4" w:rsidP="006D7FE4">
      <w:pPr>
        <w:tabs>
          <w:tab w:val="left" w:pos="180"/>
        </w:tabs>
        <w:autoSpaceDE w:val="0"/>
        <w:autoSpaceDN w:val="0"/>
        <w:spacing w:before="70" w:after="0" w:line="240" w:lineRule="auto"/>
        <w:rPr>
          <w:lang w:val="ru-RU"/>
        </w:rPr>
      </w:pPr>
      <w:r w:rsidRPr="006D7FE4">
        <w:rPr>
          <w:rFonts w:ascii="Times New Roman" w:eastAsia="Times New Roman" w:hAnsi="Times New Roman"/>
          <w:b/>
          <w:i/>
          <w:color w:val="000000"/>
          <w:sz w:val="24"/>
          <w:lang w:val="ru-RU"/>
        </w:rPr>
        <w:t xml:space="preserve"> </w:t>
      </w:r>
      <w:proofErr w:type="gramStart"/>
      <w:r w:rsidRPr="001B6E67">
        <w:rPr>
          <w:rFonts w:ascii="Times New Roman" w:eastAsia="Times New Roman" w:hAnsi="Times New Roman"/>
          <w:b/>
          <w:i/>
          <w:color w:val="000000"/>
          <w:sz w:val="24"/>
          <w:lang w:val="ru-RU"/>
        </w:rPr>
        <w:t xml:space="preserve">Универсальные коммуникативные действия: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sidRPr="001B6E67">
        <w:rPr>
          <w:lang w:val="ru-RU"/>
        </w:rPr>
        <w:br/>
      </w:r>
      <w:r w:rsidRPr="001B6E67">
        <w:rPr>
          <w:lang w:val="ru-RU"/>
        </w:rPr>
        <w:tab/>
      </w:r>
      <w:r w:rsidRPr="001B6E67">
        <w:rPr>
          <w:rFonts w:ascii="Times New Roman" w:eastAsia="Times New Roman" w:hAnsi="Times New Roman"/>
          <w:color w:val="000000"/>
          <w:sz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roofErr w:type="gramEnd"/>
      <w:r w:rsidRPr="001B6E67">
        <w:rPr>
          <w:rFonts w:ascii="Times New Roman" w:eastAsia="Times New Roman" w:hAnsi="Times New Roman"/>
          <w:color w:val="000000"/>
          <w:sz w:val="24"/>
          <w:lang w:val="ru-RU"/>
        </w:rPr>
        <w:t xml:space="preserve">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1B6E67">
        <w:rPr>
          <w:lang w:val="ru-RU"/>
        </w:rPr>
        <w:tab/>
      </w:r>
      <w:r w:rsidRPr="001B6E67">
        <w:rPr>
          <w:rFonts w:ascii="Times New Roman" w:eastAsia="Times New Roman" w:hAnsi="Times New Roman"/>
          <w:color w:val="000000"/>
          <w:sz w:val="24"/>
          <w:lang w:val="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1B6E67">
        <w:rPr>
          <w:lang w:val="ru-RU"/>
        </w:rPr>
        <w:br/>
      </w:r>
      <w:r w:rsidRPr="001B6E67">
        <w:rPr>
          <w:lang w:val="ru-RU"/>
        </w:rPr>
        <w:tab/>
      </w:r>
      <w:r w:rsidRPr="001B6E67">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D7FE4" w:rsidRPr="006D7FE4" w:rsidRDefault="006D7FE4" w:rsidP="006D7FE4">
      <w:pPr>
        <w:tabs>
          <w:tab w:val="left" w:pos="180"/>
        </w:tabs>
        <w:autoSpaceDE w:val="0"/>
        <w:autoSpaceDN w:val="0"/>
        <w:spacing w:before="72" w:after="0" w:line="240" w:lineRule="auto"/>
        <w:rPr>
          <w:lang w:val="ru-RU"/>
        </w:rPr>
      </w:pPr>
      <w:r w:rsidRPr="001B6E67">
        <w:rPr>
          <w:lang w:val="ru-RU"/>
        </w:rPr>
        <w:tab/>
      </w:r>
      <w:r w:rsidRPr="001B6E67">
        <w:rPr>
          <w:rFonts w:ascii="Times New Roman" w:eastAsia="Times New Roman" w:hAnsi="Times New Roman"/>
          <w:b/>
          <w:i/>
          <w:color w:val="000000"/>
          <w:sz w:val="24"/>
          <w:lang w:val="ru-RU"/>
        </w:rPr>
        <w:t xml:space="preserve">Универсальные учебные регулятивные действия: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Pr="001B6E67">
        <w:rPr>
          <w:lang w:val="ru-RU"/>
        </w:rPr>
        <w:br/>
      </w:r>
      <w:r w:rsidRPr="001B6E67">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Pr="001B6E67">
        <w:rPr>
          <w:lang w:val="ru-RU"/>
        </w:rPr>
        <w:tab/>
      </w:r>
      <w:r w:rsidRPr="001B6E67">
        <w:rPr>
          <w:rFonts w:ascii="Times New Roman" w:eastAsia="Times New Roman" w:hAnsi="Times New Roman"/>
          <w:color w:val="000000"/>
          <w:sz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1B6E67">
        <w:rPr>
          <w:lang w:val="ru-RU"/>
        </w:rPr>
        <w:br/>
      </w:r>
      <w:r w:rsidRPr="001B6E67">
        <w:rPr>
          <w:lang w:val="ru-RU"/>
        </w:rPr>
        <w:tab/>
      </w:r>
      <w:proofErr w:type="gramStart"/>
      <w:r w:rsidRPr="001B6E67">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r w:rsidRPr="001B6E67">
        <w:rPr>
          <w:lang w:val="ru-RU"/>
        </w:rPr>
        <w:br/>
      </w:r>
      <w:r w:rsidRPr="001B6E67">
        <w:rPr>
          <w:lang w:val="ru-RU"/>
        </w:rPr>
        <w:tab/>
      </w:r>
      <w:r w:rsidRPr="001B6E67">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r>
        <w:rPr>
          <w:lang w:val="ru-RU"/>
        </w:rPr>
        <w:t xml:space="preserve"> </w:t>
      </w:r>
      <w:r w:rsidRPr="006D7FE4">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roofErr w:type="gramEnd"/>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lastRenderedPageBreak/>
        <w:t>ПРЕДМЕТНЫЕ РЕЗУЛЬТАТЫ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color w:val="000000"/>
          <w:sz w:val="24"/>
          <w:lang w:val="ru-RU"/>
        </w:rPr>
        <w:tab/>
        <w:t xml:space="preserve">К концу обучения в 8 классе обучающийся научится: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проводить занятия оздоровительной гимнастикой по коррекции индивидуальной формы ос</w:t>
      </w:r>
      <w:r w:rsidR="00052B76">
        <w:rPr>
          <w:rFonts w:ascii="Times New Roman" w:eastAsia="Times New Roman" w:hAnsi="Times New Roman"/>
          <w:color w:val="000000"/>
          <w:sz w:val="24"/>
          <w:lang w:val="ru-RU"/>
        </w:rPr>
        <w:t xml:space="preserve">анки и избыточной массы тела; </w:t>
      </w:r>
      <w:r w:rsidR="00052B76">
        <w:rPr>
          <w:rFonts w:ascii="Times New Roman" w:eastAsia="Times New Roman" w:hAnsi="Times New Roman"/>
          <w:color w:val="000000"/>
          <w:sz w:val="24"/>
          <w:lang w:val="ru-RU"/>
        </w:rPr>
        <w:br/>
        <w:t xml:space="preserve">    </w:t>
      </w:r>
      <w:bookmarkStart w:id="1" w:name="_GoBack"/>
      <w:bookmarkEnd w:id="1"/>
      <w:r w:rsidRPr="006D7FE4">
        <w:rPr>
          <w:rFonts w:ascii="Times New Roman" w:eastAsia="Times New Roman" w:hAnsi="Times New Roman"/>
          <w:color w:val="000000"/>
          <w:sz w:val="24"/>
          <w:lang w:val="ru-RU"/>
        </w:rPr>
        <w:t xml:space="preserve">составлять планы занятия спортивной тренировкой, определять их целевое содержание в </w:t>
      </w:r>
      <w:r w:rsidRPr="006D7FE4">
        <w:rPr>
          <w:rFonts w:ascii="Times New Roman" w:eastAsia="Times New Roman" w:hAnsi="Times New Roman"/>
          <w:color w:val="000000"/>
          <w:sz w:val="24"/>
          <w:lang w:val="ru-RU"/>
        </w:rPr>
        <w:br/>
        <w:t xml:space="preserve">соответствии с индивидуальными показателями развития основных физических качеств;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выполнять гимнастическую комбинацию на гимнастическом бревне из ранее освоенных </w:t>
      </w:r>
      <w:r w:rsidRPr="006D7FE4">
        <w:rPr>
          <w:rFonts w:ascii="Times New Roman" w:eastAsia="Times New Roman" w:hAnsi="Times New Roman"/>
          <w:color w:val="000000"/>
          <w:sz w:val="24"/>
          <w:lang w:val="ru-RU"/>
        </w:rPr>
        <w:br/>
        <w:t xml:space="preserve">упражнений с добавлением элементов акробатики и ритмической гимнастики (девушки);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r>
      <w:proofErr w:type="gramStart"/>
      <w:r w:rsidRPr="006D7FE4">
        <w:rPr>
          <w:rFonts w:ascii="Times New Roman" w:eastAsia="Times New Roman" w:hAnsi="Times New Roman"/>
          <w:color w:val="000000"/>
          <w:sz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r w:rsidRPr="006D7FE4">
        <w:rPr>
          <w:rFonts w:ascii="Times New Roman" w:eastAsia="Times New Roman" w:hAnsi="Times New Roman"/>
          <w:color w:val="000000"/>
          <w:sz w:val="24"/>
          <w:lang w:val="ru-RU"/>
        </w:rPr>
        <w:tab/>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roofErr w:type="gramEnd"/>
      <w:r w:rsidRPr="006D7FE4">
        <w:rPr>
          <w:rFonts w:ascii="Times New Roman" w:eastAsia="Times New Roman" w:hAnsi="Times New Roman"/>
          <w:color w:val="000000"/>
          <w:sz w:val="24"/>
          <w:lang w:val="ru-RU"/>
        </w:rPr>
        <w:t xml:space="preserve">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r>
      <w:proofErr w:type="gramStart"/>
      <w:r w:rsidRPr="006D7FE4">
        <w:rPr>
          <w:rFonts w:ascii="Times New Roman" w:eastAsia="Times New Roman" w:hAnsi="Times New Roman"/>
          <w:color w:val="000000"/>
          <w:sz w:val="24"/>
          <w:lang w:val="ru-RU"/>
        </w:rPr>
        <w:t xml:space="preserve">выполнять тестовые задания комплекса ГТО в беговых и технических легкоатлетических </w:t>
      </w:r>
      <w:r w:rsidRPr="006D7FE4">
        <w:rPr>
          <w:rFonts w:ascii="Times New Roman" w:eastAsia="Times New Roman" w:hAnsi="Times New Roman"/>
          <w:color w:val="000000"/>
          <w:sz w:val="24"/>
          <w:lang w:val="ru-RU"/>
        </w:rPr>
        <w:br/>
        <w:t xml:space="preserve">дисциплинах в соответствии с установленными требованиями к их технике;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выполнять передвижение на лыжах одновременным </w:t>
      </w:r>
      <w:proofErr w:type="spellStart"/>
      <w:r w:rsidRPr="006D7FE4">
        <w:rPr>
          <w:rFonts w:ascii="Times New Roman" w:eastAsia="Times New Roman" w:hAnsi="Times New Roman"/>
          <w:color w:val="000000"/>
          <w:sz w:val="24"/>
          <w:lang w:val="ru-RU"/>
        </w:rPr>
        <w:t>бесшажным</w:t>
      </w:r>
      <w:proofErr w:type="spellEnd"/>
      <w:r w:rsidRPr="006D7FE4">
        <w:rPr>
          <w:rFonts w:ascii="Times New Roman" w:eastAsia="Times New Roman" w:hAnsi="Times New Roman"/>
          <w:color w:val="000000"/>
          <w:sz w:val="24"/>
          <w:lang w:val="ru-RU"/>
        </w:rPr>
        <w:t xml:space="preserve"> ходом; переход с попеременного </w:t>
      </w:r>
      <w:proofErr w:type="spellStart"/>
      <w:r w:rsidRPr="006D7FE4">
        <w:rPr>
          <w:rFonts w:ascii="Times New Roman" w:eastAsia="Times New Roman" w:hAnsi="Times New Roman"/>
          <w:color w:val="000000"/>
          <w:sz w:val="24"/>
          <w:lang w:val="ru-RU"/>
        </w:rPr>
        <w:t>двухшажного</w:t>
      </w:r>
      <w:proofErr w:type="spellEnd"/>
      <w:r w:rsidRPr="006D7FE4">
        <w:rPr>
          <w:rFonts w:ascii="Times New Roman" w:eastAsia="Times New Roman" w:hAnsi="Times New Roman"/>
          <w:color w:val="000000"/>
          <w:sz w:val="24"/>
          <w:lang w:val="ru-RU"/>
        </w:rPr>
        <w:t xml:space="preserve"> хода на одновременный </w:t>
      </w:r>
      <w:proofErr w:type="spellStart"/>
      <w:r w:rsidRPr="006D7FE4">
        <w:rPr>
          <w:rFonts w:ascii="Times New Roman" w:eastAsia="Times New Roman" w:hAnsi="Times New Roman"/>
          <w:color w:val="000000"/>
          <w:sz w:val="24"/>
          <w:lang w:val="ru-RU"/>
        </w:rPr>
        <w:t>бесшажный</w:t>
      </w:r>
      <w:proofErr w:type="spellEnd"/>
      <w:r w:rsidRPr="006D7FE4">
        <w:rPr>
          <w:rFonts w:ascii="Times New Roman" w:eastAsia="Times New Roman" w:hAnsi="Times New Roman"/>
          <w:color w:val="000000"/>
          <w:sz w:val="24"/>
          <w:lang w:val="ru-RU"/>
        </w:rPr>
        <w:t xml:space="preserve"> ход; преодоление естественных препятствий на лыжах широким шагом, перешагиванием, </w:t>
      </w:r>
      <w:proofErr w:type="spellStart"/>
      <w:r w:rsidRPr="006D7FE4">
        <w:rPr>
          <w:rFonts w:ascii="Times New Roman" w:eastAsia="Times New Roman" w:hAnsi="Times New Roman"/>
          <w:color w:val="000000"/>
          <w:sz w:val="24"/>
          <w:lang w:val="ru-RU"/>
        </w:rPr>
        <w:t>перелазанием</w:t>
      </w:r>
      <w:proofErr w:type="spellEnd"/>
      <w:r w:rsidRPr="006D7FE4">
        <w:rPr>
          <w:rFonts w:ascii="Times New Roman" w:eastAsia="Times New Roman" w:hAnsi="Times New Roman"/>
          <w:color w:val="000000"/>
          <w:sz w:val="24"/>
          <w:lang w:val="ru-RU"/>
        </w:rPr>
        <w:t xml:space="preserve"> (для бесснежных районов — имитация передвижения);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соблюдать правила безопасности в бассейне при выполнении плавательных упражнений;</w:t>
      </w:r>
      <w:proofErr w:type="gramEnd"/>
      <w:r w:rsidRPr="006D7FE4">
        <w:rPr>
          <w:rFonts w:ascii="Times New Roman" w:eastAsia="Times New Roman" w:hAnsi="Times New Roman"/>
          <w:color w:val="000000"/>
          <w:sz w:val="24"/>
          <w:lang w:val="ru-RU"/>
        </w:rPr>
        <w:t xml:space="preserve">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r>
      <w:proofErr w:type="gramStart"/>
      <w:r w:rsidRPr="006D7FE4">
        <w:rPr>
          <w:rFonts w:ascii="Times New Roman" w:eastAsia="Times New Roman" w:hAnsi="Times New Roman"/>
          <w:color w:val="000000"/>
          <w:sz w:val="24"/>
          <w:lang w:val="ru-RU"/>
        </w:rPr>
        <w:t xml:space="preserve">выполнять прыжки в воду со стартовой тумбы;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выполнять технические элементы плавания кролем на груди в согласовании с дыханием;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демонстрировать и использовать технические действия спортивных игр: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roofErr w:type="gramEnd"/>
      <w:r w:rsidRPr="006D7FE4">
        <w:rPr>
          <w:rFonts w:ascii="Times New Roman" w:eastAsia="Times New Roman" w:hAnsi="Times New Roman"/>
          <w:color w:val="000000"/>
          <w:sz w:val="24"/>
          <w:lang w:val="ru-RU"/>
        </w:rPr>
        <w:t xml:space="preserve">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r>
      <w:proofErr w:type="gramStart"/>
      <w:r w:rsidRPr="006D7FE4">
        <w:rPr>
          <w:rFonts w:ascii="Times New Roman" w:eastAsia="Times New Roman" w:hAnsi="Times New Roman"/>
          <w:color w:val="000000"/>
          <w:sz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w:t>
      </w:r>
      <w:proofErr w:type="gramEnd"/>
      <w:r w:rsidRPr="006D7FE4">
        <w:rPr>
          <w:rFonts w:ascii="Times New Roman" w:eastAsia="Times New Roman" w:hAnsi="Times New Roman"/>
          <w:color w:val="000000"/>
          <w:sz w:val="24"/>
          <w:lang w:val="ru-RU"/>
        </w:rPr>
        <w:t xml:space="preserve"> использование разученных технических и тактических действий в условиях игровой деятельности);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sectPr w:rsidR="006D7FE4" w:rsidRPr="006D7FE4" w:rsidSect="006A6FAF">
          <w:pgSz w:w="11900" w:h="16840"/>
          <w:pgMar w:top="298" w:right="843" w:bottom="444" w:left="1276" w:header="720" w:footer="720" w:gutter="0"/>
          <w:cols w:space="720" w:equalWidth="0">
            <w:col w:w="9781" w:space="0"/>
          </w:cols>
          <w:docGrid w:linePitch="360"/>
        </w:sectPr>
      </w:pPr>
    </w:p>
    <w:p w:rsidR="005353D2" w:rsidRPr="001B6E67" w:rsidRDefault="005353D2">
      <w:pPr>
        <w:autoSpaceDE w:val="0"/>
        <w:autoSpaceDN w:val="0"/>
        <w:spacing w:after="64" w:line="220" w:lineRule="exact"/>
        <w:rPr>
          <w:lang w:val="ru-RU"/>
        </w:rPr>
      </w:pPr>
    </w:p>
    <w:p w:rsidR="005353D2" w:rsidRPr="00E82A9F" w:rsidRDefault="001B6E67">
      <w:pPr>
        <w:autoSpaceDE w:val="0"/>
        <w:autoSpaceDN w:val="0"/>
        <w:spacing w:after="258" w:line="233" w:lineRule="auto"/>
        <w:rPr>
          <w:rFonts w:ascii="Times New Roman" w:hAnsi="Times New Roman" w:cs="Times New Roman"/>
          <w:sz w:val="20"/>
          <w:szCs w:val="20"/>
        </w:rPr>
      </w:pPr>
      <w:r w:rsidRPr="00E82A9F">
        <w:rPr>
          <w:rFonts w:ascii="Times New Roman" w:eastAsia="Times New Roman" w:hAnsi="Times New Roman" w:cs="Times New Roman"/>
          <w:b/>
          <w:color w:val="000000"/>
          <w:w w:val="101"/>
          <w:sz w:val="20"/>
          <w:szCs w:val="20"/>
        </w:rPr>
        <w:t xml:space="preserve">ТЕМАТИЧЕСКОЕ ПЛАНИРОВАНИЕ </w:t>
      </w:r>
    </w:p>
    <w:tbl>
      <w:tblPr>
        <w:tblW w:w="0" w:type="auto"/>
        <w:tblInd w:w="234" w:type="dxa"/>
        <w:tblLayout w:type="fixed"/>
        <w:tblLook w:val="04A0" w:firstRow="1" w:lastRow="0" w:firstColumn="1" w:lastColumn="0" w:noHBand="0" w:noVBand="1"/>
      </w:tblPr>
      <w:tblGrid>
        <w:gridCol w:w="622"/>
        <w:gridCol w:w="4818"/>
        <w:gridCol w:w="528"/>
        <w:gridCol w:w="1104"/>
        <w:gridCol w:w="1140"/>
        <w:gridCol w:w="1907"/>
        <w:gridCol w:w="2552"/>
        <w:gridCol w:w="2409"/>
      </w:tblGrid>
      <w:tr w:rsidR="004B51C2" w:rsidRPr="004B51C2" w:rsidTr="004B51C2">
        <w:trPr>
          <w:trHeight w:hRule="exact" w:val="348"/>
        </w:trPr>
        <w:tc>
          <w:tcPr>
            <w:tcW w:w="6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45" w:lineRule="auto"/>
              <w:ind w:right="144"/>
              <w:jc w:val="center"/>
              <w:rPr>
                <w:rFonts w:ascii="Times New Roman" w:hAnsi="Times New Roman" w:cs="Times New Roman"/>
              </w:rPr>
            </w:pPr>
            <w:r w:rsidRPr="004B51C2">
              <w:rPr>
                <w:rFonts w:ascii="Times New Roman" w:eastAsia="Times New Roman" w:hAnsi="Times New Roman" w:cs="Times New Roman"/>
                <w:b/>
                <w:color w:val="000000"/>
                <w:w w:val="97"/>
              </w:rPr>
              <w:t>№</w:t>
            </w:r>
            <w:r w:rsidRPr="004B51C2">
              <w:rPr>
                <w:rFonts w:ascii="Times New Roman" w:hAnsi="Times New Roman" w:cs="Times New Roman"/>
              </w:rPr>
              <w:br/>
            </w:r>
            <w:r w:rsidRPr="004B51C2">
              <w:rPr>
                <w:rFonts w:ascii="Times New Roman" w:eastAsia="Times New Roman" w:hAnsi="Times New Roman" w:cs="Times New Roman"/>
                <w:b/>
                <w:color w:val="000000"/>
                <w:w w:val="97"/>
              </w:rPr>
              <w:t>п/п</w:t>
            </w:r>
          </w:p>
        </w:tc>
        <w:tc>
          <w:tcPr>
            <w:tcW w:w="48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30" w:lineRule="auto"/>
              <w:ind w:left="72"/>
              <w:jc w:val="center"/>
              <w:rPr>
                <w:rFonts w:ascii="Times New Roman" w:hAnsi="Times New Roman" w:cs="Times New Roman"/>
                <w:lang w:val="ru-RU"/>
              </w:rPr>
            </w:pPr>
            <w:r w:rsidRPr="004B51C2">
              <w:rPr>
                <w:rFonts w:ascii="Times New Roman" w:eastAsia="Times New Roman" w:hAnsi="Times New Roman" w:cs="Times New Roman"/>
                <w:b/>
                <w:color w:val="000000"/>
                <w:w w:val="97"/>
                <w:lang w:val="ru-RU"/>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30" w:lineRule="auto"/>
              <w:ind w:left="72"/>
              <w:jc w:val="center"/>
              <w:rPr>
                <w:rFonts w:ascii="Times New Roman" w:hAnsi="Times New Roman" w:cs="Times New Roman"/>
              </w:rPr>
            </w:pPr>
            <w:proofErr w:type="spellStart"/>
            <w:r w:rsidRPr="004B51C2">
              <w:rPr>
                <w:rFonts w:ascii="Times New Roman" w:eastAsia="Times New Roman" w:hAnsi="Times New Roman" w:cs="Times New Roman"/>
                <w:b/>
                <w:color w:val="000000"/>
                <w:w w:val="97"/>
              </w:rPr>
              <w:t>Количество</w:t>
            </w:r>
            <w:proofErr w:type="spellEnd"/>
            <w:r w:rsidRPr="004B51C2">
              <w:rPr>
                <w:rFonts w:ascii="Times New Roman" w:eastAsia="Times New Roman" w:hAnsi="Times New Roman" w:cs="Times New Roman"/>
                <w:b/>
                <w:color w:val="000000"/>
                <w:w w:val="97"/>
              </w:rPr>
              <w:t xml:space="preserve"> </w:t>
            </w:r>
            <w:proofErr w:type="spellStart"/>
            <w:r w:rsidRPr="004B51C2">
              <w:rPr>
                <w:rFonts w:ascii="Times New Roman" w:eastAsia="Times New Roman" w:hAnsi="Times New Roman" w:cs="Times New Roman"/>
                <w:b/>
                <w:color w:val="000000"/>
                <w:w w:val="97"/>
              </w:rPr>
              <w:t>часов</w:t>
            </w:r>
            <w:proofErr w:type="spellEnd"/>
          </w:p>
        </w:tc>
        <w:tc>
          <w:tcPr>
            <w:tcW w:w="190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45" w:lineRule="auto"/>
              <w:ind w:left="72"/>
              <w:jc w:val="center"/>
              <w:rPr>
                <w:rFonts w:ascii="Times New Roman" w:hAnsi="Times New Roman" w:cs="Times New Roman"/>
              </w:rPr>
            </w:pPr>
            <w:proofErr w:type="spellStart"/>
            <w:r w:rsidRPr="004B51C2">
              <w:rPr>
                <w:rFonts w:ascii="Times New Roman" w:eastAsia="Times New Roman" w:hAnsi="Times New Roman" w:cs="Times New Roman"/>
                <w:b/>
                <w:color w:val="000000"/>
                <w:w w:val="97"/>
              </w:rPr>
              <w:t>Дата</w:t>
            </w:r>
            <w:proofErr w:type="spellEnd"/>
            <w:r w:rsidRPr="004B51C2">
              <w:rPr>
                <w:rFonts w:ascii="Times New Roman" w:eastAsia="Times New Roman" w:hAnsi="Times New Roman" w:cs="Times New Roman"/>
                <w:b/>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b/>
                <w:color w:val="000000"/>
                <w:w w:val="97"/>
              </w:rPr>
              <w:t>изучения</w:t>
            </w:r>
            <w:proofErr w:type="spellEnd"/>
          </w:p>
        </w:tc>
        <w:tc>
          <w:tcPr>
            <w:tcW w:w="2552" w:type="dxa"/>
            <w:vMerge w:val="restart"/>
            <w:tcBorders>
              <w:top w:val="single" w:sz="4" w:space="0" w:color="000000"/>
              <w:left w:val="single" w:sz="4" w:space="0" w:color="000000"/>
              <w:right w:val="single" w:sz="4" w:space="0" w:color="auto"/>
            </w:tcBorders>
            <w:tcMar>
              <w:left w:w="0" w:type="dxa"/>
              <w:right w:w="0" w:type="dxa"/>
            </w:tcMar>
          </w:tcPr>
          <w:p w:rsidR="004B51C2" w:rsidRDefault="004B51C2" w:rsidP="004B51C2">
            <w:pPr>
              <w:autoSpaceDE w:val="0"/>
              <w:autoSpaceDN w:val="0"/>
              <w:spacing w:before="78" w:after="0" w:line="247" w:lineRule="auto"/>
              <w:ind w:left="72" w:right="288"/>
              <w:jc w:val="center"/>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color w:val="000000"/>
                <w:w w:val="97"/>
                <w:lang w:val="ru-RU"/>
              </w:rPr>
              <w:t>формы</w:t>
            </w:r>
          </w:p>
          <w:p w:rsidR="004B51C2" w:rsidRPr="004B51C2" w:rsidRDefault="004B51C2" w:rsidP="004B51C2">
            <w:pPr>
              <w:autoSpaceDE w:val="0"/>
              <w:autoSpaceDN w:val="0"/>
              <w:spacing w:before="78" w:after="0" w:line="247" w:lineRule="auto"/>
              <w:ind w:left="72" w:right="288"/>
              <w:jc w:val="center"/>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color w:val="000000"/>
                <w:w w:val="97"/>
                <w:lang w:val="ru-RU"/>
              </w:rPr>
              <w:t>контроля</w:t>
            </w:r>
          </w:p>
        </w:tc>
        <w:tc>
          <w:tcPr>
            <w:tcW w:w="2409" w:type="dxa"/>
            <w:vMerge w:val="restart"/>
            <w:tcBorders>
              <w:top w:val="single" w:sz="4" w:space="0" w:color="000000"/>
              <w:left w:val="single" w:sz="4" w:space="0" w:color="auto"/>
              <w:right w:val="single" w:sz="4" w:space="0" w:color="000000"/>
            </w:tcBorders>
          </w:tcPr>
          <w:p w:rsidR="004B51C2" w:rsidRDefault="004B51C2" w:rsidP="004B51C2">
            <w:pPr>
              <w:autoSpaceDE w:val="0"/>
              <w:autoSpaceDN w:val="0"/>
              <w:spacing w:before="78" w:after="0" w:line="247" w:lineRule="auto"/>
              <w:ind w:left="72" w:right="288"/>
              <w:jc w:val="center"/>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color w:val="000000"/>
                <w:w w:val="97"/>
                <w:lang w:val="ru-RU"/>
              </w:rPr>
              <w:t>Электронные (цифровые)</w:t>
            </w:r>
          </w:p>
          <w:p w:rsidR="004B51C2" w:rsidRDefault="004B51C2" w:rsidP="004B51C2">
            <w:pPr>
              <w:autoSpaceDE w:val="0"/>
              <w:autoSpaceDN w:val="0"/>
              <w:spacing w:before="78" w:after="0" w:line="247" w:lineRule="auto"/>
              <w:ind w:left="384" w:right="288"/>
              <w:jc w:val="center"/>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color w:val="000000"/>
                <w:w w:val="97"/>
                <w:lang w:val="ru-RU"/>
              </w:rPr>
              <w:t>образовательные ресурсы</w:t>
            </w:r>
          </w:p>
          <w:p w:rsidR="004B51C2" w:rsidRPr="004B51C2" w:rsidRDefault="004B51C2" w:rsidP="004B51C2">
            <w:pPr>
              <w:autoSpaceDE w:val="0"/>
              <w:autoSpaceDN w:val="0"/>
              <w:spacing w:before="78" w:after="0" w:line="247" w:lineRule="auto"/>
              <w:ind w:right="288"/>
              <w:rPr>
                <w:rFonts w:ascii="Times New Roman" w:hAnsi="Times New Roman" w:cs="Times New Roman"/>
                <w:lang w:val="ru-RU"/>
              </w:rPr>
            </w:pPr>
          </w:p>
        </w:tc>
      </w:tr>
      <w:tr w:rsidR="004B51C2" w:rsidRPr="004B51C2" w:rsidTr="004B51C2">
        <w:trPr>
          <w:trHeight w:hRule="exact" w:val="949"/>
        </w:trPr>
        <w:tc>
          <w:tcPr>
            <w:tcW w:w="622" w:type="dxa"/>
            <w:vMerge/>
            <w:tcBorders>
              <w:top w:val="single" w:sz="4" w:space="0" w:color="000000"/>
              <w:left w:val="single" w:sz="4" w:space="0" w:color="000000"/>
              <w:bottom w:val="single" w:sz="4" w:space="0" w:color="000000"/>
              <w:right w:val="single" w:sz="4" w:space="0" w:color="000000"/>
            </w:tcBorders>
          </w:tcPr>
          <w:p w:rsidR="004B51C2" w:rsidRPr="004B51C2" w:rsidRDefault="004B51C2">
            <w:pPr>
              <w:rPr>
                <w:rFonts w:ascii="Times New Roman" w:hAnsi="Times New Roman" w:cs="Times New Roman"/>
                <w:lang w:val="ru-RU"/>
              </w:rPr>
            </w:pPr>
          </w:p>
        </w:tc>
        <w:tc>
          <w:tcPr>
            <w:tcW w:w="4818" w:type="dxa"/>
            <w:vMerge/>
            <w:tcBorders>
              <w:top w:val="single" w:sz="4" w:space="0" w:color="000000"/>
              <w:left w:val="single" w:sz="4" w:space="0" w:color="000000"/>
              <w:bottom w:val="single" w:sz="4" w:space="0" w:color="000000"/>
              <w:right w:val="single" w:sz="4" w:space="0" w:color="000000"/>
            </w:tcBorders>
          </w:tcPr>
          <w:p w:rsidR="004B51C2" w:rsidRPr="004B51C2" w:rsidRDefault="004B51C2">
            <w:pPr>
              <w:rPr>
                <w:rFonts w:ascii="Times New Roman" w:hAnsi="Times New Roman" w:cs="Times New Roman"/>
                <w:lang w:val="ru-RU"/>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proofErr w:type="spellStart"/>
            <w:r w:rsidRPr="004B51C2">
              <w:rPr>
                <w:rFonts w:ascii="Times New Roman" w:eastAsia="Times New Roman" w:hAnsi="Times New Roman" w:cs="Times New Roman"/>
                <w:b/>
                <w:color w:val="000000"/>
                <w:w w:val="97"/>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b/>
                <w:color w:val="000000"/>
                <w:w w:val="97"/>
              </w:rPr>
              <w:t>контрольные</w:t>
            </w:r>
            <w:proofErr w:type="spellEnd"/>
            <w:r w:rsidRPr="004B51C2">
              <w:rPr>
                <w:rFonts w:ascii="Times New Roman" w:eastAsia="Times New Roman" w:hAnsi="Times New Roman" w:cs="Times New Roman"/>
                <w:b/>
                <w:color w:val="000000"/>
                <w:w w:val="97"/>
              </w:rPr>
              <w:t xml:space="preserve"> </w:t>
            </w:r>
            <w:proofErr w:type="spellStart"/>
            <w:r w:rsidRPr="004B51C2">
              <w:rPr>
                <w:rFonts w:ascii="Times New Roman" w:eastAsia="Times New Roman" w:hAnsi="Times New Roman" w:cs="Times New Roman"/>
                <w:b/>
                <w:color w:val="000000"/>
                <w:w w:val="97"/>
              </w:rPr>
              <w:t>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b/>
                <w:color w:val="000000"/>
                <w:w w:val="97"/>
              </w:rPr>
              <w:t>практические</w:t>
            </w:r>
            <w:proofErr w:type="spellEnd"/>
            <w:r w:rsidRPr="004B51C2">
              <w:rPr>
                <w:rFonts w:ascii="Times New Roman" w:eastAsia="Times New Roman" w:hAnsi="Times New Roman" w:cs="Times New Roman"/>
                <w:b/>
                <w:color w:val="000000"/>
                <w:w w:val="97"/>
              </w:rPr>
              <w:t xml:space="preserve"> </w:t>
            </w:r>
            <w:proofErr w:type="spellStart"/>
            <w:r w:rsidRPr="004B51C2">
              <w:rPr>
                <w:rFonts w:ascii="Times New Roman" w:eastAsia="Times New Roman" w:hAnsi="Times New Roman" w:cs="Times New Roman"/>
                <w:b/>
                <w:color w:val="000000"/>
                <w:w w:val="97"/>
              </w:rPr>
              <w:t>работы</w:t>
            </w:r>
            <w:proofErr w:type="spellEnd"/>
          </w:p>
        </w:tc>
        <w:tc>
          <w:tcPr>
            <w:tcW w:w="1907" w:type="dxa"/>
            <w:vMerge/>
            <w:tcBorders>
              <w:top w:val="single" w:sz="4" w:space="0" w:color="000000"/>
              <w:left w:val="single" w:sz="4" w:space="0" w:color="000000"/>
              <w:bottom w:val="single" w:sz="4" w:space="0" w:color="000000"/>
              <w:right w:val="single" w:sz="4" w:space="0" w:color="000000"/>
            </w:tcBorders>
          </w:tcPr>
          <w:p w:rsidR="004B51C2" w:rsidRPr="004B51C2" w:rsidRDefault="004B51C2">
            <w:pPr>
              <w:rPr>
                <w:rFonts w:ascii="Times New Roman" w:hAnsi="Times New Roman" w:cs="Times New Roman"/>
              </w:rPr>
            </w:pPr>
          </w:p>
        </w:tc>
        <w:tc>
          <w:tcPr>
            <w:tcW w:w="2552" w:type="dxa"/>
            <w:vMerge/>
            <w:tcBorders>
              <w:left w:val="single" w:sz="4" w:space="0" w:color="000000"/>
              <w:bottom w:val="single" w:sz="4" w:space="0" w:color="000000"/>
              <w:right w:val="single" w:sz="4" w:space="0" w:color="auto"/>
            </w:tcBorders>
          </w:tcPr>
          <w:p w:rsidR="004B51C2" w:rsidRPr="004B51C2" w:rsidRDefault="004B51C2">
            <w:pPr>
              <w:rPr>
                <w:rFonts w:ascii="Times New Roman" w:hAnsi="Times New Roman" w:cs="Times New Roman"/>
              </w:rPr>
            </w:pPr>
          </w:p>
        </w:tc>
        <w:tc>
          <w:tcPr>
            <w:tcW w:w="2409" w:type="dxa"/>
            <w:vMerge/>
            <w:tcBorders>
              <w:left w:val="single" w:sz="4" w:space="0" w:color="auto"/>
              <w:bottom w:val="single" w:sz="4" w:space="0" w:color="000000"/>
              <w:right w:val="single" w:sz="4" w:space="0" w:color="000000"/>
            </w:tcBorders>
          </w:tcPr>
          <w:p w:rsidR="004B51C2" w:rsidRPr="004B51C2" w:rsidRDefault="004B51C2">
            <w:pPr>
              <w:rPr>
                <w:rFonts w:ascii="Times New Roman" w:hAnsi="Times New Roman" w:cs="Times New Roman"/>
              </w:rPr>
            </w:pPr>
          </w:p>
        </w:tc>
      </w:tr>
      <w:tr w:rsidR="005353D2" w:rsidRPr="00052B76" w:rsidTr="004B51C2">
        <w:trPr>
          <w:trHeight w:hRule="exact" w:val="348"/>
        </w:trPr>
        <w:tc>
          <w:tcPr>
            <w:tcW w:w="15080"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8" w:after="0" w:line="230" w:lineRule="auto"/>
              <w:ind w:left="72"/>
              <w:rPr>
                <w:rFonts w:ascii="Times New Roman" w:hAnsi="Times New Roman" w:cs="Times New Roman"/>
                <w:lang w:val="ru-RU"/>
              </w:rPr>
            </w:pPr>
            <w:r w:rsidRPr="004B51C2">
              <w:rPr>
                <w:rFonts w:ascii="Times New Roman" w:eastAsia="Times New Roman" w:hAnsi="Times New Roman" w:cs="Times New Roman"/>
                <w:b/>
                <w:color w:val="000000"/>
                <w:w w:val="97"/>
                <w:lang w:val="ru-RU"/>
              </w:rPr>
              <w:t>Раздел 1. ЗНАНИЯ О ФИЗИЧЕСКОЙ КУЛЬТУРЕ</w:t>
            </w:r>
          </w:p>
        </w:tc>
      </w:tr>
      <w:tr w:rsidR="004B51C2" w:rsidRPr="004B51C2" w:rsidTr="003D191C">
        <w:trPr>
          <w:trHeight w:hRule="exact" w:val="641"/>
        </w:trPr>
        <w:tc>
          <w:tcPr>
            <w:tcW w:w="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80"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1.1.</w:t>
            </w:r>
          </w:p>
        </w:tc>
        <w:tc>
          <w:tcPr>
            <w:tcW w:w="481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3D191C" w:rsidRDefault="004B51C2">
            <w:pPr>
              <w:autoSpaceDE w:val="0"/>
              <w:autoSpaceDN w:val="0"/>
              <w:spacing w:before="80" w:after="0" w:line="230" w:lineRule="auto"/>
              <w:ind w:left="72"/>
              <w:rPr>
                <w:rFonts w:ascii="Times New Roman" w:hAnsi="Times New Roman" w:cs="Times New Roman"/>
                <w:bCs/>
                <w:lang w:val="ru-RU"/>
              </w:rPr>
            </w:pPr>
            <w:r w:rsidRPr="003D191C">
              <w:rPr>
                <w:rFonts w:ascii="Times New Roman" w:eastAsia="Times New Roman" w:hAnsi="Times New Roman" w:cs="Times New Roman"/>
                <w:bCs/>
                <w:color w:val="000000"/>
                <w:w w:val="97"/>
                <w:lang w:val="ru-RU"/>
              </w:rPr>
              <w:t>Физическая культура в современном обществе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80" w:after="0" w:line="230"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80"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80"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80" w:after="0" w:line="245" w:lineRule="auto"/>
              <w:ind w:left="72" w:right="432"/>
              <w:jc w:val="center"/>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80" w:after="0" w:line="230" w:lineRule="auto"/>
              <w:ind w:left="72"/>
              <w:jc w:val="center"/>
              <w:rPr>
                <w:rFonts w:ascii="Times New Roman" w:hAnsi="Times New Roman" w:cs="Times New Roman"/>
              </w:rPr>
            </w:pPr>
            <w:r w:rsidRPr="004B51C2">
              <w:rPr>
                <w:rFonts w:ascii="Times New Roman" w:hAnsi="Times New Roman" w:cs="Times New Roman"/>
              </w:rPr>
              <w:t>resh.edu.ru</w:t>
            </w:r>
          </w:p>
        </w:tc>
      </w:tr>
      <w:tr w:rsidR="004B51C2" w:rsidRPr="004B51C2" w:rsidTr="003D191C">
        <w:trPr>
          <w:trHeight w:hRule="exact" w:val="579"/>
        </w:trPr>
        <w:tc>
          <w:tcPr>
            <w:tcW w:w="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33" w:lineRule="auto"/>
              <w:jc w:val="center"/>
              <w:rPr>
                <w:rFonts w:ascii="Times New Roman" w:hAnsi="Times New Roman" w:cs="Times New Roman"/>
              </w:rPr>
            </w:pPr>
            <w:r w:rsidRPr="004B51C2">
              <w:rPr>
                <w:rFonts w:ascii="Times New Roman" w:eastAsia="Times New Roman" w:hAnsi="Times New Roman" w:cs="Times New Roman"/>
                <w:color w:val="000000"/>
                <w:w w:val="97"/>
              </w:rPr>
              <w:t>1.2.</w:t>
            </w:r>
          </w:p>
        </w:tc>
        <w:tc>
          <w:tcPr>
            <w:tcW w:w="481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3D191C" w:rsidRDefault="004B51C2">
            <w:pPr>
              <w:autoSpaceDE w:val="0"/>
              <w:autoSpaceDN w:val="0"/>
              <w:spacing w:before="76" w:after="0" w:line="233" w:lineRule="auto"/>
              <w:ind w:left="72"/>
              <w:rPr>
                <w:rFonts w:ascii="Times New Roman" w:hAnsi="Times New Roman" w:cs="Times New Roman"/>
                <w:bCs/>
                <w:lang w:val="ru-RU"/>
              </w:rPr>
            </w:pPr>
            <w:r w:rsidRPr="003D191C">
              <w:rPr>
                <w:rFonts w:ascii="Times New Roman" w:eastAsia="Times New Roman" w:hAnsi="Times New Roman" w:cs="Times New Roman"/>
                <w:bCs/>
                <w:color w:val="000000"/>
                <w:w w:val="97"/>
                <w:lang w:val="ru-RU"/>
              </w:rPr>
              <w:t>Всестороннее и гармоничное физическое развитие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6" w:after="0" w:line="233"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6" w:after="0" w:line="233"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0.5</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6" w:after="0" w:line="233"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6" w:after="0" w:line="245" w:lineRule="auto"/>
              <w:ind w:left="72" w:right="432"/>
              <w:jc w:val="center"/>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r w:rsidRPr="004B51C2">
              <w:rPr>
                <w:rFonts w:ascii="Times New Roman" w:hAnsi="Times New Roman" w:cs="Times New Roman"/>
              </w:rPr>
              <w:t>resh.edu.ru</w:t>
            </w:r>
          </w:p>
        </w:tc>
      </w:tr>
      <w:tr w:rsidR="004B51C2" w:rsidRPr="004B51C2" w:rsidTr="003D191C">
        <w:trPr>
          <w:trHeight w:hRule="exact" w:val="417"/>
        </w:trPr>
        <w:tc>
          <w:tcPr>
            <w:tcW w:w="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1.3.</w:t>
            </w:r>
          </w:p>
        </w:tc>
        <w:tc>
          <w:tcPr>
            <w:tcW w:w="481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3D191C" w:rsidRDefault="004B51C2">
            <w:pPr>
              <w:autoSpaceDE w:val="0"/>
              <w:autoSpaceDN w:val="0"/>
              <w:spacing w:before="78" w:after="0" w:line="230" w:lineRule="auto"/>
              <w:ind w:left="72"/>
              <w:rPr>
                <w:rFonts w:ascii="Times New Roman" w:hAnsi="Times New Roman" w:cs="Times New Roman"/>
                <w:bCs/>
              </w:rPr>
            </w:pPr>
            <w:proofErr w:type="spellStart"/>
            <w:r w:rsidRPr="003D191C">
              <w:rPr>
                <w:rFonts w:ascii="Times New Roman" w:eastAsia="Times New Roman" w:hAnsi="Times New Roman" w:cs="Times New Roman"/>
                <w:bCs/>
                <w:color w:val="000000"/>
                <w:w w:val="97"/>
              </w:rPr>
              <w:t>Адаптивная</w:t>
            </w:r>
            <w:proofErr w:type="spellEnd"/>
            <w:r w:rsidRPr="003D191C">
              <w:rPr>
                <w:rFonts w:ascii="Times New Roman" w:eastAsia="Times New Roman" w:hAnsi="Times New Roman" w:cs="Times New Roman"/>
                <w:bCs/>
                <w:color w:val="000000"/>
                <w:w w:val="97"/>
              </w:rPr>
              <w:t xml:space="preserve"> </w:t>
            </w:r>
            <w:proofErr w:type="spellStart"/>
            <w:r w:rsidRPr="003D191C">
              <w:rPr>
                <w:rFonts w:ascii="Times New Roman" w:eastAsia="Times New Roman" w:hAnsi="Times New Roman" w:cs="Times New Roman"/>
                <w:bCs/>
                <w:color w:val="000000"/>
                <w:w w:val="97"/>
              </w:rPr>
              <w:t>физическая</w:t>
            </w:r>
            <w:proofErr w:type="spellEnd"/>
            <w:r w:rsidRPr="003D191C">
              <w:rPr>
                <w:rFonts w:ascii="Times New Roman" w:eastAsia="Times New Roman" w:hAnsi="Times New Roman" w:cs="Times New Roman"/>
                <w:bCs/>
                <w:color w:val="000000"/>
                <w:w w:val="97"/>
              </w:rPr>
              <w:t xml:space="preserve"> </w:t>
            </w:r>
            <w:proofErr w:type="spellStart"/>
            <w:r w:rsidRPr="003D191C">
              <w:rPr>
                <w:rFonts w:ascii="Times New Roman" w:eastAsia="Times New Roman" w:hAnsi="Times New Roman" w:cs="Times New Roman"/>
                <w:bCs/>
                <w:color w:val="000000"/>
                <w:w w:val="97"/>
              </w:rPr>
              <w:t>культура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30"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0.5</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8" w:after="0" w:line="245" w:lineRule="auto"/>
              <w:ind w:left="72" w:right="432"/>
              <w:jc w:val="center"/>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r w:rsidRPr="004B51C2">
              <w:rPr>
                <w:rFonts w:ascii="Times New Roman" w:hAnsi="Times New Roman" w:cs="Times New Roman"/>
              </w:rPr>
              <w:t>resh.edu.ru</w:t>
            </w:r>
          </w:p>
        </w:tc>
      </w:tr>
      <w:tr w:rsidR="005353D2" w:rsidRPr="004B51C2" w:rsidTr="004B51C2">
        <w:trPr>
          <w:trHeight w:hRule="exact" w:val="350"/>
        </w:trPr>
        <w:tc>
          <w:tcPr>
            <w:tcW w:w="54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B1135" w:rsidRDefault="001B6E67">
            <w:pPr>
              <w:autoSpaceDE w:val="0"/>
              <w:autoSpaceDN w:val="0"/>
              <w:spacing w:before="78" w:after="0" w:line="230" w:lineRule="auto"/>
              <w:ind w:left="72"/>
              <w:rPr>
                <w:rFonts w:ascii="Times New Roman" w:hAnsi="Times New Roman" w:cs="Times New Roman"/>
                <w:b/>
                <w:bCs/>
              </w:rPr>
            </w:pPr>
            <w:proofErr w:type="spellStart"/>
            <w:r w:rsidRPr="008B1135">
              <w:rPr>
                <w:rFonts w:ascii="Times New Roman" w:eastAsia="Times New Roman" w:hAnsi="Times New Roman" w:cs="Times New Roman"/>
                <w:b/>
                <w:bCs/>
                <w:color w:val="000000"/>
                <w:w w:val="97"/>
              </w:rPr>
              <w:t>Итого</w:t>
            </w:r>
            <w:proofErr w:type="spellEnd"/>
            <w:r w:rsidRPr="008B1135">
              <w:rPr>
                <w:rFonts w:ascii="Times New Roman" w:eastAsia="Times New Roman" w:hAnsi="Times New Roman" w:cs="Times New Roman"/>
                <w:b/>
                <w:bCs/>
                <w:color w:val="000000"/>
                <w:w w:val="97"/>
              </w:rPr>
              <w:t xml:space="preserve"> </w:t>
            </w:r>
            <w:proofErr w:type="spellStart"/>
            <w:r w:rsidRPr="008B1135">
              <w:rPr>
                <w:rFonts w:ascii="Times New Roman" w:eastAsia="Times New Roman" w:hAnsi="Times New Roman" w:cs="Times New Roman"/>
                <w:b/>
                <w:bCs/>
                <w:color w:val="000000"/>
                <w:w w:val="97"/>
              </w:rPr>
              <w:t>по</w:t>
            </w:r>
            <w:proofErr w:type="spellEnd"/>
            <w:r w:rsidRPr="008B1135">
              <w:rPr>
                <w:rFonts w:ascii="Times New Roman" w:eastAsia="Times New Roman" w:hAnsi="Times New Roman" w:cs="Times New Roman"/>
                <w:b/>
                <w:bCs/>
                <w:color w:val="000000"/>
                <w:w w:val="97"/>
              </w:rPr>
              <w:t xml:space="preserve"> </w:t>
            </w:r>
            <w:proofErr w:type="spellStart"/>
            <w:r w:rsidRPr="008B1135">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B1135" w:rsidRDefault="00241EA6" w:rsidP="004B51C2">
            <w:pPr>
              <w:autoSpaceDE w:val="0"/>
              <w:autoSpaceDN w:val="0"/>
              <w:spacing w:before="78" w:after="0" w:line="230" w:lineRule="auto"/>
              <w:ind w:left="72"/>
              <w:jc w:val="center"/>
              <w:rPr>
                <w:rFonts w:ascii="Times New Roman" w:hAnsi="Times New Roman" w:cs="Times New Roman"/>
                <w:b/>
                <w:bCs/>
                <w:lang w:val="ru-RU"/>
              </w:rPr>
            </w:pPr>
            <w:r w:rsidRPr="008B1135">
              <w:rPr>
                <w:rFonts w:ascii="Times New Roman" w:eastAsia="Times New Roman" w:hAnsi="Times New Roman" w:cs="Times New Roman"/>
                <w:b/>
                <w:bCs/>
                <w:color w:val="000000"/>
                <w:w w:val="97"/>
                <w:lang w:val="ru-RU"/>
              </w:rPr>
              <w:t>3</w:t>
            </w:r>
          </w:p>
        </w:tc>
        <w:tc>
          <w:tcPr>
            <w:tcW w:w="91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5353D2" w:rsidP="004B51C2">
            <w:pPr>
              <w:jc w:val="center"/>
              <w:rPr>
                <w:rFonts w:ascii="Times New Roman" w:hAnsi="Times New Roman" w:cs="Times New Roman"/>
              </w:rPr>
            </w:pPr>
          </w:p>
        </w:tc>
      </w:tr>
      <w:tr w:rsidR="005353D2" w:rsidRPr="004B51C2" w:rsidTr="004B51C2">
        <w:trPr>
          <w:trHeight w:hRule="exact" w:val="348"/>
        </w:trPr>
        <w:tc>
          <w:tcPr>
            <w:tcW w:w="15080"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6" w:after="0" w:line="233" w:lineRule="auto"/>
              <w:ind w:left="72"/>
              <w:rPr>
                <w:rFonts w:ascii="Times New Roman" w:hAnsi="Times New Roman" w:cs="Times New Roman"/>
              </w:rPr>
            </w:pPr>
            <w:proofErr w:type="spellStart"/>
            <w:r w:rsidRPr="004B51C2">
              <w:rPr>
                <w:rFonts w:ascii="Times New Roman" w:eastAsia="Times New Roman" w:hAnsi="Times New Roman" w:cs="Times New Roman"/>
                <w:b/>
                <w:color w:val="000000"/>
                <w:w w:val="97"/>
              </w:rPr>
              <w:t>Раздел</w:t>
            </w:r>
            <w:proofErr w:type="spellEnd"/>
            <w:r w:rsidRPr="004B51C2">
              <w:rPr>
                <w:rFonts w:ascii="Times New Roman" w:eastAsia="Times New Roman" w:hAnsi="Times New Roman" w:cs="Times New Roman"/>
                <w:b/>
                <w:color w:val="000000"/>
                <w:w w:val="97"/>
              </w:rPr>
              <w:t xml:space="preserve"> 2. СПОСОБЫ САМОСТОЯТЕЛЬНОЙ ДЕЯТЕЛЬНОСТИ</w:t>
            </w:r>
          </w:p>
        </w:tc>
      </w:tr>
      <w:tr w:rsidR="004B51C2" w:rsidRPr="004B51C2" w:rsidTr="008B1135">
        <w:trPr>
          <w:trHeight w:hRule="exact" w:val="717"/>
        </w:trPr>
        <w:tc>
          <w:tcPr>
            <w:tcW w:w="62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33" w:lineRule="auto"/>
              <w:jc w:val="center"/>
              <w:rPr>
                <w:rFonts w:ascii="Times New Roman" w:hAnsi="Times New Roman" w:cs="Times New Roman"/>
              </w:rPr>
            </w:pPr>
            <w:r w:rsidRPr="004B51C2">
              <w:rPr>
                <w:rFonts w:ascii="Times New Roman" w:eastAsia="Times New Roman" w:hAnsi="Times New Roman" w:cs="Times New Roman"/>
                <w:color w:val="000000"/>
                <w:w w:val="97"/>
              </w:rPr>
              <w:t>2.1.</w:t>
            </w:r>
          </w:p>
        </w:tc>
        <w:tc>
          <w:tcPr>
            <w:tcW w:w="481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8B1135" w:rsidRDefault="008B1135">
            <w:pPr>
              <w:autoSpaceDE w:val="0"/>
              <w:autoSpaceDN w:val="0"/>
              <w:spacing w:before="76" w:after="0" w:line="233" w:lineRule="auto"/>
              <w:ind w:left="72"/>
              <w:rPr>
                <w:rFonts w:ascii="Times New Roman" w:hAnsi="Times New Roman" w:cs="Times New Roman"/>
                <w:bCs/>
                <w:lang w:val="ru-RU"/>
              </w:rPr>
            </w:pPr>
            <w:r w:rsidRPr="008B1135">
              <w:rPr>
                <w:rFonts w:ascii="Times New Roman" w:eastAsia="Times New Roman" w:hAnsi="Times New Roman" w:cs="Times New Roman"/>
                <w:lang w:val="ru-RU" w:eastAsia="ru-RU"/>
              </w:rPr>
              <w:t>Коррекция осанки и разработка индивидуальных планов занятий корригирующей гимнастикой.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8B1135" w:rsidRDefault="008B1135" w:rsidP="004B51C2">
            <w:pPr>
              <w:autoSpaceDE w:val="0"/>
              <w:autoSpaceDN w:val="0"/>
              <w:spacing w:before="76" w:after="0" w:line="233"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autoSpaceDE w:val="0"/>
              <w:autoSpaceDN w:val="0"/>
              <w:spacing w:before="76" w:after="0" w:line="233"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8B1135" w:rsidRDefault="008B1135" w:rsidP="004B51C2">
            <w:pPr>
              <w:autoSpaceDE w:val="0"/>
              <w:autoSpaceDN w:val="0"/>
              <w:spacing w:before="76" w:after="0" w:line="233"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2</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autoSpaceDE w:val="0"/>
              <w:autoSpaceDN w:val="0"/>
              <w:spacing w:before="76" w:after="0" w:line="245" w:lineRule="auto"/>
              <w:ind w:left="72" w:right="432"/>
              <w:jc w:val="center"/>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409"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4B51C2">
            <w:pPr>
              <w:jc w:val="center"/>
              <w:rPr>
                <w:rFonts w:ascii="Times New Roman" w:hAnsi="Times New Roman" w:cs="Times New Roman"/>
              </w:rPr>
            </w:pPr>
            <w:r w:rsidRPr="004B51C2">
              <w:rPr>
                <w:rFonts w:ascii="Times New Roman" w:hAnsi="Times New Roman" w:cs="Times New Roman"/>
              </w:rPr>
              <w:t>resh.edu.ru</w:t>
            </w:r>
          </w:p>
        </w:tc>
      </w:tr>
      <w:tr w:rsidR="005353D2" w:rsidRPr="004B51C2" w:rsidTr="004B51C2">
        <w:trPr>
          <w:trHeight w:hRule="exact" w:val="328"/>
        </w:trPr>
        <w:tc>
          <w:tcPr>
            <w:tcW w:w="54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6" w:after="0" w:line="233" w:lineRule="auto"/>
              <w:ind w:left="72"/>
              <w:rPr>
                <w:rFonts w:ascii="Times New Roman" w:hAnsi="Times New Roman" w:cs="Times New Roman"/>
                <w:b/>
                <w:bCs/>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A33D35" w:rsidP="004B51C2">
            <w:pPr>
              <w:autoSpaceDE w:val="0"/>
              <w:autoSpaceDN w:val="0"/>
              <w:spacing w:before="76" w:after="0" w:line="233" w:lineRule="auto"/>
              <w:ind w:left="72"/>
              <w:jc w:val="center"/>
              <w:rPr>
                <w:rFonts w:ascii="Times New Roman" w:hAnsi="Times New Roman" w:cs="Times New Roman"/>
                <w:b/>
                <w:bCs/>
                <w:lang w:val="ru-RU"/>
              </w:rPr>
            </w:pPr>
            <w:r w:rsidRPr="004B51C2">
              <w:rPr>
                <w:rFonts w:ascii="Times New Roman" w:eastAsia="Times New Roman" w:hAnsi="Times New Roman" w:cs="Times New Roman"/>
                <w:b/>
                <w:bCs/>
                <w:color w:val="000000"/>
                <w:w w:val="97"/>
                <w:lang w:val="ru-RU"/>
              </w:rPr>
              <w:t>2</w:t>
            </w:r>
          </w:p>
        </w:tc>
        <w:tc>
          <w:tcPr>
            <w:tcW w:w="91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5353D2" w:rsidP="004B51C2">
            <w:pPr>
              <w:jc w:val="center"/>
              <w:rPr>
                <w:rFonts w:ascii="Times New Roman" w:hAnsi="Times New Roman" w:cs="Times New Roman"/>
              </w:rPr>
            </w:pPr>
          </w:p>
        </w:tc>
      </w:tr>
    </w:tbl>
    <w:p w:rsidR="005353D2" w:rsidRPr="004B51C2" w:rsidRDefault="005353D2">
      <w:pPr>
        <w:autoSpaceDE w:val="0"/>
        <w:autoSpaceDN w:val="0"/>
        <w:spacing w:after="0" w:line="14" w:lineRule="exact"/>
        <w:rPr>
          <w:rFonts w:ascii="Times New Roman" w:hAnsi="Times New Roman" w:cs="Times New Roman"/>
        </w:rPr>
      </w:pPr>
    </w:p>
    <w:p w:rsidR="005353D2" w:rsidRPr="004B51C2" w:rsidRDefault="005353D2">
      <w:pPr>
        <w:rPr>
          <w:rFonts w:ascii="Times New Roman" w:hAnsi="Times New Roman" w:cs="Times New Roman"/>
        </w:rPr>
        <w:sectPr w:rsidR="005353D2" w:rsidRPr="004B51C2">
          <w:pgSz w:w="16840" w:h="11900"/>
          <w:pgMar w:top="282" w:right="640" w:bottom="412" w:left="666" w:header="720" w:footer="720" w:gutter="0"/>
          <w:cols w:space="720" w:equalWidth="0">
            <w:col w:w="15534" w:space="0"/>
          </w:cols>
          <w:docGrid w:linePitch="360"/>
        </w:sectPr>
      </w:pPr>
    </w:p>
    <w:p w:rsidR="005353D2" w:rsidRPr="004B51C2"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202"/>
        <w:gridCol w:w="528"/>
        <w:gridCol w:w="1104"/>
        <w:gridCol w:w="1140"/>
        <w:gridCol w:w="1905"/>
        <w:gridCol w:w="1505"/>
        <w:gridCol w:w="1047"/>
        <w:gridCol w:w="2268"/>
      </w:tblGrid>
      <w:tr w:rsidR="005353D2" w:rsidRPr="00052B76" w:rsidTr="003D191C">
        <w:trPr>
          <w:trHeight w:hRule="exact" w:val="639"/>
        </w:trPr>
        <w:tc>
          <w:tcPr>
            <w:tcW w:w="1516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8" w:after="0" w:line="230" w:lineRule="auto"/>
              <w:ind w:left="72"/>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color w:val="000000"/>
                <w:w w:val="97"/>
                <w:lang w:val="ru-RU"/>
              </w:rPr>
              <w:t>ФИЗИЧЕСКОЕ СОВЕРШЕНСТВОВАНИЕ</w:t>
            </w:r>
          </w:p>
          <w:p w:rsidR="00E919C3" w:rsidRPr="004B51C2" w:rsidRDefault="00E919C3" w:rsidP="00E919C3">
            <w:pPr>
              <w:autoSpaceDE w:val="0"/>
              <w:autoSpaceDN w:val="0"/>
              <w:spacing w:before="78" w:after="0" w:line="230" w:lineRule="auto"/>
              <w:ind w:left="72"/>
              <w:rPr>
                <w:rFonts w:ascii="Times New Roman" w:eastAsia="Times New Roman" w:hAnsi="Times New Roman" w:cs="Times New Roman"/>
                <w:b/>
                <w:color w:val="000000"/>
                <w:w w:val="97"/>
                <w:lang w:val="ru-RU"/>
              </w:rPr>
            </w:pPr>
            <w:r w:rsidRPr="004B51C2">
              <w:rPr>
                <w:rFonts w:ascii="Times New Roman" w:eastAsia="Times New Roman" w:hAnsi="Times New Roman" w:cs="Times New Roman"/>
                <w:b/>
                <w:bCs/>
                <w:lang w:val="ru-RU" w:eastAsia="ru-RU"/>
              </w:rPr>
              <w:t>Раздел 1.</w:t>
            </w:r>
            <w:r w:rsidRPr="004B51C2">
              <w:rPr>
                <w:rFonts w:ascii="Times New Roman" w:eastAsia="Times New Roman" w:hAnsi="Times New Roman" w:cs="Times New Roman"/>
                <w:lang w:val="ru-RU" w:eastAsia="ru-RU"/>
              </w:rPr>
              <w:t xml:space="preserve"> </w:t>
            </w:r>
            <w:r w:rsidRPr="004B51C2">
              <w:rPr>
                <w:rFonts w:ascii="Times New Roman" w:eastAsia="Times New Roman" w:hAnsi="Times New Roman" w:cs="Times New Roman"/>
                <w:b/>
                <w:bCs/>
                <w:lang w:val="ru-RU" w:eastAsia="ru-RU"/>
              </w:rPr>
              <w:t>Физкультурно-оздоровительная деятельность.</w:t>
            </w:r>
          </w:p>
          <w:p w:rsidR="00E919C3" w:rsidRPr="004B51C2" w:rsidRDefault="00E919C3" w:rsidP="00E919C3">
            <w:pPr>
              <w:rPr>
                <w:rFonts w:ascii="Times New Roman" w:hAnsi="Times New Roman" w:cs="Times New Roman"/>
                <w:lang w:val="ru-RU"/>
              </w:rPr>
            </w:pPr>
          </w:p>
        </w:tc>
      </w:tr>
      <w:tr w:rsidR="004B51C2" w:rsidRPr="004B51C2" w:rsidTr="003D191C">
        <w:trPr>
          <w:trHeight w:hRule="exact" w:val="704"/>
        </w:trPr>
        <w:tc>
          <w:tcPr>
            <w:tcW w:w="468"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3.1.</w:t>
            </w:r>
          </w:p>
        </w:tc>
        <w:tc>
          <w:tcPr>
            <w:tcW w:w="5202"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3D191C" w:rsidRDefault="004B51C2">
            <w:pPr>
              <w:autoSpaceDE w:val="0"/>
              <w:autoSpaceDN w:val="0"/>
              <w:spacing w:before="78" w:after="0" w:line="230" w:lineRule="auto"/>
              <w:ind w:left="72"/>
              <w:rPr>
                <w:rFonts w:ascii="Times New Roman" w:hAnsi="Times New Roman" w:cs="Times New Roman"/>
                <w:bCs/>
              </w:rPr>
            </w:pPr>
            <w:proofErr w:type="spellStart"/>
            <w:r w:rsidRPr="003D191C">
              <w:rPr>
                <w:rFonts w:ascii="Times New Roman" w:eastAsia="Times New Roman" w:hAnsi="Times New Roman" w:cs="Times New Roman"/>
                <w:bCs/>
                <w:color w:val="000000"/>
                <w:w w:val="97"/>
              </w:rPr>
              <w:t>Профилактика</w:t>
            </w:r>
            <w:proofErr w:type="spellEnd"/>
            <w:r w:rsidRPr="003D191C">
              <w:rPr>
                <w:rFonts w:ascii="Times New Roman" w:eastAsia="Times New Roman" w:hAnsi="Times New Roman" w:cs="Times New Roman"/>
                <w:bCs/>
                <w:color w:val="000000"/>
                <w:w w:val="97"/>
              </w:rPr>
              <w:t xml:space="preserve"> </w:t>
            </w:r>
            <w:proofErr w:type="spellStart"/>
            <w:r w:rsidRPr="003D191C">
              <w:rPr>
                <w:rFonts w:ascii="Times New Roman" w:eastAsia="Times New Roman" w:hAnsi="Times New Roman" w:cs="Times New Roman"/>
                <w:bCs/>
                <w:color w:val="000000"/>
                <w:w w:val="97"/>
              </w:rPr>
              <w:t>умственного</w:t>
            </w:r>
            <w:proofErr w:type="spellEnd"/>
            <w:r w:rsidRPr="003D191C">
              <w:rPr>
                <w:rFonts w:ascii="Times New Roman" w:eastAsia="Times New Roman" w:hAnsi="Times New Roman" w:cs="Times New Roman"/>
                <w:bCs/>
                <w:color w:val="000000"/>
                <w:w w:val="97"/>
              </w:rPr>
              <w:t xml:space="preserve"> </w:t>
            </w:r>
            <w:proofErr w:type="spellStart"/>
            <w:r w:rsidRPr="003D191C">
              <w:rPr>
                <w:rFonts w:ascii="Times New Roman" w:eastAsia="Times New Roman" w:hAnsi="Times New Roman" w:cs="Times New Roman"/>
                <w:bCs/>
                <w:color w:val="000000"/>
                <w:w w:val="97"/>
              </w:rPr>
              <w:t>перенапряжения</w:t>
            </w:r>
            <w:proofErr w:type="spellEnd"/>
          </w:p>
        </w:tc>
        <w:tc>
          <w:tcPr>
            <w:tcW w:w="528"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2</w:t>
            </w:r>
          </w:p>
        </w:tc>
        <w:tc>
          <w:tcPr>
            <w:tcW w:w="1104"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8B1135"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2</w:t>
            </w:r>
          </w:p>
        </w:tc>
        <w:tc>
          <w:tcPr>
            <w:tcW w:w="1905"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gridSpan w:val="2"/>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rsidP="003D191C">
            <w:pPr>
              <w:autoSpaceDE w:val="0"/>
              <w:autoSpaceDN w:val="0"/>
              <w:spacing w:before="78" w:after="0" w:line="245" w:lineRule="auto"/>
              <w:ind w:left="72" w:right="432"/>
              <w:jc w:val="center"/>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268" w:type="dxa"/>
            <w:tcBorders>
              <w:top w:val="single" w:sz="4" w:space="0" w:color="000000"/>
              <w:left w:val="single" w:sz="4" w:space="0" w:color="000000"/>
              <w:bottom w:val="single" w:sz="4" w:space="0" w:color="auto"/>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241EA6" w:rsidRPr="004B51C2" w:rsidTr="003D191C">
        <w:trPr>
          <w:trHeight w:hRule="exact" w:val="390"/>
        </w:trPr>
        <w:tc>
          <w:tcPr>
            <w:tcW w:w="5670" w:type="dxa"/>
            <w:gridSpan w:val="2"/>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4B51C2" w:rsidRDefault="00241EA6" w:rsidP="00241EA6">
            <w:pPr>
              <w:autoSpaceDE w:val="0"/>
              <w:autoSpaceDN w:val="0"/>
              <w:spacing w:before="78" w:after="0" w:line="230" w:lineRule="auto"/>
              <w:ind w:left="72"/>
              <w:rPr>
                <w:rFonts w:ascii="Times New Roman" w:eastAsia="Times New Roman" w:hAnsi="Times New Roman" w:cs="Times New Roman"/>
                <w:b/>
                <w:bCs/>
                <w:color w:val="000000"/>
                <w:w w:val="97"/>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4B51C2" w:rsidRDefault="008B1135" w:rsidP="00241EA6">
            <w:pPr>
              <w:autoSpaceDE w:val="0"/>
              <w:autoSpaceDN w:val="0"/>
              <w:spacing w:before="78" w:after="0" w:line="230"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w:t>
            </w:r>
            <w:r w:rsidR="00241EA6" w:rsidRPr="004B51C2">
              <w:rPr>
                <w:rFonts w:ascii="Times New Roman" w:eastAsia="Times New Roman" w:hAnsi="Times New Roman" w:cs="Times New Roman"/>
                <w:b/>
                <w:bCs/>
                <w:color w:val="000000"/>
                <w:w w:val="97"/>
                <w:lang w:val="ru-RU"/>
              </w:rPr>
              <w:t>2</w:t>
            </w:r>
          </w:p>
        </w:tc>
        <w:tc>
          <w:tcPr>
            <w:tcW w:w="8969" w:type="dxa"/>
            <w:gridSpan w:val="6"/>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4B51C2" w:rsidRDefault="00241EA6" w:rsidP="00241EA6">
            <w:pPr>
              <w:rPr>
                <w:rFonts w:ascii="Times New Roman" w:hAnsi="Times New Roman" w:cs="Times New Roman"/>
              </w:rPr>
            </w:pPr>
          </w:p>
        </w:tc>
      </w:tr>
      <w:tr w:rsidR="00E919C3" w:rsidRPr="004B51C2" w:rsidTr="003D191C">
        <w:trPr>
          <w:trHeight w:hRule="exact" w:val="562"/>
        </w:trPr>
        <w:tc>
          <w:tcPr>
            <w:tcW w:w="15167" w:type="dxa"/>
            <w:gridSpan w:val="9"/>
            <w:tcBorders>
              <w:top w:val="single" w:sz="4" w:space="0" w:color="auto"/>
              <w:left w:val="single" w:sz="4" w:space="0" w:color="000000"/>
              <w:bottom w:val="single" w:sz="4" w:space="0" w:color="000000"/>
              <w:right w:val="single" w:sz="4" w:space="0" w:color="000000"/>
            </w:tcBorders>
            <w:tcMar>
              <w:left w:w="0" w:type="dxa"/>
              <w:right w:w="0" w:type="dxa"/>
            </w:tcMar>
          </w:tcPr>
          <w:p w:rsidR="00E919C3" w:rsidRPr="004B51C2" w:rsidRDefault="00E919C3" w:rsidP="00241EA6">
            <w:pPr>
              <w:rPr>
                <w:rFonts w:ascii="Times New Roman" w:hAnsi="Times New Roman" w:cs="Times New Roman"/>
              </w:rPr>
            </w:pPr>
            <w:proofErr w:type="spellStart"/>
            <w:r w:rsidRPr="004B51C2">
              <w:rPr>
                <w:rFonts w:ascii="Times New Roman" w:eastAsia="Times New Roman" w:hAnsi="Times New Roman" w:cs="Times New Roman"/>
                <w:b/>
                <w:bCs/>
                <w:lang w:eastAsia="ru-RU"/>
              </w:rPr>
              <w:t>Раздел</w:t>
            </w:r>
            <w:proofErr w:type="spellEnd"/>
            <w:r w:rsidRPr="004B51C2">
              <w:rPr>
                <w:rFonts w:ascii="Times New Roman" w:eastAsia="Times New Roman" w:hAnsi="Times New Roman" w:cs="Times New Roman"/>
                <w:b/>
                <w:bCs/>
                <w:lang w:eastAsia="ru-RU"/>
              </w:rPr>
              <w:t xml:space="preserve"> 2.</w:t>
            </w:r>
            <w:r w:rsidRPr="004B51C2">
              <w:rPr>
                <w:rFonts w:ascii="Times New Roman" w:eastAsia="Times New Roman" w:hAnsi="Times New Roman" w:cs="Times New Roman"/>
                <w:lang w:eastAsia="ru-RU"/>
              </w:rPr>
              <w:t xml:space="preserve"> </w:t>
            </w:r>
            <w:proofErr w:type="spellStart"/>
            <w:r w:rsidRPr="004B51C2">
              <w:rPr>
                <w:rFonts w:ascii="Times New Roman" w:eastAsia="Times New Roman" w:hAnsi="Times New Roman" w:cs="Times New Roman"/>
                <w:b/>
                <w:bCs/>
                <w:lang w:eastAsia="ru-RU"/>
              </w:rPr>
              <w:t>Спортивно-оздоровительная</w:t>
            </w:r>
            <w:proofErr w:type="spellEnd"/>
            <w:r w:rsidRPr="004B51C2">
              <w:rPr>
                <w:rFonts w:ascii="Times New Roman" w:eastAsia="Times New Roman" w:hAnsi="Times New Roman" w:cs="Times New Roman"/>
                <w:b/>
                <w:bCs/>
                <w:lang w:eastAsia="ru-RU"/>
              </w:rPr>
              <w:t xml:space="preserve"> </w:t>
            </w:r>
            <w:proofErr w:type="spellStart"/>
            <w:r w:rsidRPr="004B51C2">
              <w:rPr>
                <w:rFonts w:ascii="Times New Roman" w:eastAsia="Times New Roman" w:hAnsi="Times New Roman" w:cs="Times New Roman"/>
                <w:b/>
                <w:bCs/>
                <w:lang w:eastAsia="ru-RU"/>
              </w:rPr>
              <w:t>деятельность</w:t>
            </w:r>
            <w:proofErr w:type="spellEnd"/>
          </w:p>
        </w:tc>
      </w:tr>
      <w:tr w:rsidR="004B51C2" w:rsidRPr="004B51C2" w:rsidTr="003D191C">
        <w:trPr>
          <w:trHeight w:hRule="exact" w:val="61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3.2.</w:t>
            </w:r>
          </w:p>
        </w:tc>
        <w:tc>
          <w:tcPr>
            <w:tcW w:w="5202" w:type="dxa"/>
            <w:tcBorders>
              <w:top w:val="single" w:sz="4" w:space="0" w:color="auto"/>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ind w:left="72"/>
              <w:rPr>
                <w:rFonts w:ascii="Times New Roman" w:hAnsi="Times New Roman" w:cs="Times New Roman"/>
                <w:lang w:val="ru-RU"/>
              </w:rPr>
            </w:pPr>
            <w:r w:rsidRPr="004B51C2">
              <w:rPr>
                <w:rFonts w:ascii="Times New Roman" w:eastAsia="Times New Roman" w:hAnsi="Times New Roman" w:cs="Times New Roman"/>
                <w:i/>
                <w:color w:val="000000"/>
                <w:w w:val="97"/>
                <w:lang w:val="ru-RU"/>
              </w:rPr>
              <w:t xml:space="preserve">Модуль «Гимнастика».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905"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E919C3" w:rsidRPr="004B51C2" w:rsidTr="003D191C">
        <w:trPr>
          <w:trHeight w:hRule="exact" w:val="365"/>
        </w:trPr>
        <w:tc>
          <w:tcPr>
            <w:tcW w:w="5670" w:type="dxa"/>
            <w:gridSpan w:val="2"/>
            <w:tcBorders>
              <w:top w:val="single" w:sz="4" w:space="0" w:color="auto"/>
              <w:left w:val="single" w:sz="4" w:space="0" w:color="000000"/>
              <w:bottom w:val="single" w:sz="4" w:space="0" w:color="000000"/>
              <w:right w:val="single" w:sz="4" w:space="0" w:color="auto"/>
            </w:tcBorders>
            <w:tcMar>
              <w:left w:w="0" w:type="dxa"/>
              <w:right w:w="0" w:type="dxa"/>
            </w:tcMar>
          </w:tcPr>
          <w:p w:rsidR="00E919C3" w:rsidRPr="004B51C2" w:rsidRDefault="00E919C3" w:rsidP="00E919C3">
            <w:pPr>
              <w:rPr>
                <w:rFonts w:ascii="Times New Roman" w:hAnsi="Times New Roman" w:cs="Times New Roman"/>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auto"/>
            </w:tcBorders>
          </w:tcPr>
          <w:p w:rsidR="00E919C3" w:rsidRPr="004B51C2" w:rsidRDefault="00E919C3" w:rsidP="00E919C3">
            <w:pPr>
              <w:ind w:left="87"/>
              <w:rPr>
                <w:rFonts w:ascii="Times New Roman" w:hAnsi="Times New Roman" w:cs="Times New Roman"/>
                <w:lang w:val="ru-RU"/>
              </w:rPr>
            </w:pPr>
            <w:r w:rsidRPr="004B51C2">
              <w:rPr>
                <w:rFonts w:ascii="Times New Roman" w:eastAsia="Times New Roman" w:hAnsi="Times New Roman" w:cs="Times New Roman"/>
                <w:b/>
                <w:bCs/>
                <w:color w:val="000000"/>
                <w:w w:val="97"/>
                <w:lang w:val="ru-RU"/>
              </w:rPr>
              <w:t>8</w:t>
            </w:r>
          </w:p>
        </w:tc>
        <w:tc>
          <w:tcPr>
            <w:tcW w:w="8969" w:type="dxa"/>
            <w:gridSpan w:val="6"/>
            <w:tcBorders>
              <w:top w:val="single" w:sz="4" w:space="0" w:color="auto"/>
              <w:left w:val="single" w:sz="4" w:space="0" w:color="auto"/>
              <w:bottom w:val="single" w:sz="4" w:space="0" w:color="000000"/>
              <w:right w:val="single" w:sz="4" w:space="0" w:color="000000"/>
            </w:tcBorders>
          </w:tcPr>
          <w:p w:rsidR="00E919C3" w:rsidRPr="004B51C2" w:rsidRDefault="00E919C3" w:rsidP="00E919C3">
            <w:pPr>
              <w:rPr>
                <w:rFonts w:ascii="Times New Roman" w:hAnsi="Times New Roman" w:cs="Times New Roman"/>
                <w:lang w:val="ru-RU"/>
              </w:rPr>
            </w:pPr>
          </w:p>
        </w:tc>
      </w:tr>
      <w:tr w:rsidR="004B51C2" w:rsidRPr="004B51C2" w:rsidTr="003D191C">
        <w:trPr>
          <w:trHeight w:hRule="exact" w:val="61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3.5.</w:t>
            </w:r>
          </w:p>
        </w:tc>
        <w:tc>
          <w:tcPr>
            <w:tcW w:w="520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ind w:left="72"/>
              <w:rPr>
                <w:rFonts w:ascii="Times New Roman" w:hAnsi="Times New Roman" w:cs="Times New Roman"/>
                <w:lang w:val="ru-RU"/>
              </w:rPr>
            </w:pPr>
            <w:r w:rsidRPr="004B51C2">
              <w:rPr>
                <w:rFonts w:ascii="Times New Roman" w:eastAsia="Times New Roman" w:hAnsi="Times New Roman" w:cs="Times New Roman"/>
                <w:i/>
                <w:color w:val="000000"/>
                <w:w w:val="97"/>
                <w:lang w:val="ru-RU"/>
              </w:rPr>
              <w:t xml:space="preserve">Модуль «Лёгкая атлетика». </w:t>
            </w:r>
          </w:p>
        </w:tc>
        <w:tc>
          <w:tcPr>
            <w:tcW w:w="528" w:type="dxa"/>
            <w:tcBorders>
              <w:top w:val="single" w:sz="4" w:space="0" w:color="000000"/>
              <w:left w:val="single" w:sz="4" w:space="0" w:color="000000"/>
              <w:bottom w:val="single" w:sz="4" w:space="0" w:color="000000"/>
              <w:right w:val="single" w:sz="4" w:space="0" w:color="auto"/>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1104" w:type="dxa"/>
            <w:tcBorders>
              <w:top w:val="single" w:sz="4" w:space="0" w:color="000000"/>
              <w:left w:val="single" w:sz="4" w:space="0" w:color="auto"/>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1905"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3D191C" w:rsidRPr="004B51C2" w:rsidTr="003D191C">
        <w:trPr>
          <w:trHeight w:hRule="exact" w:val="333"/>
        </w:trPr>
        <w:tc>
          <w:tcPr>
            <w:tcW w:w="5670"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45" w:lineRule="auto"/>
              <w:ind w:left="72" w:right="288"/>
              <w:rPr>
                <w:rFonts w:ascii="Times New Roman" w:eastAsia="Times New Roman" w:hAnsi="Times New Roman" w:cs="Times New Roman"/>
                <w:i/>
                <w:color w:val="000000"/>
                <w:w w:val="97"/>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202F48"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w:t>
            </w:r>
            <w:r w:rsidR="003D191C" w:rsidRPr="004B51C2">
              <w:rPr>
                <w:rFonts w:ascii="Times New Roman" w:eastAsia="Times New Roman" w:hAnsi="Times New Roman" w:cs="Times New Roman"/>
                <w:b/>
                <w:bCs/>
                <w:color w:val="000000"/>
                <w:w w:val="97"/>
                <w:lang w:val="ru-RU"/>
              </w:rPr>
              <w:t>10</w:t>
            </w:r>
          </w:p>
        </w:tc>
        <w:tc>
          <w:tcPr>
            <w:tcW w:w="5654"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3315"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45" w:lineRule="auto"/>
              <w:ind w:left="72"/>
              <w:rPr>
                <w:rFonts w:ascii="Times New Roman" w:eastAsia="Times New Roman" w:hAnsi="Times New Roman" w:cs="Times New Roman"/>
                <w:color w:val="000000"/>
                <w:w w:val="97"/>
              </w:rPr>
            </w:pPr>
          </w:p>
        </w:tc>
      </w:tr>
    </w:tbl>
    <w:p w:rsidR="005353D2" w:rsidRPr="004B51C2" w:rsidRDefault="005353D2">
      <w:pPr>
        <w:autoSpaceDE w:val="0"/>
        <w:autoSpaceDN w:val="0"/>
        <w:spacing w:after="0" w:line="14" w:lineRule="exact"/>
        <w:rPr>
          <w:rFonts w:ascii="Times New Roman" w:hAnsi="Times New Roman" w:cs="Times New Roman"/>
        </w:rPr>
      </w:pPr>
    </w:p>
    <w:p w:rsidR="005353D2" w:rsidRPr="004B51C2" w:rsidRDefault="005353D2">
      <w:pPr>
        <w:rPr>
          <w:rFonts w:ascii="Times New Roman" w:hAnsi="Times New Roman" w:cs="Times New Roman"/>
        </w:rPr>
        <w:sectPr w:rsidR="005353D2" w:rsidRPr="004B51C2">
          <w:pgSz w:w="16840" w:h="11900"/>
          <w:pgMar w:top="284" w:right="640" w:bottom="478" w:left="666" w:header="720" w:footer="720" w:gutter="0"/>
          <w:cols w:space="720" w:equalWidth="0">
            <w:col w:w="15534" w:space="0"/>
          </w:cols>
          <w:docGrid w:linePitch="360"/>
        </w:sectPr>
      </w:pPr>
    </w:p>
    <w:p w:rsidR="005353D2" w:rsidRPr="004B51C2"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200"/>
        <w:gridCol w:w="528"/>
        <w:gridCol w:w="1104"/>
        <w:gridCol w:w="1140"/>
        <w:gridCol w:w="1907"/>
        <w:gridCol w:w="2552"/>
        <w:gridCol w:w="2268"/>
      </w:tblGrid>
      <w:tr w:rsidR="004B51C2" w:rsidRPr="004B51C2" w:rsidTr="003D191C">
        <w:trPr>
          <w:trHeight w:hRule="exact" w:val="780"/>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3.10.</w:t>
            </w:r>
          </w:p>
        </w:tc>
        <w:tc>
          <w:tcPr>
            <w:tcW w:w="5200"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ight="720"/>
              <w:rPr>
                <w:rFonts w:ascii="Times New Roman" w:hAnsi="Times New Roman" w:cs="Times New Roman"/>
                <w:lang w:val="ru-RU"/>
              </w:rPr>
            </w:pPr>
            <w:r w:rsidRPr="004B51C2">
              <w:rPr>
                <w:rFonts w:ascii="Times New Roman" w:eastAsia="Times New Roman" w:hAnsi="Times New Roman" w:cs="Times New Roman"/>
                <w:color w:val="000000"/>
                <w:w w:val="97"/>
                <w:lang w:val="ru-RU"/>
              </w:rPr>
              <w:t xml:space="preserve">Модуль «Зимние виды спорта». </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1907"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268" w:type="dxa"/>
            <w:tcBorders>
              <w:top w:val="single" w:sz="4" w:space="0" w:color="000000"/>
              <w:left w:val="single" w:sz="4" w:space="0" w:color="000000"/>
              <w:bottom w:val="single" w:sz="5"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3D191C" w:rsidRPr="004B51C2" w:rsidTr="008B1135">
        <w:trPr>
          <w:trHeight w:hRule="exact" w:val="426"/>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33" w:lineRule="auto"/>
              <w:rPr>
                <w:rFonts w:ascii="Times New Roman" w:eastAsia="Times New Roman" w:hAnsi="Times New Roman" w:cs="Times New Roman"/>
                <w:color w:val="000000"/>
                <w:w w:val="97"/>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202F48"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w:t>
            </w:r>
            <w:r w:rsidR="003D191C" w:rsidRPr="004B51C2">
              <w:rPr>
                <w:rFonts w:ascii="Times New Roman" w:eastAsia="Times New Roman" w:hAnsi="Times New Roman" w:cs="Times New Roman"/>
                <w:b/>
                <w:bCs/>
                <w:color w:val="000000"/>
                <w:w w:val="97"/>
                <w:lang w:val="ru-RU"/>
              </w:rPr>
              <w:t>10</w:t>
            </w:r>
          </w:p>
        </w:tc>
        <w:tc>
          <w:tcPr>
            <w:tcW w:w="6703"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52" w:lineRule="auto"/>
              <w:ind w:left="72"/>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3D191C">
            <w:pPr>
              <w:autoSpaceDE w:val="0"/>
              <w:autoSpaceDN w:val="0"/>
              <w:spacing w:before="76" w:after="0" w:line="245" w:lineRule="auto"/>
              <w:ind w:left="72"/>
              <w:jc w:val="center"/>
              <w:rPr>
                <w:rFonts w:ascii="Times New Roman" w:eastAsia="Times New Roman" w:hAnsi="Times New Roman" w:cs="Times New Roman"/>
                <w:color w:val="000000"/>
                <w:w w:val="97"/>
              </w:rPr>
            </w:pPr>
          </w:p>
        </w:tc>
      </w:tr>
      <w:tr w:rsidR="004B51C2" w:rsidRPr="004B51C2" w:rsidTr="003D191C">
        <w:trPr>
          <w:trHeight w:hRule="exact" w:val="677"/>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3.14.</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ight="144"/>
              <w:rPr>
                <w:rFonts w:ascii="Times New Roman" w:hAnsi="Times New Roman" w:cs="Times New Roman"/>
                <w:lang w:val="ru-RU"/>
              </w:rPr>
            </w:pPr>
            <w:r w:rsidRPr="004B51C2">
              <w:rPr>
                <w:rFonts w:ascii="Times New Roman" w:eastAsia="Times New Roman" w:hAnsi="Times New Roman" w:cs="Times New Roman"/>
                <w:color w:val="000000"/>
                <w:w w:val="97"/>
                <w:lang w:val="ru-RU"/>
              </w:rPr>
              <w:t xml:space="preserve">Модуль «Плавание».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ight="432"/>
              <w:rPr>
                <w:rFonts w:ascii="Times New Roman" w:hAnsi="Times New Roman" w:cs="Times New Roman"/>
              </w:rPr>
            </w:pPr>
            <w:proofErr w:type="spellStart"/>
            <w:r w:rsidRPr="004B51C2">
              <w:rPr>
                <w:rFonts w:ascii="Times New Roman" w:eastAsia="Times New Roman" w:hAnsi="Times New Roman" w:cs="Times New Roman"/>
                <w:color w:val="000000"/>
                <w:w w:val="97"/>
              </w:rPr>
              <w:t>Устный</w:t>
            </w:r>
            <w:proofErr w:type="spellEnd"/>
            <w:r w:rsidRPr="004B51C2">
              <w:rPr>
                <w:rFonts w:ascii="Times New Roman" w:eastAsia="Times New Roman" w:hAnsi="Times New Roman" w:cs="Times New Roman"/>
                <w:color w:val="000000"/>
                <w:w w:val="97"/>
              </w:rPr>
              <w:t xml:space="preserve"> </w:t>
            </w:r>
            <w:r w:rsidRPr="004B51C2">
              <w:rPr>
                <w:rFonts w:ascii="Times New Roman" w:hAnsi="Times New Roman" w:cs="Times New Roman"/>
              </w:rPr>
              <w:br/>
            </w:r>
            <w:proofErr w:type="spellStart"/>
            <w:r w:rsidRPr="004B51C2">
              <w:rPr>
                <w:rFonts w:ascii="Times New Roman" w:eastAsia="Times New Roman" w:hAnsi="Times New Roman" w:cs="Times New Roman"/>
                <w:color w:val="000000"/>
                <w:w w:val="97"/>
              </w:rPr>
              <w:t>опрос</w:t>
            </w:r>
            <w:proofErr w:type="spellEnd"/>
            <w:r w:rsidRPr="004B51C2">
              <w:rPr>
                <w:rFonts w:ascii="Times New Roman" w:eastAsia="Times New Roman" w:hAnsi="Times New Roman" w:cs="Times New Roman"/>
                <w:color w:val="000000"/>
                <w:w w:val="97"/>
              </w:rPr>
              <w:t>;</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3D191C" w:rsidRPr="004B51C2" w:rsidTr="003D191C">
        <w:trPr>
          <w:trHeight w:hRule="exact" w:val="420"/>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33" w:lineRule="auto"/>
              <w:ind w:left="72"/>
              <w:rPr>
                <w:rFonts w:ascii="Times New Roman" w:eastAsia="Times New Roman" w:hAnsi="Times New Roman" w:cs="Times New Roman"/>
                <w:color w:val="000000"/>
                <w:w w:val="97"/>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8B1135"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3</w:t>
            </w:r>
          </w:p>
        </w:tc>
        <w:tc>
          <w:tcPr>
            <w:tcW w:w="6703"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3D191C">
            <w:pPr>
              <w:autoSpaceDE w:val="0"/>
              <w:autoSpaceDN w:val="0"/>
              <w:spacing w:before="76" w:after="0" w:line="245" w:lineRule="auto"/>
              <w:ind w:left="72" w:right="432"/>
              <w:jc w:val="center"/>
              <w:rPr>
                <w:rFonts w:ascii="Times New Roman" w:eastAsia="Times New Roman" w:hAnsi="Times New Roman" w:cs="Times New Roman"/>
                <w:color w:val="000000"/>
                <w:w w:val="97"/>
              </w:rPr>
            </w:pPr>
          </w:p>
        </w:tc>
      </w:tr>
      <w:tr w:rsidR="004B51C2" w:rsidRPr="004B51C2" w:rsidTr="003D191C">
        <w:trPr>
          <w:trHeight w:hRule="exact" w:val="52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33" w:lineRule="auto"/>
              <w:jc w:val="center"/>
              <w:rPr>
                <w:rFonts w:ascii="Times New Roman" w:hAnsi="Times New Roman" w:cs="Times New Roman"/>
              </w:rPr>
            </w:pPr>
            <w:r w:rsidRPr="004B51C2">
              <w:rPr>
                <w:rFonts w:ascii="Times New Roman" w:eastAsia="Times New Roman" w:hAnsi="Times New Roman" w:cs="Times New Roman"/>
                <w:color w:val="000000"/>
                <w:w w:val="97"/>
              </w:rPr>
              <w:t>3.17.</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33" w:lineRule="auto"/>
              <w:ind w:left="72"/>
              <w:rPr>
                <w:rFonts w:ascii="Times New Roman" w:hAnsi="Times New Roman" w:cs="Times New Roman"/>
                <w:lang w:val="ru-RU"/>
              </w:rPr>
            </w:pPr>
            <w:r w:rsidRPr="004B51C2">
              <w:rPr>
                <w:rFonts w:ascii="Times New Roman" w:eastAsia="Times New Roman" w:hAnsi="Times New Roman" w:cs="Times New Roman"/>
                <w:i/>
                <w:color w:val="000000"/>
                <w:w w:val="97"/>
                <w:lang w:val="ru-RU"/>
              </w:rPr>
              <w:t xml:space="preserve">Модуль «Спортивные игры. Баскетбол».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6" w:after="0" w:line="233"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6" w:after="0" w:line="233"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6" w:after="0" w:line="233"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3D191C" w:rsidRPr="004B51C2" w:rsidTr="003D191C">
        <w:trPr>
          <w:trHeight w:hRule="exact" w:val="334"/>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45" w:lineRule="auto"/>
              <w:ind w:left="72" w:right="144"/>
              <w:rPr>
                <w:rFonts w:ascii="Times New Roman" w:eastAsia="Times New Roman" w:hAnsi="Times New Roman" w:cs="Times New Roman"/>
                <w:i/>
                <w:color w:val="000000"/>
                <w:w w:val="97"/>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8B1135"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w:t>
            </w:r>
            <w:r w:rsidR="003D191C" w:rsidRPr="004B51C2">
              <w:rPr>
                <w:rFonts w:ascii="Times New Roman" w:eastAsia="Times New Roman" w:hAnsi="Times New Roman" w:cs="Times New Roman"/>
                <w:b/>
                <w:bCs/>
                <w:color w:val="000000"/>
                <w:w w:val="97"/>
                <w:lang w:val="ru-RU"/>
              </w:rPr>
              <w:t>8</w:t>
            </w:r>
          </w:p>
        </w:tc>
        <w:tc>
          <w:tcPr>
            <w:tcW w:w="6703"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1307B8">
            <w:pPr>
              <w:autoSpaceDE w:val="0"/>
              <w:autoSpaceDN w:val="0"/>
              <w:spacing w:before="76" w:after="0" w:line="245" w:lineRule="auto"/>
              <w:ind w:left="72"/>
              <w:rPr>
                <w:rFonts w:ascii="Times New Roman" w:eastAsia="Times New Roman" w:hAnsi="Times New Roman" w:cs="Times New Roman"/>
                <w:color w:val="000000"/>
                <w:w w:val="97"/>
              </w:rPr>
            </w:pPr>
          </w:p>
        </w:tc>
      </w:tr>
    </w:tbl>
    <w:p w:rsidR="005353D2" w:rsidRPr="004B51C2" w:rsidRDefault="005353D2">
      <w:pPr>
        <w:autoSpaceDE w:val="0"/>
        <w:autoSpaceDN w:val="0"/>
        <w:spacing w:after="0" w:line="14" w:lineRule="exact"/>
        <w:rPr>
          <w:rFonts w:ascii="Times New Roman" w:hAnsi="Times New Roman" w:cs="Times New Roman"/>
        </w:rPr>
      </w:pPr>
    </w:p>
    <w:p w:rsidR="005353D2" w:rsidRPr="004B51C2" w:rsidRDefault="005353D2">
      <w:pPr>
        <w:rPr>
          <w:rFonts w:ascii="Times New Roman" w:hAnsi="Times New Roman" w:cs="Times New Roman"/>
        </w:rPr>
        <w:sectPr w:rsidR="005353D2" w:rsidRPr="004B51C2">
          <w:pgSz w:w="16840" w:h="11900"/>
          <w:pgMar w:top="284" w:right="640" w:bottom="754" w:left="666" w:header="720" w:footer="720" w:gutter="0"/>
          <w:cols w:space="720" w:equalWidth="0">
            <w:col w:w="15534" w:space="0"/>
          </w:cols>
          <w:docGrid w:linePitch="360"/>
        </w:sectPr>
      </w:pPr>
    </w:p>
    <w:p w:rsidR="005353D2" w:rsidRPr="004B51C2"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200"/>
        <w:gridCol w:w="528"/>
        <w:gridCol w:w="1104"/>
        <w:gridCol w:w="1140"/>
        <w:gridCol w:w="1907"/>
        <w:gridCol w:w="2552"/>
        <w:gridCol w:w="2126"/>
      </w:tblGrid>
      <w:tr w:rsidR="004B51C2" w:rsidRPr="004B51C2" w:rsidTr="003D191C">
        <w:trPr>
          <w:trHeight w:hRule="exact" w:val="639"/>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3.21.</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ind w:left="72"/>
              <w:rPr>
                <w:rFonts w:ascii="Times New Roman" w:hAnsi="Times New Roman" w:cs="Times New Roman"/>
                <w:lang w:val="ru-RU"/>
              </w:rPr>
            </w:pPr>
            <w:r w:rsidRPr="004B51C2">
              <w:rPr>
                <w:rFonts w:ascii="Times New Roman" w:eastAsia="Times New Roman" w:hAnsi="Times New Roman" w:cs="Times New Roman"/>
                <w:i/>
                <w:color w:val="000000"/>
                <w:w w:val="97"/>
                <w:lang w:val="ru-RU"/>
              </w:rPr>
              <w:t xml:space="preserve">Модуль «Спортивные игры. Волейбол».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8B1135"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hAnsi="Times New Roman" w:cs="Times New Roman"/>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8" w:after="0" w:line="230"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rsidP="008B1135">
            <w:pPr>
              <w:autoSpaceDE w:val="0"/>
              <w:autoSpaceDN w:val="0"/>
              <w:spacing w:before="78" w:after="0" w:line="230" w:lineRule="auto"/>
              <w:ind w:left="72"/>
              <w:jc w:val="center"/>
              <w:rPr>
                <w:rFonts w:ascii="Times New Roman" w:hAnsi="Times New Roman" w:cs="Times New Roman"/>
                <w:lang w:val="ru-RU"/>
              </w:rPr>
            </w:pPr>
            <w:r>
              <w:rPr>
                <w:rFonts w:ascii="Times New Roman" w:hAnsi="Times New Roman" w:cs="Times New Roman"/>
                <w:lang w:val="ru-RU"/>
              </w:rPr>
              <w:t>8</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3D191C" w:rsidRPr="004B51C2" w:rsidTr="003D191C">
        <w:trPr>
          <w:trHeight w:hRule="exact" w:val="425"/>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C5646C">
            <w:pPr>
              <w:autoSpaceDE w:val="0"/>
              <w:autoSpaceDN w:val="0"/>
              <w:spacing w:before="78" w:after="0" w:line="250" w:lineRule="auto"/>
              <w:ind w:left="72" w:right="144"/>
              <w:rPr>
                <w:rFonts w:ascii="Times New Roman" w:eastAsia="Times New Roman" w:hAnsi="Times New Roman" w:cs="Times New Roman"/>
                <w:i/>
                <w:color w:val="000000"/>
                <w:w w:val="97"/>
                <w:lang w:val="ru-RU"/>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8B1135" w:rsidP="00C5646C">
            <w:pPr>
              <w:autoSpaceDE w:val="0"/>
              <w:autoSpaceDN w:val="0"/>
              <w:spacing w:before="78" w:after="0" w:line="230"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 xml:space="preserve">   </w:t>
            </w:r>
            <w:r w:rsidR="003D191C" w:rsidRPr="004B51C2">
              <w:rPr>
                <w:rFonts w:ascii="Times New Roman" w:eastAsia="Times New Roman" w:hAnsi="Times New Roman" w:cs="Times New Roman"/>
                <w:b/>
                <w:bCs/>
                <w:color w:val="000000"/>
                <w:w w:val="97"/>
                <w:lang w:val="ru-RU"/>
              </w:rPr>
              <w:t>8</w:t>
            </w:r>
          </w:p>
        </w:tc>
        <w:tc>
          <w:tcPr>
            <w:tcW w:w="6703"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C5646C">
            <w:pPr>
              <w:autoSpaceDE w:val="0"/>
              <w:autoSpaceDN w:val="0"/>
              <w:spacing w:before="78" w:after="0" w:line="254" w:lineRule="auto"/>
              <w:ind w:left="72"/>
              <w:rPr>
                <w:rFonts w:ascii="Times New Roman" w:eastAsia="Times New Roman" w:hAnsi="Times New Roman" w:cs="Times New Roman"/>
                <w:color w:val="000000"/>
                <w:w w:val="97"/>
                <w:lang w:val="ru-RU"/>
              </w:rPr>
            </w:pPr>
          </w:p>
        </w:tc>
        <w:tc>
          <w:tcPr>
            <w:tcW w:w="2126" w:type="dxa"/>
            <w:tcBorders>
              <w:top w:val="single" w:sz="4" w:space="0" w:color="auto"/>
              <w:left w:val="single" w:sz="4" w:space="0" w:color="000000"/>
              <w:bottom w:val="single" w:sz="4" w:space="0" w:color="000000"/>
              <w:right w:val="single" w:sz="4" w:space="0" w:color="000000"/>
            </w:tcBorders>
            <w:tcMar>
              <w:left w:w="0" w:type="dxa"/>
              <w:right w:w="0" w:type="dxa"/>
            </w:tcMar>
          </w:tcPr>
          <w:p w:rsidR="003D191C" w:rsidRPr="004B51C2" w:rsidRDefault="003D191C" w:rsidP="003D191C">
            <w:pPr>
              <w:autoSpaceDE w:val="0"/>
              <w:autoSpaceDN w:val="0"/>
              <w:spacing w:before="78" w:after="0" w:line="245" w:lineRule="auto"/>
              <w:ind w:left="72"/>
              <w:jc w:val="center"/>
              <w:rPr>
                <w:rFonts w:ascii="Times New Roman" w:eastAsia="Times New Roman" w:hAnsi="Times New Roman" w:cs="Times New Roman"/>
                <w:color w:val="000000"/>
                <w:w w:val="97"/>
              </w:rPr>
            </w:pPr>
          </w:p>
        </w:tc>
      </w:tr>
      <w:tr w:rsidR="004B51C2" w:rsidRPr="004B51C2" w:rsidTr="003D191C">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33" w:lineRule="auto"/>
              <w:jc w:val="center"/>
              <w:rPr>
                <w:rFonts w:ascii="Times New Roman" w:hAnsi="Times New Roman" w:cs="Times New Roman"/>
              </w:rPr>
            </w:pPr>
            <w:r w:rsidRPr="004B51C2">
              <w:rPr>
                <w:rFonts w:ascii="Times New Roman" w:eastAsia="Times New Roman" w:hAnsi="Times New Roman" w:cs="Times New Roman"/>
                <w:color w:val="000000"/>
                <w:w w:val="97"/>
              </w:rPr>
              <w:t>3.26.</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45" w:lineRule="auto"/>
              <w:ind w:left="72" w:right="288"/>
              <w:rPr>
                <w:rFonts w:ascii="Times New Roman" w:hAnsi="Times New Roman" w:cs="Times New Roman"/>
                <w:lang w:val="ru-RU"/>
              </w:rPr>
            </w:pPr>
            <w:r w:rsidRPr="004B51C2">
              <w:rPr>
                <w:rFonts w:ascii="Times New Roman" w:eastAsia="Times New Roman" w:hAnsi="Times New Roman" w:cs="Times New Roman"/>
                <w:i/>
                <w:color w:val="000000"/>
                <w:w w:val="97"/>
                <w:lang w:val="ru-RU"/>
              </w:rPr>
              <w:t xml:space="preserve">Модуль «Спортивные игры. Футбол».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6" w:after="0" w:line="233"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6" w:after="0" w:line="233" w:lineRule="auto"/>
              <w:ind w:left="72"/>
              <w:jc w:val="center"/>
              <w:rPr>
                <w:rFonts w:ascii="Times New Roman" w:hAnsi="Times New Roman" w:cs="Times New Roman"/>
              </w:rPr>
            </w:pPr>
            <w:r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8B1135">
            <w:pPr>
              <w:autoSpaceDE w:val="0"/>
              <w:autoSpaceDN w:val="0"/>
              <w:spacing w:before="76" w:after="0" w:line="233" w:lineRule="auto"/>
              <w:ind w:left="72"/>
              <w:jc w:val="center"/>
              <w:rPr>
                <w:rFonts w:ascii="Times New Roman" w:hAnsi="Times New Roman" w:cs="Times New Roman"/>
                <w:lang w:val="ru-RU"/>
              </w:rPr>
            </w:pPr>
            <w:r w:rsidRPr="004B51C2">
              <w:rPr>
                <w:rFonts w:ascii="Times New Roman" w:eastAsia="Times New Roman" w:hAnsi="Times New Roman" w:cs="Times New Roman"/>
                <w:color w:val="000000"/>
                <w:w w:val="97"/>
                <w:lang w:val="ru-RU"/>
              </w:rPr>
              <w:t>6</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6"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jc w:val="center"/>
              <w:rPr>
                <w:rFonts w:ascii="Times New Roman" w:hAnsi="Times New Roman" w:cs="Times New Roman"/>
              </w:rPr>
            </w:pPr>
            <w:r w:rsidRPr="004B51C2">
              <w:rPr>
                <w:rFonts w:ascii="Times New Roman" w:hAnsi="Times New Roman" w:cs="Times New Roman"/>
              </w:rPr>
              <w:t>resh.edu.ru</w:t>
            </w:r>
          </w:p>
        </w:tc>
      </w:tr>
      <w:tr w:rsidR="005353D2" w:rsidRPr="004B51C2" w:rsidTr="003D191C">
        <w:trPr>
          <w:trHeight w:hRule="exact" w:val="348"/>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8" w:after="0" w:line="230" w:lineRule="auto"/>
              <w:ind w:left="72"/>
              <w:rPr>
                <w:rFonts w:ascii="Times New Roman" w:hAnsi="Times New Roman" w:cs="Times New Roman"/>
                <w:b/>
                <w:bCs/>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8B1135">
            <w:pPr>
              <w:autoSpaceDE w:val="0"/>
              <w:autoSpaceDN w:val="0"/>
              <w:spacing w:before="78" w:after="0" w:line="230" w:lineRule="auto"/>
              <w:ind w:left="72"/>
              <w:rPr>
                <w:rFonts w:ascii="Times New Roman" w:hAnsi="Times New Roman" w:cs="Times New Roman"/>
                <w:b/>
                <w:bCs/>
                <w:lang w:val="ru-RU"/>
              </w:rPr>
            </w:pPr>
            <w:r>
              <w:rPr>
                <w:rFonts w:ascii="Times New Roman" w:eastAsia="Times New Roman" w:hAnsi="Times New Roman" w:cs="Times New Roman"/>
                <w:b/>
                <w:bCs/>
                <w:color w:val="000000"/>
                <w:w w:val="97"/>
                <w:lang w:val="ru-RU"/>
              </w:rPr>
              <w:t xml:space="preserve">  </w:t>
            </w:r>
            <w:r w:rsidR="00C5646C" w:rsidRPr="004B51C2">
              <w:rPr>
                <w:rFonts w:ascii="Times New Roman" w:eastAsia="Times New Roman" w:hAnsi="Times New Roman" w:cs="Times New Roman"/>
                <w:b/>
                <w:bCs/>
                <w:color w:val="000000"/>
                <w:w w:val="97"/>
                <w:lang w:val="ru-RU"/>
              </w:rPr>
              <w:t>6</w:t>
            </w:r>
          </w:p>
        </w:tc>
        <w:tc>
          <w:tcPr>
            <w:tcW w:w="882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5353D2">
            <w:pPr>
              <w:rPr>
                <w:rFonts w:ascii="Times New Roman" w:hAnsi="Times New Roman" w:cs="Times New Roman"/>
              </w:rPr>
            </w:pPr>
          </w:p>
        </w:tc>
      </w:tr>
      <w:tr w:rsidR="005353D2" w:rsidRPr="004B51C2" w:rsidTr="003D191C">
        <w:trPr>
          <w:trHeight w:hRule="exact" w:val="348"/>
        </w:trPr>
        <w:tc>
          <w:tcPr>
            <w:tcW w:w="15025"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8" w:after="0" w:line="230" w:lineRule="auto"/>
              <w:ind w:left="72"/>
              <w:rPr>
                <w:rFonts w:ascii="Times New Roman" w:hAnsi="Times New Roman" w:cs="Times New Roman"/>
              </w:rPr>
            </w:pPr>
            <w:r w:rsidRPr="004B51C2">
              <w:rPr>
                <w:rFonts w:ascii="Times New Roman" w:eastAsia="Times New Roman" w:hAnsi="Times New Roman" w:cs="Times New Roman"/>
                <w:b/>
                <w:color w:val="000000"/>
                <w:w w:val="97"/>
              </w:rPr>
              <w:t>Раздел 4. СПОРТ</w:t>
            </w:r>
          </w:p>
        </w:tc>
      </w:tr>
      <w:tr w:rsidR="004B51C2" w:rsidRPr="004B51C2" w:rsidTr="003D191C">
        <w:trPr>
          <w:trHeight w:hRule="exact" w:val="159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30" w:lineRule="auto"/>
              <w:jc w:val="center"/>
              <w:rPr>
                <w:rFonts w:ascii="Times New Roman" w:hAnsi="Times New Roman" w:cs="Times New Roman"/>
              </w:rPr>
            </w:pPr>
            <w:r w:rsidRPr="004B51C2">
              <w:rPr>
                <w:rFonts w:ascii="Times New Roman" w:eastAsia="Times New Roman" w:hAnsi="Times New Roman" w:cs="Times New Roman"/>
                <w:color w:val="000000"/>
                <w:w w:val="97"/>
              </w:rPr>
              <w:t>4.1.</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7" w:lineRule="auto"/>
              <w:ind w:left="72"/>
              <w:rPr>
                <w:rFonts w:ascii="Times New Roman" w:hAnsi="Times New Roman" w:cs="Times New Roman"/>
                <w:lang w:val="ru-RU"/>
              </w:rPr>
            </w:pPr>
            <w:r w:rsidRPr="004B51C2">
              <w:rPr>
                <w:rFonts w:ascii="Times New Roman" w:eastAsia="Times New Roman" w:hAnsi="Times New Roman" w:cs="Times New Roman"/>
                <w:b/>
                <w:color w:val="000000"/>
                <w:w w:val="97"/>
                <w:lang w:val="ru-RU"/>
              </w:rPr>
              <w:t xml:space="preserve">Физическая подготовка: освоение содержания программы, </w:t>
            </w:r>
            <w:r w:rsidRPr="004B51C2">
              <w:rPr>
                <w:rFonts w:ascii="Times New Roman" w:hAnsi="Times New Roman" w:cs="Times New Roman"/>
                <w:lang w:val="ru-RU"/>
              </w:rPr>
              <w:br/>
            </w:r>
            <w:r w:rsidRPr="004B51C2">
              <w:rPr>
                <w:rFonts w:ascii="Times New Roman" w:eastAsia="Times New Roman" w:hAnsi="Times New Roman" w:cs="Times New Roman"/>
                <w:b/>
                <w:color w:val="000000"/>
                <w:w w:val="97"/>
                <w:lang w:val="ru-RU"/>
              </w:rPr>
              <w:t>демонстрация приростов в показателях физической подготовленности и нормативных требований комплекса ГТО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pPr>
              <w:autoSpaceDE w:val="0"/>
              <w:autoSpaceDN w:val="0"/>
              <w:spacing w:before="78" w:after="0" w:line="230" w:lineRule="auto"/>
              <w:ind w:left="72"/>
              <w:rPr>
                <w:rFonts w:ascii="Times New Roman" w:hAnsi="Times New Roman" w:cs="Times New Roman"/>
                <w:lang w:val="ru-RU"/>
              </w:rPr>
            </w:pPr>
            <w:r>
              <w:rPr>
                <w:rFonts w:ascii="Times New Roman" w:hAnsi="Times New Roman" w:cs="Times New Roman"/>
                <w:lang w:val="ru-RU"/>
              </w:rPr>
              <w:t xml:space="preserve">  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pPr>
              <w:autoSpaceDE w:val="0"/>
              <w:autoSpaceDN w:val="0"/>
              <w:spacing w:before="78" w:after="0" w:line="230" w:lineRule="auto"/>
              <w:ind w:left="72"/>
              <w:rPr>
                <w:rFonts w:ascii="Times New Roman" w:hAnsi="Times New Roman" w:cs="Times New Roman"/>
              </w:rPr>
            </w:pPr>
            <w:r>
              <w:rPr>
                <w:rFonts w:ascii="Times New Roman" w:eastAsia="Times New Roman" w:hAnsi="Times New Roman" w:cs="Times New Roman"/>
                <w:color w:val="000000"/>
                <w:w w:val="97"/>
                <w:lang w:val="ru-RU"/>
              </w:rPr>
              <w:t xml:space="preserve">       </w:t>
            </w:r>
            <w:r w:rsidR="004B51C2" w:rsidRPr="004B51C2">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8B1135">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 xml:space="preserve">      8</w:t>
            </w:r>
          </w:p>
        </w:tc>
        <w:tc>
          <w:tcPr>
            <w:tcW w:w="1907"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pPr>
              <w:autoSpaceDE w:val="0"/>
              <w:autoSpaceDN w:val="0"/>
              <w:spacing w:before="78" w:after="0" w:line="245" w:lineRule="auto"/>
              <w:ind w:left="72"/>
              <w:rPr>
                <w:rFonts w:ascii="Times New Roman" w:hAnsi="Times New Roman" w:cs="Times New Roman"/>
              </w:rPr>
            </w:pPr>
            <w:proofErr w:type="spellStart"/>
            <w:r w:rsidRPr="004B51C2">
              <w:rPr>
                <w:rFonts w:ascii="Times New Roman" w:eastAsia="Times New Roman" w:hAnsi="Times New Roman" w:cs="Times New Roman"/>
                <w:color w:val="000000"/>
                <w:w w:val="97"/>
              </w:rPr>
              <w:t>Практическая</w:t>
            </w:r>
            <w:proofErr w:type="spellEnd"/>
            <w:r w:rsidRPr="004B51C2">
              <w:rPr>
                <w:rFonts w:ascii="Times New Roman" w:eastAsia="Times New Roman" w:hAnsi="Times New Roman" w:cs="Times New Roman"/>
                <w:color w:val="000000"/>
                <w:w w:val="97"/>
              </w:rPr>
              <w:t xml:space="preserve"> </w:t>
            </w:r>
            <w:proofErr w:type="spellStart"/>
            <w:r w:rsidRPr="004B51C2">
              <w:rPr>
                <w:rFonts w:ascii="Times New Roman" w:eastAsia="Times New Roman" w:hAnsi="Times New Roman" w:cs="Times New Roman"/>
                <w:color w:val="000000"/>
                <w:w w:val="97"/>
              </w:rPr>
              <w:t>работа</w:t>
            </w:r>
            <w:proofErr w:type="spellEnd"/>
            <w:r w:rsidRPr="004B51C2">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4B51C2" w:rsidRPr="004B51C2" w:rsidRDefault="004B51C2" w:rsidP="003D191C">
            <w:pPr>
              <w:autoSpaceDE w:val="0"/>
              <w:autoSpaceDN w:val="0"/>
              <w:spacing w:before="78" w:after="0" w:line="230" w:lineRule="auto"/>
              <w:ind w:left="72"/>
              <w:jc w:val="center"/>
              <w:rPr>
                <w:rFonts w:ascii="Times New Roman" w:hAnsi="Times New Roman" w:cs="Times New Roman"/>
              </w:rPr>
            </w:pPr>
            <w:r w:rsidRPr="004B51C2">
              <w:rPr>
                <w:rFonts w:ascii="Times New Roman" w:hAnsi="Times New Roman" w:cs="Times New Roman"/>
              </w:rPr>
              <w:t>resh.edu.ru</w:t>
            </w:r>
          </w:p>
        </w:tc>
      </w:tr>
      <w:tr w:rsidR="005353D2" w:rsidRPr="004B51C2" w:rsidTr="003D191C">
        <w:trPr>
          <w:trHeight w:hRule="exact" w:val="328"/>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6" w:after="0" w:line="233" w:lineRule="auto"/>
              <w:ind w:left="72"/>
              <w:rPr>
                <w:rFonts w:ascii="Times New Roman" w:hAnsi="Times New Roman" w:cs="Times New Roman"/>
                <w:b/>
                <w:bCs/>
              </w:rPr>
            </w:pPr>
            <w:proofErr w:type="spellStart"/>
            <w:r w:rsidRPr="004B51C2">
              <w:rPr>
                <w:rFonts w:ascii="Times New Roman" w:eastAsia="Times New Roman" w:hAnsi="Times New Roman" w:cs="Times New Roman"/>
                <w:b/>
                <w:bCs/>
                <w:color w:val="000000"/>
                <w:w w:val="97"/>
              </w:rPr>
              <w:t>Итого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по</w:t>
            </w:r>
            <w:proofErr w:type="spellEnd"/>
            <w:r w:rsidRPr="004B51C2">
              <w:rPr>
                <w:rFonts w:ascii="Times New Roman" w:eastAsia="Times New Roman" w:hAnsi="Times New Roman" w:cs="Times New Roman"/>
                <w:b/>
                <w:bCs/>
                <w:color w:val="000000"/>
                <w:w w:val="97"/>
              </w:rPr>
              <w:t xml:space="preserve"> </w:t>
            </w:r>
            <w:proofErr w:type="spellStart"/>
            <w:r w:rsidRPr="004B51C2">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202F48">
            <w:pPr>
              <w:autoSpaceDE w:val="0"/>
              <w:autoSpaceDN w:val="0"/>
              <w:spacing w:before="76" w:after="0" w:line="233" w:lineRule="auto"/>
              <w:ind w:left="72"/>
              <w:rPr>
                <w:rFonts w:ascii="Times New Roman" w:hAnsi="Times New Roman" w:cs="Times New Roman"/>
                <w:b/>
                <w:bCs/>
                <w:lang w:val="ru-RU"/>
              </w:rPr>
            </w:pPr>
            <w:r>
              <w:rPr>
                <w:rFonts w:ascii="Times New Roman" w:hAnsi="Times New Roman" w:cs="Times New Roman"/>
                <w:b/>
                <w:bCs/>
                <w:lang w:val="ru-RU"/>
              </w:rPr>
              <w:t xml:space="preserve">  8</w:t>
            </w:r>
          </w:p>
        </w:tc>
        <w:tc>
          <w:tcPr>
            <w:tcW w:w="882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5353D2">
            <w:pPr>
              <w:rPr>
                <w:rFonts w:ascii="Times New Roman" w:hAnsi="Times New Roman" w:cs="Times New Roman"/>
              </w:rPr>
            </w:pPr>
          </w:p>
        </w:tc>
      </w:tr>
    </w:tbl>
    <w:p w:rsidR="005353D2" w:rsidRPr="004B51C2" w:rsidRDefault="005353D2">
      <w:pPr>
        <w:autoSpaceDE w:val="0"/>
        <w:autoSpaceDN w:val="0"/>
        <w:spacing w:after="0" w:line="14" w:lineRule="exact"/>
        <w:rPr>
          <w:rFonts w:ascii="Times New Roman" w:hAnsi="Times New Roman" w:cs="Times New Roman"/>
        </w:rPr>
      </w:pPr>
    </w:p>
    <w:p w:rsidR="005353D2" w:rsidRPr="004B51C2" w:rsidRDefault="005353D2">
      <w:pPr>
        <w:rPr>
          <w:rFonts w:ascii="Times New Roman" w:hAnsi="Times New Roman" w:cs="Times New Roman"/>
        </w:rPr>
        <w:sectPr w:rsidR="005353D2" w:rsidRPr="004B51C2">
          <w:pgSz w:w="16840" w:h="11900"/>
          <w:pgMar w:top="284" w:right="640" w:bottom="364" w:left="666" w:header="720" w:footer="720" w:gutter="0"/>
          <w:cols w:space="720" w:equalWidth="0">
            <w:col w:w="15534" w:space="0"/>
          </w:cols>
          <w:docGrid w:linePitch="360"/>
        </w:sectPr>
      </w:pPr>
    </w:p>
    <w:p w:rsidR="005353D2" w:rsidRPr="004B51C2"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5668"/>
        <w:gridCol w:w="528"/>
        <w:gridCol w:w="1104"/>
        <w:gridCol w:w="1140"/>
        <w:gridCol w:w="6585"/>
      </w:tblGrid>
      <w:tr w:rsidR="005353D2" w:rsidRPr="004B51C2" w:rsidTr="003D191C">
        <w:trPr>
          <w:trHeight w:hRule="exact" w:val="328"/>
        </w:trPr>
        <w:tc>
          <w:tcPr>
            <w:tcW w:w="5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1B6E67">
            <w:pPr>
              <w:autoSpaceDE w:val="0"/>
              <w:autoSpaceDN w:val="0"/>
              <w:spacing w:before="78" w:after="0" w:line="230" w:lineRule="auto"/>
              <w:ind w:left="72"/>
              <w:rPr>
                <w:rFonts w:ascii="Times New Roman" w:hAnsi="Times New Roman" w:cs="Times New Roman"/>
                <w:lang w:val="ru-RU"/>
              </w:rPr>
            </w:pPr>
            <w:r w:rsidRPr="004B51C2">
              <w:rPr>
                <w:rFonts w:ascii="Times New Roman" w:eastAsia="Times New Roman" w:hAnsi="Times New Roman" w:cs="Times New Roman"/>
                <w:color w:val="000000"/>
                <w:w w:val="97"/>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202F48" w:rsidRDefault="00C5646C">
            <w:pPr>
              <w:autoSpaceDE w:val="0"/>
              <w:autoSpaceDN w:val="0"/>
              <w:spacing w:before="78" w:after="0" w:line="230" w:lineRule="auto"/>
              <w:ind w:left="72"/>
              <w:rPr>
                <w:rFonts w:ascii="Times New Roman" w:hAnsi="Times New Roman" w:cs="Times New Roman"/>
                <w:b/>
                <w:bCs/>
                <w:lang w:val="ru-RU"/>
              </w:rPr>
            </w:pPr>
            <w:r w:rsidRPr="00202F48">
              <w:rPr>
                <w:rFonts w:ascii="Times New Roman" w:eastAsia="Times New Roman" w:hAnsi="Times New Roman" w:cs="Times New Roman"/>
                <w:b/>
                <w:bCs/>
                <w:color w:val="000000"/>
                <w:w w:val="97"/>
                <w:lang w:val="ru-RU"/>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202F48" w:rsidRDefault="00A33D35" w:rsidP="00202F48">
            <w:pPr>
              <w:autoSpaceDE w:val="0"/>
              <w:autoSpaceDN w:val="0"/>
              <w:spacing w:before="78" w:after="0" w:line="230" w:lineRule="auto"/>
              <w:ind w:left="72"/>
              <w:jc w:val="center"/>
              <w:rPr>
                <w:rFonts w:ascii="Times New Roman" w:hAnsi="Times New Roman" w:cs="Times New Roman"/>
                <w:b/>
                <w:bCs/>
                <w:lang w:val="ru-RU"/>
              </w:rPr>
            </w:pPr>
            <w:r w:rsidRPr="00202F48">
              <w:rPr>
                <w:rFonts w:ascii="Times New Roman" w:eastAsia="Times New Roman" w:hAnsi="Times New Roman" w:cs="Times New Roman"/>
                <w:b/>
                <w:bCs/>
                <w:color w:val="000000"/>
                <w:w w:val="97"/>
                <w:lang w:val="ru-RU"/>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202F48" w:rsidRDefault="00202F48" w:rsidP="00202F48">
            <w:pPr>
              <w:autoSpaceDE w:val="0"/>
              <w:autoSpaceDN w:val="0"/>
              <w:spacing w:before="78" w:after="0" w:line="230" w:lineRule="auto"/>
              <w:ind w:left="72"/>
              <w:jc w:val="center"/>
              <w:rPr>
                <w:rFonts w:ascii="Times New Roman" w:hAnsi="Times New Roman" w:cs="Times New Roman"/>
                <w:b/>
                <w:bCs/>
                <w:lang w:val="ru-RU"/>
              </w:rPr>
            </w:pPr>
            <w:r w:rsidRPr="00202F48">
              <w:rPr>
                <w:rFonts w:ascii="Times New Roman" w:eastAsia="Times New Roman" w:hAnsi="Times New Roman" w:cs="Times New Roman"/>
                <w:b/>
                <w:bCs/>
                <w:color w:val="000000"/>
                <w:w w:val="97"/>
                <w:lang w:val="ru-RU"/>
              </w:rPr>
              <w:t>68</w:t>
            </w:r>
          </w:p>
        </w:tc>
        <w:tc>
          <w:tcPr>
            <w:tcW w:w="6585"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4B51C2" w:rsidRDefault="005353D2">
            <w:pPr>
              <w:rPr>
                <w:rFonts w:ascii="Times New Roman" w:hAnsi="Times New Roman" w:cs="Times New Roman"/>
              </w:rPr>
            </w:pPr>
          </w:p>
        </w:tc>
      </w:tr>
    </w:tbl>
    <w:p w:rsidR="005353D2" w:rsidRDefault="005353D2">
      <w:pPr>
        <w:autoSpaceDE w:val="0"/>
        <w:autoSpaceDN w:val="0"/>
        <w:spacing w:after="0" w:line="14" w:lineRule="exact"/>
      </w:pPr>
    </w:p>
    <w:p w:rsidR="005353D2" w:rsidRDefault="005353D2">
      <w:pPr>
        <w:sectPr w:rsidR="005353D2">
          <w:pgSz w:w="16840" w:h="11900"/>
          <w:pgMar w:top="284" w:right="640" w:bottom="1440" w:left="666" w:header="720" w:footer="720" w:gutter="0"/>
          <w:cols w:space="720" w:equalWidth="0">
            <w:col w:w="15534" w:space="0"/>
          </w:cols>
          <w:docGrid w:linePitch="360"/>
        </w:sectPr>
      </w:pPr>
    </w:p>
    <w:p w:rsidR="005353D2" w:rsidRDefault="005353D2">
      <w:pPr>
        <w:autoSpaceDE w:val="0"/>
        <w:autoSpaceDN w:val="0"/>
        <w:spacing w:after="78" w:line="220" w:lineRule="exact"/>
      </w:pPr>
    </w:p>
    <w:p w:rsidR="005353D2" w:rsidRDefault="005353D2">
      <w:pPr>
        <w:autoSpaceDE w:val="0"/>
        <w:autoSpaceDN w:val="0"/>
        <w:spacing w:after="0" w:line="14" w:lineRule="exact"/>
      </w:pPr>
    </w:p>
    <w:p w:rsidR="005353D2" w:rsidRDefault="005353D2">
      <w:pPr>
        <w:sectPr w:rsidR="005353D2">
          <w:pgSz w:w="11900" w:h="16840"/>
          <w:pgMar w:top="284" w:right="650" w:bottom="1440" w:left="666" w:header="720" w:footer="720" w:gutter="0"/>
          <w:cols w:space="720" w:equalWidth="0">
            <w:col w:w="10584" w:space="0"/>
          </w:cols>
          <w:docGrid w:linePitch="360"/>
        </w:sectPr>
      </w:pPr>
    </w:p>
    <w:p w:rsidR="005353D2" w:rsidRDefault="005353D2" w:rsidP="00E82A9F">
      <w:pPr>
        <w:autoSpaceDE w:val="0"/>
        <w:autoSpaceDN w:val="0"/>
        <w:spacing w:after="78" w:line="220" w:lineRule="exact"/>
        <w:ind w:left="-142" w:firstLine="142"/>
      </w:pPr>
    </w:p>
    <w:p w:rsidR="005353D2" w:rsidRDefault="001B6E67" w:rsidP="00E82A9F">
      <w:pPr>
        <w:autoSpaceDE w:val="0"/>
        <w:autoSpaceDN w:val="0"/>
        <w:spacing w:after="0" w:line="240" w:lineRule="auto"/>
        <w:ind w:left="-142" w:firstLine="142"/>
      </w:pPr>
      <w:r>
        <w:rPr>
          <w:rFonts w:ascii="Times New Roman" w:eastAsia="Times New Roman" w:hAnsi="Times New Roman"/>
          <w:b/>
          <w:color w:val="000000"/>
          <w:sz w:val="24"/>
        </w:rPr>
        <w:t xml:space="preserve">УЧЕБНО-МЕТОДИЧЕСКОЕ ОБЕСПЕЧЕНИЕ ОБРАЗОВАТЕЛЬНОГО ПРОЦЕССА </w:t>
      </w:r>
    </w:p>
    <w:p w:rsidR="005353D2" w:rsidRDefault="001B6E67" w:rsidP="00E82A9F">
      <w:pPr>
        <w:autoSpaceDE w:val="0"/>
        <w:autoSpaceDN w:val="0"/>
        <w:spacing w:before="346" w:after="0" w:line="240" w:lineRule="auto"/>
        <w:ind w:left="-142" w:firstLine="142"/>
      </w:pPr>
      <w:r>
        <w:rPr>
          <w:rFonts w:ascii="Times New Roman" w:eastAsia="Times New Roman" w:hAnsi="Times New Roman"/>
          <w:b/>
          <w:color w:val="000000"/>
          <w:sz w:val="24"/>
        </w:rPr>
        <w:t>ОБЯЗАТЕЛЬНЫЕ УЧЕБНЫЕ МАТЕРИАЛЫ ДЛЯ УЧЕНИКА</w:t>
      </w:r>
    </w:p>
    <w:p w:rsidR="005353D2" w:rsidRPr="00462A12" w:rsidRDefault="001B6E67" w:rsidP="00E82A9F">
      <w:pPr>
        <w:autoSpaceDE w:val="0"/>
        <w:autoSpaceDN w:val="0"/>
        <w:spacing w:before="166" w:after="0" w:line="240" w:lineRule="auto"/>
        <w:ind w:left="-142" w:right="432" w:firstLine="142"/>
        <w:rPr>
          <w:lang w:val="ru-RU"/>
        </w:rPr>
      </w:pPr>
      <w:r w:rsidRPr="00462A12">
        <w:rPr>
          <w:rFonts w:ascii="Times New Roman" w:eastAsia="Times New Roman" w:hAnsi="Times New Roman"/>
          <w:color w:val="000000"/>
          <w:sz w:val="24"/>
          <w:lang w:val="ru-RU"/>
        </w:rPr>
        <w:t>Физическая культура, 8-9 класс/Лях В.И., Акционерное общество «Издательство «Просвещение»; Введите свой вариант:</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МЕТОДИЧЕСКИЕ МАТЕРИАЛЫ ДЛЯ УЧИТЕЛЯ</w:t>
      </w:r>
    </w:p>
    <w:p w:rsidR="005353D2" w:rsidRPr="00462A12" w:rsidRDefault="001B6E67" w:rsidP="00E82A9F">
      <w:pPr>
        <w:autoSpaceDE w:val="0"/>
        <w:autoSpaceDN w:val="0"/>
        <w:spacing w:before="166" w:after="0" w:line="240" w:lineRule="auto"/>
        <w:ind w:left="-142" w:firstLine="142"/>
        <w:rPr>
          <w:lang w:val="ru-RU"/>
        </w:rPr>
      </w:pPr>
      <w:r w:rsidRPr="00462A12">
        <w:rPr>
          <w:rFonts w:ascii="Times New Roman" w:eastAsia="Times New Roman" w:hAnsi="Times New Roman"/>
          <w:color w:val="000000"/>
          <w:sz w:val="24"/>
          <w:lang w:val="ru-RU"/>
        </w:rPr>
        <w:t xml:space="preserve">Рабочие программы. Предметная линия учебников В. И. Ляха. 5-9 классы: пособие для учителей </w:t>
      </w:r>
      <w:proofErr w:type="spellStart"/>
      <w:r w:rsidRPr="00462A12">
        <w:rPr>
          <w:rFonts w:ascii="Times New Roman" w:eastAsia="Times New Roman" w:hAnsi="Times New Roman"/>
          <w:color w:val="000000"/>
          <w:sz w:val="24"/>
          <w:lang w:val="ru-RU"/>
        </w:rPr>
        <w:t>общеобразоват</w:t>
      </w:r>
      <w:proofErr w:type="spellEnd"/>
      <w:r w:rsidRPr="00462A12">
        <w:rPr>
          <w:rFonts w:ascii="Times New Roman" w:eastAsia="Times New Roman" w:hAnsi="Times New Roman"/>
          <w:color w:val="000000"/>
          <w:sz w:val="24"/>
          <w:lang w:val="ru-RU"/>
        </w:rPr>
        <w:t xml:space="preserve">. организаций / В. И. Лях. — М.: Просвещение, 2021 </w:t>
      </w:r>
      <w:r w:rsidRPr="00462A12">
        <w:rPr>
          <w:lang w:val="ru-RU"/>
        </w:rPr>
        <w:br/>
      </w:r>
      <w:r w:rsidRPr="00462A12">
        <w:rPr>
          <w:rFonts w:ascii="Times New Roman" w:eastAsia="Times New Roman" w:hAnsi="Times New Roman"/>
          <w:color w:val="000000"/>
          <w:sz w:val="24"/>
          <w:lang w:val="ru-RU"/>
        </w:rPr>
        <w:t>1.Афонькин С.Ю. Анатомия человека: школьный путеводитель / С.Ю. Афонькин. ― СПб</w:t>
      </w:r>
      <w:proofErr w:type="gramStart"/>
      <w:r w:rsidRPr="00462A12">
        <w:rPr>
          <w:rFonts w:ascii="Times New Roman" w:eastAsia="Times New Roman" w:hAnsi="Times New Roman"/>
          <w:color w:val="000000"/>
          <w:sz w:val="24"/>
          <w:lang w:val="ru-RU"/>
        </w:rPr>
        <w:t xml:space="preserve">.: </w:t>
      </w:r>
      <w:proofErr w:type="gramEnd"/>
      <w:r w:rsidRPr="00462A12">
        <w:rPr>
          <w:rFonts w:ascii="Times New Roman" w:eastAsia="Times New Roman" w:hAnsi="Times New Roman"/>
          <w:color w:val="000000"/>
          <w:sz w:val="24"/>
          <w:lang w:val="ru-RU"/>
        </w:rPr>
        <w:t xml:space="preserve">БКК, 2012.― 96 </w:t>
      </w:r>
      <w:r>
        <w:rPr>
          <w:rFonts w:ascii="Times New Roman" w:eastAsia="Times New Roman" w:hAnsi="Times New Roman"/>
          <w:color w:val="000000"/>
          <w:sz w:val="24"/>
        </w:rPr>
        <w:t>c</w:t>
      </w:r>
      <w:r w:rsidRPr="00462A12">
        <w:rPr>
          <w:rFonts w:ascii="Times New Roman" w:eastAsia="Times New Roman" w:hAnsi="Times New Roman"/>
          <w:color w:val="000000"/>
          <w:sz w:val="24"/>
          <w:lang w:val="ru-RU"/>
        </w:rPr>
        <w:t>.</w:t>
      </w:r>
    </w:p>
    <w:p w:rsidR="005353D2" w:rsidRPr="00462A12" w:rsidRDefault="001B6E67" w:rsidP="00E82A9F">
      <w:pPr>
        <w:autoSpaceDE w:val="0"/>
        <w:autoSpaceDN w:val="0"/>
        <w:spacing w:before="72" w:after="0" w:line="240" w:lineRule="auto"/>
        <w:ind w:left="-142" w:right="288" w:firstLine="142"/>
        <w:rPr>
          <w:lang w:val="ru-RU"/>
        </w:rPr>
      </w:pPr>
      <w:r w:rsidRPr="00462A12">
        <w:rPr>
          <w:rFonts w:ascii="Times New Roman" w:eastAsia="Times New Roman" w:hAnsi="Times New Roman"/>
          <w:color w:val="000000"/>
          <w:sz w:val="24"/>
          <w:lang w:val="ru-RU"/>
        </w:rPr>
        <w:t>2.Балашова В.Ф. Физическая культура: тестовый контроль знаний: метод</w:t>
      </w:r>
      <w:proofErr w:type="gramStart"/>
      <w:r w:rsidRPr="00462A12">
        <w:rPr>
          <w:rFonts w:ascii="Times New Roman" w:eastAsia="Times New Roman" w:hAnsi="Times New Roman"/>
          <w:color w:val="000000"/>
          <w:sz w:val="24"/>
          <w:lang w:val="ru-RU"/>
        </w:rPr>
        <w:t>.</w:t>
      </w:r>
      <w:proofErr w:type="gramEnd"/>
      <w:r w:rsidRPr="00462A12">
        <w:rPr>
          <w:rFonts w:ascii="Times New Roman" w:eastAsia="Times New Roman" w:hAnsi="Times New Roman"/>
          <w:color w:val="000000"/>
          <w:sz w:val="24"/>
          <w:lang w:val="ru-RU"/>
        </w:rPr>
        <w:t xml:space="preserve"> </w:t>
      </w:r>
      <w:proofErr w:type="gramStart"/>
      <w:r w:rsidRPr="00462A12">
        <w:rPr>
          <w:rFonts w:ascii="Times New Roman" w:eastAsia="Times New Roman" w:hAnsi="Times New Roman"/>
          <w:color w:val="000000"/>
          <w:sz w:val="24"/>
          <w:lang w:val="ru-RU"/>
        </w:rPr>
        <w:t>п</w:t>
      </w:r>
      <w:proofErr w:type="gramEnd"/>
      <w:r w:rsidRPr="00462A12">
        <w:rPr>
          <w:rFonts w:ascii="Times New Roman" w:eastAsia="Times New Roman" w:hAnsi="Times New Roman"/>
          <w:color w:val="000000"/>
          <w:sz w:val="24"/>
          <w:lang w:val="ru-RU"/>
        </w:rPr>
        <w:t xml:space="preserve">особие. – 2-е изд. / В.Ф. Балашова, Н.Н. Чесноков. – М.: Физическая культура, 2009. </w:t>
      </w:r>
    </w:p>
    <w:p w:rsidR="005353D2" w:rsidRPr="00462A12" w:rsidRDefault="001B6E67" w:rsidP="00E82A9F">
      <w:pPr>
        <w:autoSpaceDE w:val="0"/>
        <w:autoSpaceDN w:val="0"/>
        <w:spacing w:before="70" w:after="0" w:line="240" w:lineRule="auto"/>
        <w:ind w:left="-142" w:right="432" w:firstLine="142"/>
        <w:rPr>
          <w:lang w:val="ru-RU"/>
        </w:rPr>
      </w:pPr>
      <w:r w:rsidRPr="00462A12">
        <w:rPr>
          <w:rFonts w:ascii="Times New Roman" w:eastAsia="Times New Roman" w:hAnsi="Times New Roman"/>
          <w:color w:val="000000"/>
          <w:sz w:val="24"/>
          <w:lang w:val="ru-RU"/>
        </w:rPr>
        <w:t>3.Всероссийская олимпиада школьников по физической культуре в 2006 году/ под общ</w:t>
      </w:r>
      <w:proofErr w:type="gramStart"/>
      <w:r w:rsidRPr="00462A12">
        <w:rPr>
          <w:rFonts w:ascii="Times New Roman" w:eastAsia="Times New Roman" w:hAnsi="Times New Roman"/>
          <w:color w:val="000000"/>
          <w:sz w:val="24"/>
          <w:lang w:val="ru-RU"/>
        </w:rPr>
        <w:t>.</w:t>
      </w:r>
      <w:proofErr w:type="gramEnd"/>
      <w:r w:rsidRPr="00462A12">
        <w:rPr>
          <w:rFonts w:ascii="Times New Roman" w:eastAsia="Times New Roman" w:hAnsi="Times New Roman"/>
          <w:color w:val="000000"/>
          <w:sz w:val="24"/>
          <w:lang w:val="ru-RU"/>
        </w:rPr>
        <w:t xml:space="preserve"> </w:t>
      </w:r>
      <w:proofErr w:type="gramStart"/>
      <w:r w:rsidRPr="00462A12">
        <w:rPr>
          <w:rFonts w:ascii="Times New Roman" w:eastAsia="Times New Roman" w:hAnsi="Times New Roman"/>
          <w:color w:val="000000"/>
          <w:sz w:val="24"/>
          <w:lang w:val="ru-RU"/>
        </w:rPr>
        <w:t>р</w:t>
      </w:r>
      <w:proofErr w:type="gramEnd"/>
      <w:r w:rsidRPr="00462A12">
        <w:rPr>
          <w:rFonts w:ascii="Times New Roman" w:eastAsia="Times New Roman" w:hAnsi="Times New Roman"/>
          <w:color w:val="000000"/>
          <w:sz w:val="24"/>
          <w:lang w:val="ru-RU"/>
        </w:rPr>
        <w:t xml:space="preserve">ед. Н.Н. Чеснокова. – М.: </w:t>
      </w:r>
      <w:proofErr w:type="spellStart"/>
      <w:r w:rsidRPr="00462A12">
        <w:rPr>
          <w:rFonts w:ascii="Times New Roman" w:eastAsia="Times New Roman" w:hAnsi="Times New Roman"/>
          <w:color w:val="000000"/>
          <w:sz w:val="24"/>
          <w:lang w:val="ru-RU"/>
        </w:rPr>
        <w:t>АПКиППРО</w:t>
      </w:r>
      <w:proofErr w:type="spellEnd"/>
      <w:r w:rsidRPr="00462A12">
        <w:rPr>
          <w:rFonts w:ascii="Times New Roman" w:eastAsia="Times New Roman" w:hAnsi="Times New Roman"/>
          <w:color w:val="000000"/>
          <w:sz w:val="24"/>
          <w:lang w:val="ru-RU"/>
        </w:rPr>
        <w:t xml:space="preserve">, 2006. </w:t>
      </w:r>
    </w:p>
    <w:p w:rsidR="005353D2" w:rsidRPr="00462A12" w:rsidRDefault="001B6E67" w:rsidP="00E82A9F">
      <w:pPr>
        <w:autoSpaceDE w:val="0"/>
        <w:autoSpaceDN w:val="0"/>
        <w:spacing w:before="70" w:after="0" w:line="240" w:lineRule="auto"/>
        <w:ind w:left="-142" w:right="288" w:firstLine="142"/>
        <w:rPr>
          <w:lang w:val="ru-RU"/>
        </w:rPr>
      </w:pPr>
      <w:r w:rsidRPr="00462A12">
        <w:rPr>
          <w:rFonts w:ascii="Times New Roman" w:eastAsia="Times New Roman" w:hAnsi="Times New Roman"/>
          <w:color w:val="000000"/>
          <w:sz w:val="24"/>
          <w:lang w:val="ru-RU"/>
        </w:rPr>
        <w:t xml:space="preserve">4.Гимнастика на Всероссийских олимпиадах школьников по физической культуре: метод. пособие / под </w:t>
      </w:r>
      <w:proofErr w:type="spellStart"/>
      <w:r w:rsidRPr="00462A12">
        <w:rPr>
          <w:rFonts w:ascii="Times New Roman" w:eastAsia="Times New Roman" w:hAnsi="Times New Roman"/>
          <w:color w:val="000000"/>
          <w:sz w:val="24"/>
          <w:lang w:val="ru-RU"/>
        </w:rPr>
        <w:t>общ</w:t>
      </w:r>
      <w:proofErr w:type="gramStart"/>
      <w:r w:rsidRPr="00462A12">
        <w:rPr>
          <w:rFonts w:ascii="Times New Roman" w:eastAsia="Times New Roman" w:hAnsi="Times New Roman"/>
          <w:color w:val="000000"/>
          <w:sz w:val="24"/>
          <w:lang w:val="ru-RU"/>
        </w:rPr>
        <w:t>.р</w:t>
      </w:r>
      <w:proofErr w:type="gramEnd"/>
      <w:r w:rsidRPr="00462A12">
        <w:rPr>
          <w:rFonts w:ascii="Times New Roman" w:eastAsia="Times New Roman" w:hAnsi="Times New Roman"/>
          <w:color w:val="000000"/>
          <w:sz w:val="24"/>
          <w:lang w:val="ru-RU"/>
        </w:rPr>
        <w:t>ед</w:t>
      </w:r>
      <w:proofErr w:type="spellEnd"/>
      <w:r w:rsidRPr="00462A12">
        <w:rPr>
          <w:rFonts w:ascii="Times New Roman" w:eastAsia="Times New Roman" w:hAnsi="Times New Roman"/>
          <w:color w:val="000000"/>
          <w:sz w:val="24"/>
          <w:lang w:val="ru-RU"/>
        </w:rPr>
        <w:t xml:space="preserve">. Н.Н. Чеснокова. – М.: Физическая культура, 2010. </w:t>
      </w:r>
    </w:p>
    <w:p w:rsidR="005353D2" w:rsidRPr="00462A12" w:rsidRDefault="001B6E67" w:rsidP="00E82A9F">
      <w:pPr>
        <w:autoSpaceDE w:val="0"/>
        <w:autoSpaceDN w:val="0"/>
        <w:spacing w:before="70" w:after="0" w:line="240" w:lineRule="auto"/>
        <w:ind w:left="-142" w:right="576" w:firstLine="142"/>
        <w:rPr>
          <w:lang w:val="ru-RU"/>
        </w:rPr>
      </w:pPr>
      <w:r w:rsidRPr="00462A12">
        <w:rPr>
          <w:rFonts w:ascii="Times New Roman" w:eastAsia="Times New Roman" w:hAnsi="Times New Roman"/>
          <w:color w:val="000000"/>
          <w:sz w:val="24"/>
          <w:lang w:val="ru-RU"/>
        </w:rPr>
        <w:t xml:space="preserve">5.Гурьев С. В. Физическая культура. 8―9 классы: учебник / С.В. Гурьев, М.Я. </w:t>
      </w:r>
      <w:proofErr w:type="spellStart"/>
      <w:r w:rsidRPr="00462A12">
        <w:rPr>
          <w:rFonts w:ascii="Times New Roman" w:eastAsia="Times New Roman" w:hAnsi="Times New Roman"/>
          <w:color w:val="000000"/>
          <w:sz w:val="24"/>
          <w:lang w:val="ru-RU"/>
        </w:rPr>
        <w:t>Виленский</w:t>
      </w:r>
      <w:proofErr w:type="spellEnd"/>
      <w:r w:rsidRPr="00462A12">
        <w:rPr>
          <w:rFonts w:ascii="Times New Roman" w:eastAsia="Times New Roman" w:hAnsi="Times New Roman"/>
          <w:color w:val="000000"/>
          <w:sz w:val="24"/>
          <w:lang w:val="ru-RU"/>
        </w:rPr>
        <w:t xml:space="preserve">. – М.: Русское слово, 2012. </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ЦИФРОВЫЕ ОБРАЗОВАТЕЛЬНЫЕ РЕСУРСЫ И РЕСУРСЫ СЕТИ ИНТЕРНЕТ</w:t>
      </w:r>
    </w:p>
    <w:p w:rsidR="005353D2" w:rsidRPr="00462A12" w:rsidRDefault="001B6E67" w:rsidP="00E82A9F">
      <w:pPr>
        <w:autoSpaceDE w:val="0"/>
        <w:autoSpaceDN w:val="0"/>
        <w:spacing w:before="166" w:after="0" w:line="240" w:lineRule="auto"/>
        <w:ind w:left="-142" w:right="3168" w:firstLine="142"/>
        <w:rPr>
          <w:lang w:val="ru-RU"/>
        </w:rPr>
      </w:pPr>
      <w:r w:rsidRPr="00462A12">
        <w:rPr>
          <w:rFonts w:ascii="Times New Roman" w:eastAsia="Times New Roman" w:hAnsi="Times New Roman"/>
          <w:color w:val="000000"/>
          <w:sz w:val="24"/>
          <w:lang w:val="ru-RU"/>
        </w:rPr>
        <w:t>1.</w:t>
      </w:r>
      <w:r>
        <w:rPr>
          <w:rFonts w:ascii="Times New Roman" w:eastAsia="Times New Roman" w:hAnsi="Times New Roman"/>
          <w:color w:val="000000"/>
          <w:sz w:val="24"/>
        </w:rPr>
        <w:t>https</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olympic</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2.</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elibrary</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defaultx</w:t>
      </w:r>
      <w:proofErr w:type="spellEnd"/>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asp</w:t>
      </w:r>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3.</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lib</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sportedu</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4.</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sflaspb</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sites</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default</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files</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the</w:t>
      </w:r>
      <w:r w:rsidRPr="00462A12">
        <w:rPr>
          <w:rFonts w:ascii="Times New Roman" w:eastAsia="Times New Roman" w:hAnsi="Times New Roman"/>
          <w:color w:val="000000"/>
          <w:sz w:val="24"/>
          <w:lang w:val="ru-RU"/>
        </w:rPr>
        <w:t>_</w:t>
      </w:r>
      <w:proofErr w:type="spellStart"/>
      <w:r>
        <w:rPr>
          <w:rFonts w:ascii="Times New Roman" w:eastAsia="Times New Roman" w:hAnsi="Times New Roman"/>
          <w:color w:val="000000"/>
          <w:sz w:val="24"/>
        </w:rPr>
        <w:t>iaaf</w:t>
      </w:r>
      <w:proofErr w:type="spellEnd"/>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anti</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doping</w:t>
      </w:r>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athletes</w:t>
      </w:r>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guide</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pdf</w:t>
      </w:r>
      <w:proofErr w:type="spellEnd"/>
      <w:r w:rsidRPr="00462A12">
        <w:rPr>
          <w:rFonts w:ascii="Times New Roman" w:eastAsia="Times New Roman" w:hAnsi="Times New Roman"/>
          <w:color w:val="000000"/>
          <w:sz w:val="24"/>
          <w:lang w:val="ru-RU"/>
        </w:rPr>
        <w:t xml:space="preserve"> 5.</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fismag</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6.</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rsl</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7.</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schoolpress</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p>
    <w:p w:rsidR="005353D2" w:rsidRPr="00462A12" w:rsidRDefault="005353D2" w:rsidP="00E82A9F">
      <w:pPr>
        <w:ind w:left="-142" w:firstLine="142"/>
        <w:rPr>
          <w:lang w:val="ru-RU"/>
        </w:rPr>
        <w:sectPr w:rsidR="005353D2" w:rsidRPr="00462A12" w:rsidSect="00E82A9F">
          <w:pgSz w:w="11900" w:h="16840"/>
          <w:pgMar w:top="298" w:right="1127" w:bottom="1440" w:left="1276" w:header="720" w:footer="720" w:gutter="0"/>
          <w:cols w:space="720" w:equalWidth="0">
            <w:col w:w="9497" w:space="0"/>
          </w:cols>
          <w:docGrid w:linePitch="360"/>
        </w:sectPr>
      </w:pPr>
    </w:p>
    <w:p w:rsidR="005353D2" w:rsidRPr="00462A12" w:rsidRDefault="005353D2" w:rsidP="00E82A9F">
      <w:pPr>
        <w:autoSpaceDE w:val="0"/>
        <w:autoSpaceDN w:val="0"/>
        <w:spacing w:after="78" w:line="220" w:lineRule="exact"/>
        <w:ind w:left="-142" w:firstLine="142"/>
        <w:rPr>
          <w:lang w:val="ru-RU"/>
        </w:rPr>
      </w:pPr>
    </w:p>
    <w:p w:rsidR="005353D2" w:rsidRPr="00462A12" w:rsidRDefault="001B6E67" w:rsidP="00E82A9F">
      <w:pPr>
        <w:autoSpaceDE w:val="0"/>
        <w:autoSpaceDN w:val="0"/>
        <w:spacing w:after="0" w:line="230" w:lineRule="auto"/>
        <w:ind w:left="-142" w:firstLine="142"/>
        <w:rPr>
          <w:lang w:val="ru-RU"/>
        </w:rPr>
      </w:pPr>
      <w:r w:rsidRPr="00462A12">
        <w:rPr>
          <w:rFonts w:ascii="Times New Roman" w:eastAsia="Times New Roman" w:hAnsi="Times New Roman"/>
          <w:b/>
          <w:color w:val="000000"/>
          <w:sz w:val="24"/>
          <w:lang w:val="ru-RU"/>
        </w:rPr>
        <w:t>МАТЕРИАЛЬНО-ТЕХНИЧЕСКОЕ ОБЕСПЕЧЕНИЕ ОБРАЗОВАТЕЛЬНОГО ПРОЦЕССА</w:t>
      </w:r>
    </w:p>
    <w:p w:rsidR="005353D2" w:rsidRPr="00462A12" w:rsidRDefault="001B6E67" w:rsidP="00E82A9F">
      <w:pPr>
        <w:autoSpaceDE w:val="0"/>
        <w:autoSpaceDN w:val="0"/>
        <w:spacing w:before="346" w:after="0" w:line="240" w:lineRule="auto"/>
        <w:ind w:left="-142" w:firstLine="142"/>
        <w:rPr>
          <w:lang w:val="ru-RU"/>
        </w:rPr>
      </w:pPr>
      <w:r w:rsidRPr="00462A12">
        <w:rPr>
          <w:rFonts w:ascii="Times New Roman" w:eastAsia="Times New Roman" w:hAnsi="Times New Roman"/>
          <w:b/>
          <w:color w:val="000000"/>
          <w:sz w:val="24"/>
          <w:lang w:val="ru-RU"/>
        </w:rPr>
        <w:t>УЧЕБНОЕ ОБОРУДОВАНИЕ</w:t>
      </w:r>
    </w:p>
    <w:p w:rsidR="005353D2" w:rsidRPr="00462A12" w:rsidRDefault="001B6E67" w:rsidP="00E82A9F">
      <w:pPr>
        <w:autoSpaceDE w:val="0"/>
        <w:autoSpaceDN w:val="0"/>
        <w:spacing w:before="166" w:after="0" w:line="240" w:lineRule="auto"/>
        <w:ind w:left="-142" w:firstLine="142"/>
        <w:rPr>
          <w:lang w:val="ru-RU"/>
        </w:rPr>
      </w:pPr>
      <w:r w:rsidRPr="00462A12">
        <w:rPr>
          <w:rFonts w:ascii="Times New Roman" w:eastAsia="Times New Roman" w:hAnsi="Times New Roman"/>
          <w:color w:val="000000"/>
          <w:sz w:val="24"/>
          <w:lang w:val="ru-RU"/>
        </w:rPr>
        <w:t>- мультимедийное оборудование;</w:t>
      </w:r>
    </w:p>
    <w:p w:rsidR="005353D2" w:rsidRPr="00462A12" w:rsidRDefault="001B6E67" w:rsidP="00E82A9F">
      <w:pPr>
        <w:autoSpaceDE w:val="0"/>
        <w:autoSpaceDN w:val="0"/>
        <w:spacing w:before="406" w:after="0" w:line="240" w:lineRule="auto"/>
        <w:ind w:left="-142" w:firstLine="142"/>
        <w:rPr>
          <w:lang w:val="ru-RU"/>
        </w:rPr>
      </w:pPr>
      <w:r w:rsidRPr="00462A12">
        <w:rPr>
          <w:rFonts w:ascii="Times New Roman" w:eastAsia="Times New Roman" w:hAnsi="Times New Roman"/>
          <w:color w:val="000000"/>
          <w:sz w:val="24"/>
          <w:lang w:val="ru-RU"/>
        </w:rPr>
        <w:t>- спортивное оборудование и инвентарь спортзала</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ОБОРУДОВАНИЕ ДЛЯ ПРОВЕДЕНИЯ ПРАКТИЧЕСКИХ РАБОТ</w:t>
      </w:r>
    </w:p>
    <w:p w:rsidR="005353D2" w:rsidRPr="00462A12" w:rsidRDefault="001B6E67" w:rsidP="00E82A9F">
      <w:pPr>
        <w:autoSpaceDE w:val="0"/>
        <w:autoSpaceDN w:val="0"/>
        <w:spacing w:before="166" w:after="0" w:line="240" w:lineRule="auto"/>
        <w:ind w:left="-142" w:right="2448" w:firstLine="142"/>
        <w:rPr>
          <w:lang w:val="ru-RU"/>
        </w:rPr>
      </w:pPr>
      <w:proofErr w:type="gramStart"/>
      <w:r w:rsidRPr="00462A12">
        <w:rPr>
          <w:rFonts w:ascii="Times New Roman" w:eastAsia="Times New Roman" w:hAnsi="Times New Roman"/>
          <w:color w:val="000000"/>
          <w:sz w:val="24"/>
          <w:lang w:val="ru-RU"/>
        </w:rPr>
        <w:t>- гимнастические стенки;</w:t>
      </w:r>
      <w:r w:rsidRPr="00462A12">
        <w:rPr>
          <w:lang w:val="ru-RU"/>
        </w:rPr>
        <w:br/>
      </w:r>
      <w:r w:rsidRPr="00462A12">
        <w:rPr>
          <w:rFonts w:ascii="Times New Roman" w:eastAsia="Times New Roman" w:hAnsi="Times New Roman"/>
          <w:color w:val="000000"/>
          <w:sz w:val="24"/>
          <w:lang w:val="ru-RU"/>
        </w:rPr>
        <w:t>- гимнастические скамейки;</w:t>
      </w:r>
      <w:r w:rsidRPr="00462A12">
        <w:rPr>
          <w:lang w:val="ru-RU"/>
        </w:rPr>
        <w:br/>
      </w:r>
      <w:r w:rsidRPr="00462A12">
        <w:rPr>
          <w:rFonts w:ascii="Times New Roman" w:eastAsia="Times New Roman" w:hAnsi="Times New Roman"/>
          <w:color w:val="000000"/>
          <w:sz w:val="24"/>
          <w:lang w:val="ru-RU"/>
        </w:rPr>
        <w:t>- гимнастические маты;</w:t>
      </w:r>
      <w:r w:rsidRPr="00462A12">
        <w:rPr>
          <w:lang w:val="ru-RU"/>
        </w:rPr>
        <w:br/>
      </w:r>
      <w:r w:rsidRPr="00462A12">
        <w:rPr>
          <w:rFonts w:ascii="Times New Roman" w:eastAsia="Times New Roman" w:hAnsi="Times New Roman"/>
          <w:color w:val="000000"/>
          <w:sz w:val="24"/>
          <w:lang w:val="ru-RU"/>
        </w:rPr>
        <w:t>- гимнастический козёл;</w:t>
      </w:r>
      <w:r w:rsidRPr="00462A12">
        <w:rPr>
          <w:lang w:val="ru-RU"/>
        </w:rPr>
        <w:br/>
      </w:r>
      <w:r w:rsidRPr="00462A12">
        <w:rPr>
          <w:rFonts w:ascii="Times New Roman" w:eastAsia="Times New Roman" w:hAnsi="Times New Roman"/>
          <w:color w:val="000000"/>
          <w:sz w:val="24"/>
          <w:lang w:val="ru-RU"/>
        </w:rPr>
        <w:t>- подкидной мост;</w:t>
      </w:r>
      <w:r w:rsidRPr="00462A12">
        <w:rPr>
          <w:lang w:val="ru-RU"/>
        </w:rPr>
        <w:br/>
      </w:r>
      <w:r w:rsidRPr="00462A12">
        <w:rPr>
          <w:rFonts w:ascii="Times New Roman" w:eastAsia="Times New Roman" w:hAnsi="Times New Roman"/>
          <w:color w:val="000000"/>
          <w:sz w:val="24"/>
          <w:lang w:val="ru-RU"/>
        </w:rPr>
        <w:t>- перекладины (съёмные);</w:t>
      </w:r>
      <w:r w:rsidRPr="00462A12">
        <w:rPr>
          <w:lang w:val="ru-RU"/>
        </w:rPr>
        <w:br/>
      </w:r>
      <w:r w:rsidRPr="00462A12">
        <w:rPr>
          <w:rFonts w:ascii="Times New Roman" w:eastAsia="Times New Roman" w:hAnsi="Times New Roman"/>
          <w:color w:val="000000"/>
          <w:sz w:val="24"/>
          <w:lang w:val="ru-RU"/>
        </w:rPr>
        <w:t>- комплекты лыж;</w:t>
      </w:r>
      <w:r w:rsidRPr="00462A12">
        <w:rPr>
          <w:lang w:val="ru-RU"/>
        </w:rPr>
        <w:br/>
      </w:r>
      <w:r w:rsidRPr="00462A12">
        <w:rPr>
          <w:rFonts w:ascii="Times New Roman" w:eastAsia="Times New Roman" w:hAnsi="Times New Roman"/>
          <w:color w:val="000000"/>
          <w:sz w:val="24"/>
          <w:lang w:val="ru-RU"/>
        </w:rPr>
        <w:t>- волейбольная сеть;</w:t>
      </w:r>
      <w:r w:rsidRPr="00462A12">
        <w:rPr>
          <w:lang w:val="ru-RU"/>
        </w:rPr>
        <w:br/>
      </w:r>
      <w:r w:rsidRPr="00462A12">
        <w:rPr>
          <w:rFonts w:ascii="Times New Roman" w:eastAsia="Times New Roman" w:hAnsi="Times New Roman"/>
          <w:color w:val="000000"/>
          <w:sz w:val="24"/>
          <w:lang w:val="ru-RU"/>
        </w:rPr>
        <w:t>- баскетбольные кольца;</w:t>
      </w:r>
      <w:r w:rsidRPr="00462A12">
        <w:rPr>
          <w:lang w:val="ru-RU"/>
        </w:rPr>
        <w:br/>
      </w:r>
      <w:r w:rsidRPr="00462A12">
        <w:rPr>
          <w:rFonts w:ascii="Times New Roman" w:eastAsia="Times New Roman" w:hAnsi="Times New Roman"/>
          <w:color w:val="000000"/>
          <w:sz w:val="24"/>
          <w:lang w:val="ru-RU"/>
        </w:rPr>
        <w:t xml:space="preserve">- мячи: волейбольные, баскетбольные, футбольные, малые, </w:t>
      </w:r>
      <w:proofErr w:type="spellStart"/>
      <w:r w:rsidRPr="00462A12">
        <w:rPr>
          <w:rFonts w:ascii="Times New Roman" w:eastAsia="Times New Roman" w:hAnsi="Times New Roman"/>
          <w:color w:val="000000"/>
          <w:sz w:val="24"/>
          <w:lang w:val="ru-RU"/>
        </w:rPr>
        <w:t>медицинбол</w:t>
      </w:r>
      <w:proofErr w:type="spellEnd"/>
      <w:r w:rsidRPr="00462A12">
        <w:rPr>
          <w:rFonts w:ascii="Times New Roman" w:eastAsia="Times New Roman" w:hAnsi="Times New Roman"/>
          <w:color w:val="000000"/>
          <w:sz w:val="24"/>
          <w:lang w:val="ru-RU"/>
        </w:rPr>
        <w:t xml:space="preserve"> (1 кг);- стойки для прыжков в высоту;</w:t>
      </w:r>
      <w:r w:rsidRPr="00462A12">
        <w:rPr>
          <w:lang w:val="ru-RU"/>
        </w:rPr>
        <w:br/>
      </w:r>
      <w:r w:rsidRPr="00462A12">
        <w:rPr>
          <w:rFonts w:ascii="Times New Roman" w:eastAsia="Times New Roman" w:hAnsi="Times New Roman"/>
          <w:color w:val="000000"/>
          <w:sz w:val="24"/>
          <w:lang w:val="ru-RU"/>
        </w:rPr>
        <w:t>- скакалки;</w:t>
      </w:r>
      <w:r w:rsidRPr="00462A12">
        <w:rPr>
          <w:lang w:val="ru-RU"/>
        </w:rPr>
        <w:br/>
      </w:r>
      <w:r w:rsidRPr="00462A12">
        <w:rPr>
          <w:rFonts w:ascii="Times New Roman" w:eastAsia="Times New Roman" w:hAnsi="Times New Roman"/>
          <w:color w:val="000000"/>
          <w:sz w:val="24"/>
          <w:lang w:val="ru-RU"/>
        </w:rPr>
        <w:t>- обручи;</w:t>
      </w:r>
      <w:r w:rsidRPr="00462A12">
        <w:rPr>
          <w:lang w:val="ru-RU"/>
        </w:rPr>
        <w:br/>
      </w:r>
      <w:r w:rsidRPr="00462A12">
        <w:rPr>
          <w:rFonts w:ascii="Times New Roman" w:eastAsia="Times New Roman" w:hAnsi="Times New Roman"/>
          <w:color w:val="000000"/>
          <w:sz w:val="24"/>
          <w:lang w:val="ru-RU"/>
        </w:rPr>
        <w:t>- кубики (ориентиры</w:t>
      </w:r>
      <w:proofErr w:type="gramEnd"/>
    </w:p>
    <w:p w:rsidR="005353D2" w:rsidRPr="00462A12" w:rsidRDefault="005353D2" w:rsidP="00E82A9F">
      <w:pPr>
        <w:ind w:left="-142" w:firstLine="142"/>
        <w:rPr>
          <w:lang w:val="ru-RU"/>
        </w:rPr>
        <w:sectPr w:rsidR="005353D2" w:rsidRPr="00462A12">
          <w:pgSz w:w="11900" w:h="16840"/>
          <w:pgMar w:top="298" w:right="650" w:bottom="1440" w:left="666" w:header="720" w:footer="720" w:gutter="0"/>
          <w:cols w:space="720" w:equalWidth="0">
            <w:col w:w="10584" w:space="0"/>
          </w:cols>
          <w:docGrid w:linePitch="360"/>
        </w:sectPr>
      </w:pPr>
    </w:p>
    <w:p w:rsidR="00FF5372" w:rsidRPr="00462A12" w:rsidRDefault="00FF5372" w:rsidP="00E82A9F">
      <w:pPr>
        <w:ind w:left="-142" w:firstLine="142"/>
        <w:rPr>
          <w:lang w:val="ru-RU"/>
        </w:rPr>
      </w:pPr>
    </w:p>
    <w:sectPr w:rsidR="00FF5372" w:rsidRPr="00462A12"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2F1D"/>
    <w:rsid w:val="00034616"/>
    <w:rsid w:val="00052B76"/>
    <w:rsid w:val="0006063C"/>
    <w:rsid w:val="000B65E6"/>
    <w:rsid w:val="001307B8"/>
    <w:rsid w:val="0015074B"/>
    <w:rsid w:val="001B6E67"/>
    <w:rsid w:val="00202F48"/>
    <w:rsid w:val="00241EA6"/>
    <w:rsid w:val="0029639D"/>
    <w:rsid w:val="00326F90"/>
    <w:rsid w:val="003D191C"/>
    <w:rsid w:val="00462A12"/>
    <w:rsid w:val="004B51C2"/>
    <w:rsid w:val="005353D2"/>
    <w:rsid w:val="00551499"/>
    <w:rsid w:val="00630E01"/>
    <w:rsid w:val="006A6FAF"/>
    <w:rsid w:val="006D7FE4"/>
    <w:rsid w:val="008B1135"/>
    <w:rsid w:val="00A33D35"/>
    <w:rsid w:val="00AA1D8D"/>
    <w:rsid w:val="00B22F2F"/>
    <w:rsid w:val="00B47730"/>
    <w:rsid w:val="00BE31D6"/>
    <w:rsid w:val="00C5646C"/>
    <w:rsid w:val="00CB0664"/>
    <w:rsid w:val="00CF23FC"/>
    <w:rsid w:val="00E51C5F"/>
    <w:rsid w:val="00E82A9F"/>
    <w:rsid w:val="00E919C3"/>
    <w:rsid w:val="00EF785A"/>
    <w:rsid w:val="00FC693F"/>
    <w:rsid w:val="00FF5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A33D35"/>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A33D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A33D35"/>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A33D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16FE1-B60B-4A04-9586-0A103CC4E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3703</Words>
  <Characters>21110</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Комтех</cp:lastModifiedBy>
  <cp:revision>9</cp:revision>
  <dcterms:created xsi:type="dcterms:W3CDTF">2024-08-02T14:44:00Z</dcterms:created>
  <dcterms:modified xsi:type="dcterms:W3CDTF">2024-09-19T08:42:00Z</dcterms:modified>
</cp:coreProperties>
</file>